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51B3B" w14:textId="77777777" w:rsidR="00E468B7" w:rsidRDefault="00E468B7" w:rsidP="00E468B7">
      <w:pPr>
        <w:jc w:val="center"/>
        <w:rPr>
          <w:lang w:val="pl-PL"/>
        </w:rPr>
      </w:pPr>
      <w:r>
        <w:rPr>
          <w:lang w:val="pl-PL"/>
        </w:rPr>
        <w:t xml:space="preserve"> </w:t>
      </w:r>
      <w:r w:rsidRPr="00E468B7">
        <w:rPr>
          <w:noProof/>
          <w:lang w:val="pl-PL"/>
        </w:rPr>
        <w:drawing>
          <wp:inline distT="0" distB="0" distL="0" distR="0" wp14:anchorId="5C8A1378" wp14:editId="3819CBB8">
            <wp:extent cx="1150620" cy="1150620"/>
            <wp:effectExtent l="0" t="0" r="5080" b="5080"/>
            <wp:docPr id="136140288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02888" name=""/>
                    <pic:cNvPicPr/>
                  </pic:nvPicPr>
                  <pic:blipFill>
                    <a:blip r:embed="rId8"/>
                    <a:stretch>
                      <a:fillRect/>
                    </a:stretch>
                  </pic:blipFill>
                  <pic:spPr>
                    <a:xfrm>
                      <a:off x="0" y="0"/>
                      <a:ext cx="1150620" cy="1150620"/>
                    </a:xfrm>
                    <a:prstGeom prst="rect">
                      <a:avLst/>
                    </a:prstGeom>
                  </pic:spPr>
                </pic:pic>
              </a:graphicData>
            </a:graphic>
          </wp:inline>
        </w:drawing>
      </w:r>
      <w:r>
        <w:rPr>
          <w:lang w:val="pl-PL"/>
        </w:rPr>
        <w:t xml:space="preserve">               </w:t>
      </w:r>
      <w:r w:rsidRPr="00E468B7">
        <w:rPr>
          <w:noProof/>
          <w:lang w:val="pl-PL"/>
        </w:rPr>
        <w:drawing>
          <wp:inline distT="0" distB="0" distL="0" distR="0" wp14:anchorId="50A9259D" wp14:editId="0414D4BA">
            <wp:extent cx="2026920" cy="2026920"/>
            <wp:effectExtent l="0" t="0" r="0" b="0"/>
            <wp:docPr id="184506959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69598" name=""/>
                    <pic:cNvPicPr/>
                  </pic:nvPicPr>
                  <pic:blipFill>
                    <a:blip r:embed="rId9"/>
                    <a:stretch>
                      <a:fillRect/>
                    </a:stretch>
                  </pic:blipFill>
                  <pic:spPr>
                    <a:xfrm>
                      <a:off x="0" y="0"/>
                      <a:ext cx="2026920" cy="2026920"/>
                    </a:xfrm>
                    <a:prstGeom prst="rect">
                      <a:avLst/>
                    </a:prstGeom>
                  </pic:spPr>
                </pic:pic>
              </a:graphicData>
            </a:graphic>
          </wp:inline>
        </w:drawing>
      </w:r>
      <w:r>
        <w:rPr>
          <w:lang w:val="pl-PL"/>
        </w:rPr>
        <w:t xml:space="preserve"> </w:t>
      </w:r>
      <w:r w:rsidR="00FB4546">
        <w:rPr>
          <w:lang w:val="pl-PL"/>
        </w:rPr>
        <w:t xml:space="preserve">   </w:t>
      </w:r>
      <w:r>
        <w:rPr>
          <w:lang w:val="pl-PL"/>
        </w:rPr>
        <w:t xml:space="preserve">         </w:t>
      </w:r>
      <w:r w:rsidR="001F6756" w:rsidRPr="00D5790B">
        <w:rPr>
          <w:rFonts w:cstheme="minorHAnsi"/>
          <w:b/>
          <w:noProof/>
        </w:rPr>
        <w:drawing>
          <wp:inline distT="0" distB="0" distL="0" distR="0" wp14:anchorId="2E318B22" wp14:editId="3DB36D98">
            <wp:extent cx="1233182" cy="814620"/>
            <wp:effectExtent l="0" t="0" r="0" b="0"/>
            <wp:docPr id="4018379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3798" name=""/>
                    <pic:cNvPicPr/>
                  </pic:nvPicPr>
                  <pic:blipFill rotWithShape="1">
                    <a:blip r:embed="rId10"/>
                    <a:srcRect l="39443" t="47277" r="21821" b="859"/>
                    <a:stretch/>
                  </pic:blipFill>
                  <pic:spPr bwMode="auto">
                    <a:xfrm>
                      <a:off x="0" y="0"/>
                      <a:ext cx="1290282" cy="852339"/>
                    </a:xfrm>
                    <a:prstGeom prst="rect">
                      <a:avLst/>
                    </a:prstGeom>
                    <a:ln>
                      <a:noFill/>
                    </a:ln>
                    <a:extLst>
                      <a:ext uri="{53640926-AAD7-44D8-BBD7-CCE9431645EC}">
                        <a14:shadowObscured xmlns:a14="http://schemas.microsoft.com/office/drawing/2010/main"/>
                      </a:ext>
                    </a:extLst>
                  </pic:spPr>
                </pic:pic>
              </a:graphicData>
            </a:graphic>
          </wp:inline>
        </w:drawing>
      </w:r>
    </w:p>
    <w:p w14:paraId="38B27316" w14:textId="77777777" w:rsidR="00E468B7" w:rsidRDefault="00E468B7" w:rsidP="00E77508">
      <w:pPr>
        <w:jc w:val="center"/>
        <w:rPr>
          <w:lang w:val="pl-PL"/>
        </w:rPr>
      </w:pPr>
    </w:p>
    <w:p w14:paraId="30F5E5DD" w14:textId="77777777" w:rsidR="007D3EA8" w:rsidRPr="00E77508" w:rsidRDefault="00000000" w:rsidP="00E77508">
      <w:pPr>
        <w:jc w:val="center"/>
        <w:rPr>
          <w:lang w:val="pl-PL"/>
        </w:rPr>
      </w:pPr>
      <w:r w:rsidRPr="00E77508">
        <w:rPr>
          <w:lang w:val="pl-PL"/>
        </w:rPr>
        <w:t>REGULAMIN KONKURSU KULINARNEGO</w:t>
      </w:r>
    </w:p>
    <w:p w14:paraId="64802513" w14:textId="77777777" w:rsidR="007D3EA8" w:rsidRDefault="00000000" w:rsidP="00E77508">
      <w:pPr>
        <w:jc w:val="center"/>
        <w:rPr>
          <w:lang w:val="pl-PL"/>
        </w:rPr>
      </w:pPr>
      <w:r w:rsidRPr="00E77508">
        <w:rPr>
          <w:lang w:val="pl-PL"/>
        </w:rPr>
        <w:t xml:space="preserve">„TRADYCJE KUCHNI POLSKIEJ” </w:t>
      </w:r>
      <w:proofErr w:type="gramStart"/>
      <w:r w:rsidR="00A013A9">
        <w:rPr>
          <w:lang w:val="pl-PL"/>
        </w:rPr>
        <w:t xml:space="preserve">- </w:t>
      </w:r>
      <w:r w:rsidRPr="00E77508">
        <w:rPr>
          <w:lang w:val="pl-PL"/>
        </w:rPr>
        <w:t xml:space="preserve"> EDYCJA</w:t>
      </w:r>
      <w:proofErr w:type="gramEnd"/>
      <w:r w:rsidRPr="00E77508">
        <w:rPr>
          <w:lang w:val="pl-PL"/>
        </w:rPr>
        <w:t xml:space="preserve"> PIERWSZA</w:t>
      </w:r>
    </w:p>
    <w:p w14:paraId="231B4948" w14:textId="77777777" w:rsidR="00BC1AE3" w:rsidRPr="00E77508" w:rsidRDefault="00BC1AE3" w:rsidP="00E77508">
      <w:pPr>
        <w:jc w:val="center"/>
        <w:rPr>
          <w:lang w:val="pl-PL"/>
        </w:rPr>
      </w:pPr>
      <w:r>
        <w:rPr>
          <w:lang w:val="pl-PL"/>
        </w:rPr>
        <w:t>SZKOŁY GASTRONOMICZNE</w:t>
      </w:r>
    </w:p>
    <w:p w14:paraId="68D720E7" w14:textId="77777777" w:rsidR="007D3EA8" w:rsidRPr="00E77508" w:rsidRDefault="00000000" w:rsidP="00E77508">
      <w:pPr>
        <w:jc w:val="center"/>
        <w:rPr>
          <w:lang w:val="pl-PL"/>
        </w:rPr>
      </w:pPr>
      <w:proofErr w:type="spellStart"/>
      <w:r w:rsidRPr="00E77508">
        <w:rPr>
          <w:lang w:val="pl-PL"/>
        </w:rPr>
        <w:t>EuroGastro</w:t>
      </w:r>
      <w:proofErr w:type="spellEnd"/>
      <w:r w:rsidRPr="00E77508">
        <w:rPr>
          <w:lang w:val="pl-PL"/>
        </w:rPr>
        <w:t xml:space="preserve"> 2026 – 1</w:t>
      </w:r>
      <w:r w:rsidR="00BC1AE3">
        <w:rPr>
          <w:lang w:val="pl-PL"/>
        </w:rPr>
        <w:t>0</w:t>
      </w:r>
      <w:r w:rsidRPr="00E77508">
        <w:rPr>
          <w:lang w:val="pl-PL"/>
        </w:rPr>
        <w:t xml:space="preserve"> marca 2026</w:t>
      </w:r>
    </w:p>
    <w:p w14:paraId="20161E47" w14:textId="77777777" w:rsidR="007D3EA8" w:rsidRPr="00E77508" w:rsidRDefault="007D3EA8">
      <w:pPr>
        <w:rPr>
          <w:lang w:val="pl-PL"/>
        </w:rPr>
      </w:pPr>
    </w:p>
    <w:p w14:paraId="0B9453E7" w14:textId="77777777" w:rsidR="007D3EA8" w:rsidRPr="00620607" w:rsidRDefault="00000000" w:rsidP="00E77508">
      <w:pPr>
        <w:jc w:val="center"/>
        <w:rPr>
          <w:b/>
          <w:bCs/>
          <w:lang w:val="pl-PL"/>
        </w:rPr>
      </w:pPr>
      <w:r w:rsidRPr="00620607">
        <w:rPr>
          <w:b/>
          <w:bCs/>
          <w:lang w:val="pl-PL"/>
        </w:rPr>
        <w:t>§ 1 INFORMACJE OGÓLNE</w:t>
      </w:r>
    </w:p>
    <w:p w14:paraId="54636AAE" w14:textId="77777777" w:rsidR="007D3EA8" w:rsidRPr="00620607" w:rsidRDefault="00000000" w:rsidP="00620607">
      <w:pPr>
        <w:pStyle w:val="Akapitzlist"/>
        <w:numPr>
          <w:ilvl w:val="1"/>
          <w:numId w:val="17"/>
        </w:numPr>
        <w:rPr>
          <w:sz w:val="24"/>
          <w:szCs w:val="24"/>
          <w:lang w:val="pl-PL"/>
        </w:rPr>
      </w:pPr>
      <w:r w:rsidRPr="00620607">
        <w:rPr>
          <w:sz w:val="24"/>
          <w:szCs w:val="24"/>
          <w:lang w:val="pl-PL"/>
        </w:rPr>
        <w:t xml:space="preserve">Organizatorem konkursu kulinarnego „Tradycje Kuchni Polskiej” – Edycja Pierwsza jest </w:t>
      </w:r>
      <w:r w:rsidR="00E77508" w:rsidRPr="00620607">
        <w:rPr>
          <w:b/>
          <w:bCs/>
          <w:sz w:val="24"/>
          <w:szCs w:val="24"/>
          <w:lang w:val="pl-PL"/>
        </w:rPr>
        <w:t>Ogólnopolskie Stowarzyszenie Szefów Kuchni i Cukierni</w:t>
      </w:r>
      <w:r w:rsidRPr="00620607">
        <w:rPr>
          <w:sz w:val="24"/>
          <w:szCs w:val="24"/>
          <w:lang w:val="pl-PL"/>
        </w:rPr>
        <w:t>.</w:t>
      </w:r>
    </w:p>
    <w:p w14:paraId="05008409" w14:textId="77777777" w:rsidR="007D3EA8" w:rsidRPr="00620607" w:rsidRDefault="00000000" w:rsidP="00620607">
      <w:pPr>
        <w:pStyle w:val="Akapitzlist"/>
        <w:numPr>
          <w:ilvl w:val="1"/>
          <w:numId w:val="17"/>
        </w:numPr>
        <w:rPr>
          <w:sz w:val="24"/>
          <w:szCs w:val="24"/>
          <w:lang w:val="pl-PL"/>
        </w:rPr>
      </w:pPr>
      <w:r w:rsidRPr="00620607">
        <w:rPr>
          <w:sz w:val="24"/>
          <w:szCs w:val="24"/>
          <w:lang w:val="pl-PL"/>
        </w:rPr>
        <w:t xml:space="preserve">Konkurs odbędzie się podczas targów </w:t>
      </w:r>
      <w:proofErr w:type="spellStart"/>
      <w:r w:rsidRPr="00620607">
        <w:rPr>
          <w:sz w:val="24"/>
          <w:szCs w:val="24"/>
          <w:lang w:val="pl-PL"/>
        </w:rPr>
        <w:t>EuroGastro</w:t>
      </w:r>
      <w:proofErr w:type="spellEnd"/>
      <w:r w:rsidRPr="00620607">
        <w:rPr>
          <w:sz w:val="24"/>
          <w:szCs w:val="24"/>
          <w:lang w:val="pl-PL"/>
        </w:rPr>
        <w:t xml:space="preserve"> 2026, w dniu 1</w:t>
      </w:r>
      <w:r w:rsidR="00BC1AE3">
        <w:rPr>
          <w:sz w:val="24"/>
          <w:szCs w:val="24"/>
          <w:lang w:val="pl-PL"/>
        </w:rPr>
        <w:t>0</w:t>
      </w:r>
      <w:r w:rsidRPr="00620607">
        <w:rPr>
          <w:sz w:val="24"/>
          <w:szCs w:val="24"/>
          <w:lang w:val="pl-PL"/>
        </w:rPr>
        <w:t xml:space="preserve"> marca 2026 r.</w:t>
      </w:r>
    </w:p>
    <w:p w14:paraId="7FD5F32E" w14:textId="77777777" w:rsidR="007D3EA8" w:rsidRPr="00620607" w:rsidRDefault="00000000" w:rsidP="00BC1AE3">
      <w:pPr>
        <w:pStyle w:val="Akapitzlist"/>
        <w:numPr>
          <w:ilvl w:val="1"/>
          <w:numId w:val="17"/>
        </w:numPr>
        <w:spacing w:after="0"/>
        <w:rPr>
          <w:sz w:val="24"/>
          <w:szCs w:val="24"/>
          <w:lang w:val="pl-PL"/>
        </w:rPr>
      </w:pPr>
      <w:r w:rsidRPr="00620607">
        <w:rPr>
          <w:sz w:val="24"/>
          <w:szCs w:val="24"/>
          <w:lang w:val="pl-PL"/>
        </w:rPr>
        <w:t>Konkurs ma zasięg ogólnopolski i skierowany jest do</w:t>
      </w:r>
      <w:r w:rsidR="00BC1AE3">
        <w:rPr>
          <w:sz w:val="24"/>
          <w:szCs w:val="24"/>
          <w:lang w:val="pl-PL"/>
        </w:rPr>
        <w:t xml:space="preserve"> uczniów szkół gastronomicznych </w:t>
      </w:r>
    </w:p>
    <w:p w14:paraId="4DDF2877" w14:textId="77777777" w:rsidR="00BC1AE3" w:rsidRPr="00BC1AE3" w:rsidRDefault="00BC1AE3" w:rsidP="00BC1AE3">
      <w:pPr>
        <w:numPr>
          <w:ilvl w:val="1"/>
          <w:numId w:val="17"/>
        </w:numPr>
        <w:spacing w:after="0" w:line="259" w:lineRule="auto"/>
        <w:rPr>
          <w:rFonts w:cstheme="minorHAnsi"/>
          <w:sz w:val="24"/>
          <w:szCs w:val="24"/>
          <w:lang w:val="pl-PL"/>
        </w:rPr>
      </w:pPr>
      <w:r w:rsidRPr="00BC1AE3">
        <w:rPr>
          <w:rFonts w:cstheme="minorHAnsi"/>
          <w:sz w:val="24"/>
          <w:szCs w:val="24"/>
          <w:lang w:val="pl-PL"/>
        </w:rPr>
        <w:t>Celem konkursu jest podnoszenie kwalifikacji kucharzy w branży gastronomicznej oraz w szkołach o profilach gastronomicznych</w:t>
      </w:r>
    </w:p>
    <w:p w14:paraId="052047B5" w14:textId="77777777" w:rsidR="00E77508" w:rsidRPr="00620607" w:rsidRDefault="00E77508" w:rsidP="00620607">
      <w:pPr>
        <w:pStyle w:val="Akapitzlist"/>
        <w:numPr>
          <w:ilvl w:val="1"/>
          <w:numId w:val="17"/>
        </w:numPr>
        <w:pBdr>
          <w:top w:val="nil"/>
          <w:left w:val="nil"/>
          <w:bottom w:val="nil"/>
          <w:right w:val="nil"/>
          <w:between w:val="nil"/>
        </w:pBdr>
        <w:spacing w:after="0" w:line="259" w:lineRule="auto"/>
        <w:rPr>
          <w:rFonts w:cstheme="minorHAnsi"/>
          <w:sz w:val="24"/>
          <w:szCs w:val="24"/>
          <w:lang w:val="pl-PL"/>
        </w:rPr>
      </w:pPr>
      <w:r w:rsidRPr="00620607">
        <w:rPr>
          <w:rFonts w:cstheme="minorHAnsi"/>
          <w:sz w:val="24"/>
          <w:szCs w:val="24"/>
          <w:lang w:val="pl-PL"/>
        </w:rPr>
        <w:t xml:space="preserve">Konkurs organizowany jest w ramach trwających targów branży gastronomicznej </w:t>
      </w:r>
      <w:proofErr w:type="spellStart"/>
      <w:r w:rsidRPr="00620607">
        <w:rPr>
          <w:rFonts w:cstheme="minorHAnsi"/>
          <w:sz w:val="24"/>
          <w:szCs w:val="24"/>
          <w:lang w:val="pl-PL"/>
        </w:rPr>
        <w:t>EuroGastro</w:t>
      </w:r>
      <w:proofErr w:type="spellEnd"/>
      <w:r w:rsidRPr="00620607">
        <w:rPr>
          <w:rFonts w:cstheme="minorHAnsi"/>
          <w:sz w:val="24"/>
          <w:szCs w:val="24"/>
          <w:lang w:val="pl-PL"/>
        </w:rPr>
        <w:t xml:space="preserve"> 2026 które odbywają się w dniach 10-12.03.2026 roku.</w:t>
      </w:r>
    </w:p>
    <w:p w14:paraId="426BA280" w14:textId="77777777" w:rsidR="00E77508" w:rsidRPr="00620607" w:rsidRDefault="00E77508" w:rsidP="00620607">
      <w:pPr>
        <w:pStyle w:val="Akapitzlist"/>
        <w:numPr>
          <w:ilvl w:val="1"/>
          <w:numId w:val="17"/>
        </w:numPr>
        <w:pBdr>
          <w:top w:val="nil"/>
          <w:left w:val="nil"/>
          <w:bottom w:val="nil"/>
          <w:right w:val="nil"/>
          <w:between w:val="nil"/>
        </w:pBdr>
        <w:spacing w:after="0"/>
        <w:rPr>
          <w:rFonts w:cstheme="minorHAnsi"/>
          <w:sz w:val="24"/>
          <w:szCs w:val="24"/>
          <w:lang w:val="pl-PL"/>
        </w:rPr>
      </w:pPr>
      <w:r w:rsidRPr="00620607">
        <w:rPr>
          <w:rFonts w:cstheme="minorHAnsi"/>
          <w:sz w:val="24"/>
          <w:szCs w:val="24"/>
          <w:lang w:val="pl-PL"/>
        </w:rPr>
        <w:t>Uczestnicy konkursu powinni wykazywać się znajomością przygotowywania dań konkursowych z obowiązującymi światowymi trendami.</w:t>
      </w:r>
    </w:p>
    <w:p w14:paraId="3645E7BC" w14:textId="77777777" w:rsidR="00E77508" w:rsidRPr="00620607" w:rsidRDefault="00E77508" w:rsidP="00620607">
      <w:pPr>
        <w:pStyle w:val="Akapitzlist"/>
        <w:numPr>
          <w:ilvl w:val="1"/>
          <w:numId w:val="17"/>
        </w:numPr>
        <w:pBdr>
          <w:top w:val="nil"/>
          <w:left w:val="nil"/>
          <w:bottom w:val="nil"/>
          <w:right w:val="nil"/>
          <w:between w:val="nil"/>
        </w:pBdr>
        <w:spacing w:after="0" w:line="259" w:lineRule="auto"/>
        <w:rPr>
          <w:rFonts w:cstheme="minorHAnsi"/>
          <w:sz w:val="24"/>
          <w:szCs w:val="24"/>
          <w:lang w:val="pl-PL"/>
        </w:rPr>
      </w:pPr>
      <w:r w:rsidRPr="00620607">
        <w:rPr>
          <w:rFonts w:cstheme="minorHAnsi"/>
          <w:sz w:val="24"/>
          <w:szCs w:val="24"/>
          <w:lang w:val="pl-PL"/>
        </w:rPr>
        <w:t>Niniejszy regulamin jest jedynym dokumentem określającym zasady konkursu, chyba że wprost z regulaminu wynika odesłanie do innych dokumentów, lub źródeł informacji zawierających opis określonych elementów konkursu</w:t>
      </w:r>
    </w:p>
    <w:p w14:paraId="32D7EBF8" w14:textId="77777777" w:rsidR="00E77508" w:rsidRPr="00E77508" w:rsidRDefault="00E77508" w:rsidP="00E77508">
      <w:pPr>
        <w:pStyle w:val="Akapitzlist"/>
        <w:rPr>
          <w:lang w:val="pl-PL"/>
        </w:rPr>
      </w:pPr>
    </w:p>
    <w:p w14:paraId="20844650" w14:textId="77777777" w:rsidR="007D3EA8" w:rsidRPr="00E77508" w:rsidRDefault="007D3EA8">
      <w:pPr>
        <w:rPr>
          <w:lang w:val="pl-PL"/>
        </w:rPr>
      </w:pPr>
    </w:p>
    <w:p w14:paraId="0D8A2DE7" w14:textId="77777777" w:rsidR="00FB4546" w:rsidRDefault="00FB4546" w:rsidP="00E77508">
      <w:pPr>
        <w:jc w:val="center"/>
        <w:rPr>
          <w:b/>
          <w:bCs/>
          <w:lang w:val="pl-PL"/>
        </w:rPr>
      </w:pPr>
    </w:p>
    <w:p w14:paraId="090FAB4C" w14:textId="77777777" w:rsidR="00FB4546" w:rsidRDefault="00FB4546" w:rsidP="00E77508">
      <w:pPr>
        <w:jc w:val="center"/>
        <w:rPr>
          <w:b/>
          <w:bCs/>
          <w:lang w:val="pl-PL"/>
        </w:rPr>
      </w:pPr>
    </w:p>
    <w:p w14:paraId="392B34D0" w14:textId="77777777" w:rsidR="007D3EA8" w:rsidRPr="00E77508" w:rsidRDefault="00000000" w:rsidP="00E77508">
      <w:pPr>
        <w:jc w:val="center"/>
        <w:rPr>
          <w:b/>
          <w:bCs/>
          <w:lang w:val="pl-PL"/>
        </w:rPr>
      </w:pPr>
      <w:r w:rsidRPr="00E77508">
        <w:rPr>
          <w:b/>
          <w:bCs/>
          <w:lang w:val="pl-PL"/>
        </w:rPr>
        <w:t>§ 2 UCZESTNICTWO W KONKURSIE</w:t>
      </w:r>
    </w:p>
    <w:p w14:paraId="4995DDDD" w14:textId="77777777" w:rsidR="00BC1AE3" w:rsidRPr="00BC1AE3" w:rsidRDefault="00BC1AE3" w:rsidP="00BC1AE3">
      <w:pPr>
        <w:numPr>
          <w:ilvl w:val="1"/>
          <w:numId w:val="15"/>
        </w:numPr>
        <w:pBdr>
          <w:top w:val="nil"/>
          <w:left w:val="nil"/>
          <w:bottom w:val="nil"/>
          <w:right w:val="nil"/>
          <w:between w:val="nil"/>
        </w:pBdr>
        <w:shd w:val="clear" w:color="auto" w:fill="FFFFFF"/>
        <w:spacing w:after="0"/>
        <w:rPr>
          <w:rFonts w:cstheme="minorHAnsi"/>
          <w:sz w:val="24"/>
          <w:szCs w:val="24"/>
          <w:lang w:val="pl-PL"/>
        </w:rPr>
      </w:pPr>
      <w:r w:rsidRPr="00BC1AE3">
        <w:rPr>
          <w:rFonts w:cstheme="minorHAnsi"/>
          <w:sz w:val="24"/>
          <w:szCs w:val="24"/>
          <w:lang w:val="pl-PL"/>
        </w:rPr>
        <w:t>Uczestnikami konkursu mogą być uczniowie szkół gastronomicznych (którzy przyjeżdżają ze swoimi opiekunami wyznaczonymi przez szkołę), każda szkoła może zgłosić jeden zespół dwuosobowy. Uczestnicy zgłoszeni przez szkołę nie reprezentujący jej tylko pracodawcę zostaną zdyskwalifikowani</w:t>
      </w:r>
    </w:p>
    <w:p w14:paraId="156D3A02" w14:textId="77777777" w:rsidR="00620607" w:rsidRPr="00620607" w:rsidRDefault="00620607" w:rsidP="00B038CD">
      <w:pPr>
        <w:numPr>
          <w:ilvl w:val="1"/>
          <w:numId w:val="15"/>
        </w:numPr>
        <w:pBdr>
          <w:top w:val="nil"/>
          <w:left w:val="nil"/>
          <w:bottom w:val="nil"/>
          <w:right w:val="nil"/>
          <w:between w:val="nil"/>
        </w:pBdr>
        <w:shd w:val="clear" w:color="auto" w:fill="FFFFFF"/>
        <w:spacing w:after="0"/>
        <w:rPr>
          <w:rFonts w:cstheme="minorHAnsi"/>
          <w:sz w:val="24"/>
          <w:szCs w:val="24"/>
          <w:lang w:val="pl-PL"/>
        </w:rPr>
      </w:pPr>
      <w:r w:rsidRPr="00620607">
        <w:rPr>
          <w:rFonts w:cstheme="minorHAnsi"/>
          <w:sz w:val="24"/>
          <w:szCs w:val="24"/>
          <w:lang w:val="pl-PL"/>
        </w:rPr>
        <w:t xml:space="preserve">Do udziału w konkursie zostanie zakwalifikowanych </w:t>
      </w:r>
      <w:r w:rsidR="00EE3C68">
        <w:rPr>
          <w:rFonts w:cstheme="minorHAnsi"/>
          <w:sz w:val="24"/>
          <w:szCs w:val="24"/>
          <w:lang w:val="pl-PL"/>
        </w:rPr>
        <w:t>8</w:t>
      </w:r>
      <w:r w:rsidRPr="00620607">
        <w:rPr>
          <w:rFonts w:cstheme="minorHAnsi"/>
          <w:sz w:val="24"/>
          <w:szCs w:val="24"/>
          <w:lang w:val="pl-PL"/>
        </w:rPr>
        <w:t xml:space="preserve"> ekip dwuosobowych wyłonionych w drodze eliminacji spośród nadesłanych zgłoszeń </w:t>
      </w:r>
    </w:p>
    <w:p w14:paraId="1A572696" w14:textId="77777777" w:rsidR="00620607" w:rsidRPr="00620607" w:rsidRDefault="00620607" w:rsidP="00B038CD">
      <w:pPr>
        <w:numPr>
          <w:ilvl w:val="1"/>
          <w:numId w:val="15"/>
        </w:numPr>
        <w:pBdr>
          <w:top w:val="nil"/>
          <w:left w:val="nil"/>
          <w:bottom w:val="nil"/>
          <w:right w:val="nil"/>
          <w:between w:val="nil"/>
        </w:pBdr>
        <w:shd w:val="clear" w:color="auto" w:fill="FFFFFF"/>
        <w:spacing w:after="0"/>
        <w:rPr>
          <w:rFonts w:cstheme="minorHAnsi"/>
          <w:sz w:val="24"/>
          <w:szCs w:val="24"/>
          <w:lang w:val="pl-PL"/>
        </w:rPr>
      </w:pPr>
      <w:r w:rsidRPr="00620607">
        <w:rPr>
          <w:rFonts w:cstheme="minorHAnsi"/>
          <w:sz w:val="24"/>
          <w:szCs w:val="24"/>
          <w:lang w:val="pl-PL"/>
        </w:rPr>
        <w:t>Wybór zakwalifikowanych zespołów odbędzie się na podstawie oceny</w:t>
      </w:r>
      <w:r w:rsidR="00BC1AE3" w:rsidRPr="00BC1AE3">
        <w:rPr>
          <w:rFonts w:cstheme="minorHAnsi"/>
          <w:sz w:val="24"/>
          <w:szCs w:val="24"/>
          <w:lang w:val="pl-PL"/>
        </w:rPr>
        <w:t xml:space="preserve"> zdjęć dań przygotowanych przez uczniów.</w:t>
      </w:r>
    </w:p>
    <w:p w14:paraId="1C700363" w14:textId="77777777" w:rsidR="00620607" w:rsidRPr="00620607" w:rsidRDefault="00620607" w:rsidP="00B038CD">
      <w:pPr>
        <w:numPr>
          <w:ilvl w:val="1"/>
          <w:numId w:val="15"/>
        </w:numPr>
        <w:pBdr>
          <w:top w:val="nil"/>
          <w:left w:val="nil"/>
          <w:bottom w:val="nil"/>
          <w:right w:val="nil"/>
          <w:between w:val="nil"/>
        </w:pBdr>
        <w:shd w:val="clear" w:color="auto" w:fill="FFFFFF"/>
        <w:spacing w:after="0"/>
        <w:rPr>
          <w:rFonts w:cstheme="minorHAnsi"/>
          <w:sz w:val="24"/>
          <w:szCs w:val="24"/>
          <w:lang w:val="pl-PL"/>
        </w:rPr>
      </w:pPr>
      <w:r w:rsidRPr="00620607">
        <w:rPr>
          <w:rFonts w:cstheme="minorHAnsi"/>
          <w:sz w:val="24"/>
          <w:szCs w:val="24"/>
          <w:lang w:val="pl-PL"/>
        </w:rPr>
        <w:t xml:space="preserve">Wybór podejmować będzie Organizator konkursu  </w:t>
      </w:r>
    </w:p>
    <w:p w14:paraId="103EBDF7" w14:textId="77777777" w:rsidR="00BC1AE3" w:rsidRPr="00BC1AE3" w:rsidRDefault="00BC1AE3" w:rsidP="00BC1AE3">
      <w:pPr>
        <w:numPr>
          <w:ilvl w:val="1"/>
          <w:numId w:val="15"/>
        </w:numPr>
        <w:pBdr>
          <w:top w:val="nil"/>
          <w:left w:val="nil"/>
          <w:bottom w:val="nil"/>
          <w:right w:val="nil"/>
          <w:between w:val="nil"/>
        </w:pBdr>
        <w:shd w:val="clear" w:color="auto" w:fill="FFFFFF"/>
        <w:spacing w:after="0"/>
        <w:rPr>
          <w:rFonts w:cstheme="minorHAnsi"/>
          <w:sz w:val="24"/>
          <w:szCs w:val="24"/>
          <w:lang w:val="pl-PL"/>
        </w:rPr>
      </w:pPr>
      <w:r w:rsidRPr="00BC1AE3">
        <w:rPr>
          <w:rFonts w:cstheme="minorHAnsi"/>
          <w:sz w:val="24"/>
          <w:szCs w:val="24"/>
          <w:lang w:val="pl-PL"/>
        </w:rPr>
        <w:t xml:space="preserve">Każdy </w:t>
      </w:r>
      <w:r w:rsidRPr="00BC1AE3">
        <w:rPr>
          <w:rFonts w:cstheme="minorHAnsi"/>
          <w:sz w:val="24"/>
          <w:szCs w:val="24"/>
          <w:highlight w:val="white"/>
          <w:lang w:val="pl-PL"/>
        </w:rPr>
        <w:t xml:space="preserve">zespół, biorący udział w konkursie lub szkoła gastronomiczna z której został zgłoszony zespół pokrywają koszty przejazdu oraz produktów </w:t>
      </w:r>
      <w:r w:rsidRPr="00BC1AE3">
        <w:rPr>
          <w:rFonts w:cstheme="minorHAnsi"/>
          <w:sz w:val="24"/>
          <w:szCs w:val="24"/>
          <w:lang w:val="pl-PL"/>
        </w:rPr>
        <w:t xml:space="preserve">użytych do wykonania dań konkursowych </w:t>
      </w:r>
    </w:p>
    <w:p w14:paraId="520A6DC4" w14:textId="77777777" w:rsidR="00620607" w:rsidRPr="00620607" w:rsidRDefault="00620607" w:rsidP="00B038CD">
      <w:pPr>
        <w:numPr>
          <w:ilvl w:val="1"/>
          <w:numId w:val="15"/>
        </w:numPr>
        <w:pBdr>
          <w:top w:val="nil"/>
          <w:left w:val="nil"/>
          <w:bottom w:val="nil"/>
          <w:right w:val="nil"/>
          <w:between w:val="nil"/>
        </w:pBdr>
        <w:shd w:val="clear" w:color="auto" w:fill="FFFFFF"/>
        <w:spacing w:after="0"/>
        <w:rPr>
          <w:rFonts w:cstheme="minorHAnsi"/>
          <w:sz w:val="24"/>
          <w:szCs w:val="24"/>
          <w:lang w:val="pl-PL"/>
        </w:rPr>
      </w:pPr>
      <w:r w:rsidRPr="00620607">
        <w:rPr>
          <w:rFonts w:cstheme="minorHAnsi"/>
          <w:sz w:val="24"/>
          <w:szCs w:val="24"/>
          <w:lang w:val="pl-PL"/>
        </w:rPr>
        <w:t xml:space="preserve">Każdy zespół przesyła </w:t>
      </w:r>
      <w:r w:rsidR="00B038CD">
        <w:rPr>
          <w:rFonts w:cstheme="minorHAnsi"/>
          <w:sz w:val="24"/>
          <w:szCs w:val="24"/>
          <w:lang w:val="pl-PL"/>
        </w:rPr>
        <w:t>3</w:t>
      </w:r>
      <w:r w:rsidRPr="00620607">
        <w:rPr>
          <w:rFonts w:cstheme="minorHAnsi"/>
          <w:sz w:val="24"/>
          <w:szCs w:val="24"/>
          <w:lang w:val="pl-PL"/>
        </w:rPr>
        <w:t xml:space="preserve"> zdjęcia dań restauracyjnych oraz 2 </w:t>
      </w:r>
      <w:proofErr w:type="gramStart"/>
      <w:r w:rsidRPr="00620607">
        <w:rPr>
          <w:rFonts w:cstheme="minorHAnsi"/>
          <w:sz w:val="24"/>
          <w:szCs w:val="24"/>
          <w:lang w:val="pl-PL"/>
        </w:rPr>
        <w:t>zdjęcia</w:t>
      </w:r>
      <w:r w:rsidR="00A013A9">
        <w:rPr>
          <w:rFonts w:cstheme="minorHAnsi"/>
          <w:sz w:val="24"/>
          <w:szCs w:val="24"/>
          <w:lang w:val="pl-PL"/>
        </w:rPr>
        <w:t xml:space="preserve">  </w:t>
      </w:r>
      <w:r w:rsidRPr="00620607">
        <w:rPr>
          <w:rFonts w:cstheme="minorHAnsi"/>
          <w:sz w:val="24"/>
          <w:szCs w:val="24"/>
          <w:lang w:val="pl-PL"/>
        </w:rPr>
        <w:t>deserów</w:t>
      </w:r>
      <w:proofErr w:type="gramEnd"/>
      <w:r w:rsidRPr="00620607">
        <w:rPr>
          <w:rFonts w:cstheme="minorHAnsi"/>
          <w:sz w:val="24"/>
          <w:szCs w:val="24"/>
          <w:lang w:val="pl-PL"/>
        </w:rPr>
        <w:t xml:space="preserve"> do których posiada prawa autorskie (całość nie musi odnosić się do tematyki konkursu)</w:t>
      </w:r>
    </w:p>
    <w:p w14:paraId="7521EB84" w14:textId="77777777" w:rsidR="00FB4546" w:rsidRPr="00771EC9" w:rsidRDefault="00620607" w:rsidP="00FB4546">
      <w:pPr>
        <w:numPr>
          <w:ilvl w:val="1"/>
          <w:numId w:val="15"/>
        </w:numPr>
        <w:pBdr>
          <w:top w:val="nil"/>
          <w:left w:val="nil"/>
          <w:bottom w:val="nil"/>
          <w:right w:val="nil"/>
          <w:between w:val="nil"/>
        </w:pBdr>
        <w:shd w:val="clear" w:color="auto" w:fill="FFFFFF"/>
        <w:spacing w:after="0"/>
        <w:rPr>
          <w:rFonts w:cstheme="minorHAnsi"/>
          <w:sz w:val="24"/>
          <w:szCs w:val="24"/>
          <w:lang w:val="pl-PL"/>
        </w:rPr>
      </w:pPr>
      <w:r w:rsidRPr="00620607">
        <w:rPr>
          <w:rFonts w:cstheme="minorHAnsi"/>
          <w:sz w:val="24"/>
          <w:szCs w:val="24"/>
          <w:lang w:val="pl-PL"/>
        </w:rPr>
        <w:t>Zgłoszenia do konkursu dokonuje osoba uprawniona do reprezentowania Uczestnik</w:t>
      </w:r>
      <w:r w:rsidR="00BC1AE3">
        <w:rPr>
          <w:rFonts w:cstheme="minorHAnsi"/>
          <w:sz w:val="24"/>
          <w:szCs w:val="24"/>
          <w:lang w:val="pl-PL"/>
        </w:rPr>
        <w:t>ów</w:t>
      </w:r>
      <w:r w:rsidRPr="00620607">
        <w:rPr>
          <w:rFonts w:cstheme="minorHAnsi"/>
          <w:sz w:val="24"/>
          <w:szCs w:val="24"/>
          <w:lang w:val="pl-PL"/>
        </w:rPr>
        <w:t xml:space="preserve"> drogą elektroniczna na adres </w:t>
      </w:r>
      <w:hyperlink r:id="rId11" w:history="1">
        <w:r w:rsidR="00B038CD" w:rsidRPr="00B038CD">
          <w:rPr>
            <w:rStyle w:val="Hipercze"/>
            <w:rFonts w:cstheme="minorHAnsi"/>
            <w:sz w:val="24"/>
            <w:szCs w:val="24"/>
            <w:lang w:val="pl-PL"/>
          </w:rPr>
          <w:t>sekretariat@osskic.org.pl</w:t>
        </w:r>
      </w:hyperlink>
    </w:p>
    <w:p w14:paraId="315515B3" w14:textId="77777777" w:rsidR="00620607" w:rsidRPr="00D65043" w:rsidRDefault="00620607" w:rsidP="00620607">
      <w:pPr>
        <w:numPr>
          <w:ilvl w:val="1"/>
          <w:numId w:val="15"/>
        </w:numPr>
        <w:pBdr>
          <w:top w:val="nil"/>
          <w:left w:val="nil"/>
          <w:bottom w:val="nil"/>
          <w:right w:val="nil"/>
          <w:between w:val="nil"/>
        </w:pBdr>
        <w:shd w:val="clear" w:color="auto" w:fill="FFFFFF"/>
        <w:spacing w:after="0"/>
        <w:jc w:val="both"/>
        <w:rPr>
          <w:rFonts w:cstheme="minorHAnsi"/>
          <w:sz w:val="24"/>
          <w:szCs w:val="24"/>
        </w:rPr>
      </w:pPr>
      <w:proofErr w:type="spellStart"/>
      <w:r w:rsidRPr="00D65043">
        <w:rPr>
          <w:rFonts w:cstheme="minorHAnsi"/>
          <w:sz w:val="24"/>
          <w:szCs w:val="24"/>
        </w:rPr>
        <w:t>Zgłoszenie</w:t>
      </w:r>
      <w:proofErr w:type="spellEnd"/>
      <w:r w:rsidRPr="00D65043">
        <w:rPr>
          <w:rFonts w:cstheme="minorHAnsi"/>
          <w:sz w:val="24"/>
          <w:szCs w:val="24"/>
        </w:rPr>
        <w:t xml:space="preserve"> </w:t>
      </w:r>
      <w:proofErr w:type="spellStart"/>
      <w:r w:rsidRPr="00D65043">
        <w:rPr>
          <w:rFonts w:cstheme="minorHAnsi"/>
          <w:sz w:val="24"/>
          <w:szCs w:val="24"/>
        </w:rPr>
        <w:t>powinno</w:t>
      </w:r>
      <w:proofErr w:type="spellEnd"/>
      <w:r w:rsidRPr="00D65043">
        <w:rPr>
          <w:rFonts w:cstheme="minorHAnsi"/>
          <w:sz w:val="24"/>
          <w:szCs w:val="24"/>
        </w:rPr>
        <w:t xml:space="preserve"> </w:t>
      </w:r>
      <w:proofErr w:type="spellStart"/>
      <w:r w:rsidRPr="00D65043">
        <w:rPr>
          <w:rFonts w:cstheme="minorHAnsi"/>
          <w:sz w:val="24"/>
          <w:szCs w:val="24"/>
        </w:rPr>
        <w:t>zawierać</w:t>
      </w:r>
      <w:proofErr w:type="spellEnd"/>
      <w:r w:rsidRPr="00D65043">
        <w:rPr>
          <w:rFonts w:cstheme="minorHAnsi"/>
          <w:sz w:val="24"/>
          <w:szCs w:val="24"/>
        </w:rPr>
        <w:t xml:space="preserve"> </w:t>
      </w:r>
    </w:p>
    <w:p w14:paraId="282E397D" w14:textId="77777777" w:rsidR="00620607" w:rsidRPr="00620607" w:rsidRDefault="00A013A9" w:rsidP="00B038CD">
      <w:pPr>
        <w:numPr>
          <w:ilvl w:val="0"/>
          <w:numId w:val="16"/>
        </w:numPr>
        <w:pBdr>
          <w:top w:val="nil"/>
          <w:left w:val="nil"/>
          <w:bottom w:val="nil"/>
          <w:right w:val="nil"/>
          <w:between w:val="nil"/>
        </w:pBdr>
        <w:shd w:val="clear" w:color="auto" w:fill="FFFFFF"/>
        <w:spacing w:after="0"/>
        <w:rPr>
          <w:rFonts w:cstheme="minorHAnsi"/>
          <w:sz w:val="24"/>
          <w:szCs w:val="24"/>
          <w:lang w:val="pl-PL"/>
        </w:rPr>
      </w:pPr>
      <w:r>
        <w:rPr>
          <w:rFonts w:cstheme="minorHAnsi"/>
          <w:sz w:val="24"/>
          <w:szCs w:val="24"/>
          <w:lang w:val="pl-PL"/>
        </w:rPr>
        <w:t>i</w:t>
      </w:r>
      <w:r w:rsidR="00620607" w:rsidRPr="00620607">
        <w:rPr>
          <w:rFonts w:cstheme="minorHAnsi"/>
          <w:sz w:val="24"/>
          <w:szCs w:val="24"/>
          <w:lang w:val="pl-PL"/>
        </w:rPr>
        <w:t xml:space="preserve">miona i nazwiska członków ekipy  </w:t>
      </w:r>
    </w:p>
    <w:p w14:paraId="10603280" w14:textId="77777777" w:rsidR="00BC1AE3" w:rsidRPr="00BC1AE3" w:rsidRDefault="00BC1AE3" w:rsidP="00BC1AE3">
      <w:pPr>
        <w:numPr>
          <w:ilvl w:val="0"/>
          <w:numId w:val="16"/>
        </w:numPr>
        <w:pBdr>
          <w:top w:val="nil"/>
          <w:left w:val="nil"/>
          <w:bottom w:val="nil"/>
          <w:right w:val="nil"/>
          <w:between w:val="nil"/>
        </w:pBdr>
        <w:shd w:val="clear" w:color="auto" w:fill="FFFFFF"/>
        <w:spacing w:after="0"/>
        <w:jc w:val="both"/>
        <w:rPr>
          <w:rFonts w:cstheme="minorHAnsi"/>
          <w:sz w:val="24"/>
          <w:szCs w:val="24"/>
          <w:lang w:val="pl-PL"/>
        </w:rPr>
      </w:pPr>
      <w:r w:rsidRPr="00BC1AE3">
        <w:rPr>
          <w:rFonts w:cstheme="minorHAnsi"/>
          <w:sz w:val="24"/>
          <w:szCs w:val="24"/>
          <w:lang w:val="pl-PL"/>
        </w:rPr>
        <w:t>telefon kontaktowy do nauczyciela/opiekuna zgłoszonego zespołu</w:t>
      </w:r>
    </w:p>
    <w:p w14:paraId="557E13EB" w14:textId="77777777" w:rsidR="00620607" w:rsidRPr="00D65043" w:rsidRDefault="00A013A9" w:rsidP="00B038CD">
      <w:pPr>
        <w:numPr>
          <w:ilvl w:val="0"/>
          <w:numId w:val="16"/>
        </w:numPr>
        <w:pBdr>
          <w:top w:val="nil"/>
          <w:left w:val="nil"/>
          <w:bottom w:val="nil"/>
          <w:right w:val="nil"/>
          <w:between w:val="nil"/>
        </w:pBdr>
        <w:shd w:val="clear" w:color="auto" w:fill="FFFFFF"/>
        <w:spacing w:after="0"/>
        <w:rPr>
          <w:rFonts w:cstheme="minorHAnsi"/>
          <w:sz w:val="24"/>
          <w:szCs w:val="24"/>
        </w:rPr>
      </w:pPr>
      <w:r>
        <w:rPr>
          <w:rFonts w:cstheme="minorHAnsi"/>
          <w:sz w:val="24"/>
          <w:szCs w:val="24"/>
        </w:rPr>
        <w:t>e</w:t>
      </w:r>
      <w:r w:rsidR="00620607" w:rsidRPr="00D65043">
        <w:rPr>
          <w:rFonts w:cstheme="minorHAnsi"/>
          <w:sz w:val="24"/>
          <w:szCs w:val="24"/>
        </w:rPr>
        <w:t xml:space="preserve">-mail </w:t>
      </w:r>
      <w:proofErr w:type="spellStart"/>
      <w:r w:rsidR="00620607" w:rsidRPr="00D65043">
        <w:rPr>
          <w:rFonts w:cstheme="minorHAnsi"/>
          <w:sz w:val="24"/>
          <w:szCs w:val="24"/>
        </w:rPr>
        <w:t>kontaktowy</w:t>
      </w:r>
      <w:proofErr w:type="spellEnd"/>
      <w:r w:rsidR="00620607" w:rsidRPr="00D65043">
        <w:rPr>
          <w:rFonts w:cstheme="minorHAnsi"/>
          <w:sz w:val="24"/>
          <w:szCs w:val="24"/>
        </w:rPr>
        <w:t xml:space="preserve"> </w:t>
      </w:r>
    </w:p>
    <w:p w14:paraId="60CEF9C8" w14:textId="77777777" w:rsidR="00620607" w:rsidRPr="00620607" w:rsidRDefault="00A013A9" w:rsidP="00B038CD">
      <w:pPr>
        <w:numPr>
          <w:ilvl w:val="0"/>
          <w:numId w:val="16"/>
        </w:numPr>
        <w:pBdr>
          <w:top w:val="nil"/>
          <w:left w:val="nil"/>
          <w:bottom w:val="nil"/>
          <w:right w:val="nil"/>
          <w:between w:val="nil"/>
        </w:pBdr>
        <w:shd w:val="clear" w:color="auto" w:fill="FFFFFF"/>
        <w:spacing w:after="0"/>
        <w:rPr>
          <w:rFonts w:cstheme="minorHAnsi"/>
          <w:sz w:val="24"/>
          <w:szCs w:val="24"/>
          <w:lang w:val="pl-PL"/>
        </w:rPr>
      </w:pPr>
      <w:r>
        <w:rPr>
          <w:rFonts w:cstheme="minorHAnsi"/>
          <w:sz w:val="24"/>
          <w:szCs w:val="24"/>
          <w:lang w:val="pl-PL"/>
        </w:rPr>
        <w:t>n</w:t>
      </w:r>
      <w:r w:rsidR="00620607" w:rsidRPr="00620607">
        <w:rPr>
          <w:rFonts w:cstheme="minorHAnsi"/>
          <w:sz w:val="24"/>
          <w:szCs w:val="24"/>
          <w:lang w:val="pl-PL"/>
        </w:rPr>
        <w:t>az</w:t>
      </w:r>
      <w:r w:rsidR="00BC1AE3">
        <w:rPr>
          <w:rFonts w:cstheme="minorHAnsi"/>
          <w:sz w:val="24"/>
          <w:szCs w:val="24"/>
          <w:lang w:val="pl-PL"/>
        </w:rPr>
        <w:t xml:space="preserve">wę szkoły </w:t>
      </w:r>
    </w:p>
    <w:p w14:paraId="7F515E92" w14:textId="77777777" w:rsidR="00620607" w:rsidRPr="00D65043" w:rsidRDefault="00620607" w:rsidP="00B038CD">
      <w:pPr>
        <w:numPr>
          <w:ilvl w:val="0"/>
          <w:numId w:val="16"/>
        </w:numPr>
        <w:pBdr>
          <w:top w:val="nil"/>
          <w:left w:val="nil"/>
          <w:bottom w:val="nil"/>
          <w:right w:val="nil"/>
          <w:between w:val="nil"/>
        </w:pBdr>
        <w:shd w:val="clear" w:color="auto" w:fill="FFFFFF"/>
        <w:spacing w:after="0"/>
        <w:rPr>
          <w:rFonts w:cstheme="minorHAnsi"/>
          <w:sz w:val="24"/>
          <w:szCs w:val="24"/>
        </w:rPr>
      </w:pPr>
      <w:proofErr w:type="spellStart"/>
      <w:r w:rsidRPr="00D65043">
        <w:rPr>
          <w:rFonts w:cstheme="minorHAnsi"/>
          <w:sz w:val="24"/>
          <w:szCs w:val="24"/>
        </w:rPr>
        <w:t>rozmiar</w:t>
      </w:r>
      <w:proofErr w:type="spellEnd"/>
      <w:r w:rsidRPr="00D65043">
        <w:rPr>
          <w:rFonts w:cstheme="minorHAnsi"/>
          <w:sz w:val="24"/>
          <w:szCs w:val="24"/>
        </w:rPr>
        <w:t xml:space="preserve"> </w:t>
      </w:r>
      <w:proofErr w:type="spellStart"/>
      <w:r w:rsidRPr="00D65043">
        <w:rPr>
          <w:rFonts w:cstheme="minorHAnsi"/>
          <w:sz w:val="24"/>
          <w:szCs w:val="24"/>
        </w:rPr>
        <w:t>bluzy</w:t>
      </w:r>
      <w:proofErr w:type="spellEnd"/>
      <w:r w:rsidRPr="00D65043">
        <w:rPr>
          <w:rFonts w:cstheme="minorHAnsi"/>
          <w:sz w:val="24"/>
          <w:szCs w:val="24"/>
        </w:rPr>
        <w:t xml:space="preserve"> </w:t>
      </w:r>
      <w:proofErr w:type="spellStart"/>
      <w:r w:rsidRPr="00D65043">
        <w:rPr>
          <w:rFonts w:cstheme="minorHAnsi"/>
          <w:sz w:val="24"/>
          <w:szCs w:val="24"/>
        </w:rPr>
        <w:t>kucharskiej</w:t>
      </w:r>
      <w:proofErr w:type="spellEnd"/>
      <w:r w:rsidRPr="00D65043">
        <w:rPr>
          <w:rFonts w:cstheme="minorHAnsi"/>
          <w:sz w:val="24"/>
          <w:szCs w:val="24"/>
        </w:rPr>
        <w:t xml:space="preserve"> </w:t>
      </w:r>
      <w:proofErr w:type="spellStart"/>
      <w:r w:rsidRPr="00D65043">
        <w:rPr>
          <w:rFonts w:cstheme="minorHAnsi"/>
          <w:sz w:val="24"/>
          <w:szCs w:val="24"/>
        </w:rPr>
        <w:t>uczestników</w:t>
      </w:r>
      <w:proofErr w:type="spellEnd"/>
      <w:r w:rsidRPr="00D65043">
        <w:rPr>
          <w:rFonts w:cstheme="minorHAnsi"/>
          <w:sz w:val="24"/>
          <w:szCs w:val="24"/>
        </w:rPr>
        <w:t xml:space="preserve"> </w:t>
      </w:r>
    </w:p>
    <w:p w14:paraId="6FA5FCF9" w14:textId="77777777" w:rsidR="00620607" w:rsidRPr="00620607" w:rsidRDefault="00620607" w:rsidP="00B038CD">
      <w:pPr>
        <w:numPr>
          <w:ilvl w:val="0"/>
          <w:numId w:val="16"/>
        </w:numPr>
        <w:pBdr>
          <w:top w:val="nil"/>
          <w:left w:val="nil"/>
          <w:bottom w:val="nil"/>
          <w:right w:val="nil"/>
          <w:between w:val="nil"/>
        </w:pBdr>
        <w:shd w:val="clear" w:color="auto" w:fill="FFFFFF"/>
        <w:spacing w:after="0"/>
        <w:rPr>
          <w:rFonts w:cstheme="minorHAnsi"/>
          <w:sz w:val="24"/>
          <w:szCs w:val="24"/>
          <w:lang w:val="pl-PL"/>
        </w:rPr>
      </w:pPr>
      <w:r w:rsidRPr="00620607">
        <w:rPr>
          <w:rFonts w:cstheme="minorHAnsi"/>
          <w:sz w:val="24"/>
          <w:szCs w:val="24"/>
          <w:lang w:val="pl-PL"/>
        </w:rPr>
        <w:t>oświadczenie o zapoznaniu się z Regulaminem i akceptacji Regulaminu</w:t>
      </w:r>
    </w:p>
    <w:p w14:paraId="4DE6D910" w14:textId="77777777" w:rsidR="00620607" w:rsidRPr="00B038CD" w:rsidRDefault="00620607" w:rsidP="00B038CD">
      <w:pPr>
        <w:numPr>
          <w:ilvl w:val="0"/>
          <w:numId w:val="16"/>
        </w:numPr>
        <w:pBdr>
          <w:top w:val="nil"/>
          <w:left w:val="nil"/>
          <w:bottom w:val="nil"/>
          <w:right w:val="nil"/>
          <w:between w:val="nil"/>
        </w:pBdr>
        <w:shd w:val="clear" w:color="auto" w:fill="FFFFFF"/>
        <w:spacing w:after="0"/>
        <w:rPr>
          <w:rFonts w:cstheme="minorHAnsi"/>
          <w:sz w:val="24"/>
          <w:szCs w:val="24"/>
          <w:lang w:val="pl-PL"/>
        </w:rPr>
      </w:pPr>
      <w:r w:rsidRPr="00620607">
        <w:rPr>
          <w:rFonts w:cstheme="minorHAnsi"/>
          <w:sz w:val="24"/>
          <w:szCs w:val="24"/>
          <w:lang w:val="pl-PL"/>
        </w:rPr>
        <w:t>opis dań</w:t>
      </w:r>
      <w:r w:rsidR="00B038CD">
        <w:rPr>
          <w:rFonts w:cstheme="minorHAnsi"/>
          <w:sz w:val="24"/>
          <w:szCs w:val="24"/>
          <w:lang w:val="pl-PL"/>
        </w:rPr>
        <w:t xml:space="preserve"> wraz ze zdjęciem</w:t>
      </w:r>
      <w:r w:rsidRPr="00620607">
        <w:rPr>
          <w:rFonts w:cstheme="minorHAnsi"/>
          <w:sz w:val="24"/>
          <w:szCs w:val="24"/>
          <w:lang w:val="pl-PL"/>
        </w:rPr>
        <w:t xml:space="preserve"> w tym: nazwa, opis procesu technologicznego</w:t>
      </w:r>
    </w:p>
    <w:p w14:paraId="2C22175A" w14:textId="77777777" w:rsidR="00620607" w:rsidRDefault="00620607" w:rsidP="00B038CD">
      <w:pPr>
        <w:numPr>
          <w:ilvl w:val="0"/>
          <w:numId w:val="16"/>
        </w:numPr>
        <w:pBdr>
          <w:top w:val="nil"/>
          <w:left w:val="nil"/>
          <w:bottom w:val="nil"/>
          <w:right w:val="nil"/>
          <w:between w:val="nil"/>
        </w:pBdr>
        <w:shd w:val="clear" w:color="auto" w:fill="FFFFFF"/>
        <w:spacing w:after="0"/>
        <w:rPr>
          <w:rFonts w:cstheme="minorHAnsi"/>
          <w:sz w:val="24"/>
          <w:szCs w:val="24"/>
          <w:lang w:val="pl-PL"/>
        </w:rPr>
      </w:pPr>
      <w:r w:rsidRPr="00620607">
        <w:rPr>
          <w:rFonts w:cstheme="minorHAnsi"/>
          <w:sz w:val="24"/>
          <w:szCs w:val="24"/>
          <w:lang w:val="pl-PL"/>
        </w:rPr>
        <w:t xml:space="preserve">zgodę każdego z uczestników na przetwarzanie danych osobowych oraz wykorzystanie wizerunku na potrzeby marketingowe konkursu </w:t>
      </w:r>
    </w:p>
    <w:p w14:paraId="32E697AF" w14:textId="77777777" w:rsidR="00771EC9" w:rsidRDefault="00771EC9" w:rsidP="00771EC9">
      <w:pPr>
        <w:pBdr>
          <w:top w:val="nil"/>
          <w:left w:val="nil"/>
          <w:bottom w:val="nil"/>
          <w:right w:val="nil"/>
          <w:between w:val="nil"/>
        </w:pBdr>
        <w:shd w:val="clear" w:color="auto" w:fill="FFFFFF"/>
        <w:spacing w:after="0"/>
        <w:rPr>
          <w:rFonts w:cstheme="minorHAnsi"/>
          <w:sz w:val="24"/>
          <w:szCs w:val="24"/>
          <w:lang w:val="pl-PL"/>
        </w:rPr>
      </w:pPr>
    </w:p>
    <w:p w14:paraId="5355F30F" w14:textId="77777777" w:rsidR="00771EC9" w:rsidRPr="00620607" w:rsidRDefault="00771EC9" w:rsidP="00771EC9">
      <w:pPr>
        <w:pBdr>
          <w:top w:val="nil"/>
          <w:left w:val="nil"/>
          <w:bottom w:val="nil"/>
          <w:right w:val="nil"/>
          <w:between w:val="nil"/>
        </w:pBdr>
        <w:shd w:val="clear" w:color="auto" w:fill="FFFFFF"/>
        <w:spacing w:after="0"/>
        <w:rPr>
          <w:rFonts w:cstheme="minorHAnsi"/>
          <w:sz w:val="24"/>
          <w:szCs w:val="24"/>
          <w:lang w:val="pl-PL"/>
        </w:rPr>
      </w:pPr>
    </w:p>
    <w:p w14:paraId="02877E7F" w14:textId="77777777" w:rsidR="000F2A12" w:rsidRDefault="00620607" w:rsidP="00771EC9">
      <w:pPr>
        <w:numPr>
          <w:ilvl w:val="1"/>
          <w:numId w:val="15"/>
        </w:numPr>
        <w:pBdr>
          <w:top w:val="nil"/>
          <w:left w:val="nil"/>
          <w:bottom w:val="nil"/>
          <w:right w:val="nil"/>
          <w:between w:val="nil"/>
        </w:pBdr>
        <w:shd w:val="clear" w:color="auto" w:fill="FFFFFF"/>
        <w:spacing w:after="0"/>
        <w:rPr>
          <w:rFonts w:cstheme="minorHAnsi"/>
          <w:sz w:val="24"/>
          <w:szCs w:val="24"/>
          <w:lang w:val="pl-PL"/>
        </w:rPr>
      </w:pPr>
      <w:bookmarkStart w:id="0" w:name="_Hlk181621905"/>
      <w:r w:rsidRPr="00620607">
        <w:rPr>
          <w:rFonts w:cstheme="minorHAnsi"/>
          <w:sz w:val="24"/>
          <w:szCs w:val="24"/>
          <w:lang w:val="pl-PL"/>
        </w:rPr>
        <w:lastRenderedPageBreak/>
        <w:t xml:space="preserve">Termin nadsyłania zgłoszeń do konkursu zostaje ustalony do dnia </w:t>
      </w:r>
      <w:bookmarkStart w:id="1" w:name="_Hlk181622077"/>
      <w:r w:rsidRPr="00620607">
        <w:rPr>
          <w:rFonts w:cstheme="minorHAnsi"/>
          <w:sz w:val="24"/>
          <w:szCs w:val="24"/>
          <w:lang w:val="pl-PL"/>
        </w:rPr>
        <w:t>31.0</w:t>
      </w:r>
      <w:r w:rsidR="00B038CD">
        <w:rPr>
          <w:rFonts w:cstheme="minorHAnsi"/>
          <w:sz w:val="24"/>
          <w:szCs w:val="24"/>
          <w:lang w:val="pl-PL"/>
        </w:rPr>
        <w:t>1</w:t>
      </w:r>
      <w:r w:rsidRPr="00620607">
        <w:rPr>
          <w:rFonts w:cstheme="minorHAnsi"/>
          <w:sz w:val="24"/>
          <w:szCs w:val="24"/>
          <w:lang w:val="pl-PL"/>
        </w:rPr>
        <w:t>.2026 roku do godziny 22.00. Lista zakwalifikowanych uczestników zostanie podana do publicznej wiadomości do dnia 1</w:t>
      </w:r>
      <w:r w:rsidR="00B038CD">
        <w:rPr>
          <w:rFonts w:cstheme="minorHAnsi"/>
          <w:sz w:val="24"/>
          <w:szCs w:val="24"/>
          <w:lang w:val="pl-PL"/>
        </w:rPr>
        <w:t>0</w:t>
      </w:r>
      <w:r w:rsidRPr="00620607">
        <w:rPr>
          <w:rFonts w:cstheme="minorHAnsi"/>
          <w:sz w:val="24"/>
          <w:szCs w:val="24"/>
          <w:lang w:val="pl-PL"/>
        </w:rPr>
        <w:t>.0</w:t>
      </w:r>
      <w:r w:rsidR="00B038CD">
        <w:rPr>
          <w:rFonts w:cstheme="minorHAnsi"/>
          <w:sz w:val="24"/>
          <w:szCs w:val="24"/>
          <w:lang w:val="pl-PL"/>
        </w:rPr>
        <w:t>2</w:t>
      </w:r>
      <w:r w:rsidRPr="00620607">
        <w:rPr>
          <w:rFonts w:cstheme="minorHAnsi"/>
          <w:sz w:val="24"/>
          <w:szCs w:val="24"/>
          <w:lang w:val="pl-PL"/>
        </w:rPr>
        <w:t xml:space="preserve">.2026 </w:t>
      </w:r>
      <w:proofErr w:type="gramStart"/>
      <w:r w:rsidRPr="00620607">
        <w:rPr>
          <w:rFonts w:cstheme="minorHAnsi"/>
          <w:sz w:val="24"/>
          <w:szCs w:val="24"/>
          <w:lang w:val="pl-PL"/>
        </w:rPr>
        <w:t>roku,</w:t>
      </w:r>
      <w:proofErr w:type="gramEnd"/>
      <w:r w:rsidRPr="00620607">
        <w:rPr>
          <w:rFonts w:cstheme="minorHAnsi"/>
          <w:sz w:val="24"/>
          <w:szCs w:val="24"/>
          <w:lang w:val="pl-PL"/>
        </w:rPr>
        <w:t xml:space="preserve"> </w:t>
      </w:r>
      <w:bookmarkStart w:id="2" w:name="_Hlk181622001"/>
      <w:r w:rsidRPr="00620607">
        <w:rPr>
          <w:rFonts w:cstheme="minorHAnsi"/>
          <w:sz w:val="24"/>
          <w:szCs w:val="24"/>
          <w:lang w:val="pl-PL"/>
        </w:rPr>
        <w:t>oraz wysłana drogą mailową</w:t>
      </w:r>
      <w:r w:rsidR="00771EC9">
        <w:rPr>
          <w:rFonts w:cstheme="minorHAnsi"/>
          <w:sz w:val="24"/>
          <w:szCs w:val="24"/>
          <w:lang w:val="pl-PL"/>
        </w:rPr>
        <w:t xml:space="preserve"> na adres mailowy podany przez zgłaszającego drużynę w formularzu zgłoszeniowym</w:t>
      </w:r>
      <w:r w:rsidRPr="00620607">
        <w:rPr>
          <w:rFonts w:cstheme="minorHAnsi"/>
          <w:sz w:val="24"/>
          <w:szCs w:val="24"/>
          <w:lang w:val="pl-PL"/>
        </w:rPr>
        <w:t xml:space="preserve">. </w:t>
      </w:r>
      <w:r w:rsidRPr="00B038CD">
        <w:rPr>
          <w:rFonts w:cstheme="minorHAnsi"/>
          <w:sz w:val="24"/>
          <w:szCs w:val="24"/>
          <w:lang w:val="pl-PL"/>
        </w:rPr>
        <w:t xml:space="preserve">Druk zgłoszenia do pobrania: </w:t>
      </w:r>
    </w:p>
    <w:p w14:paraId="235A622A" w14:textId="0D9AB111" w:rsidR="00620607" w:rsidRPr="00B038CD" w:rsidRDefault="000F2A12" w:rsidP="000F2A12">
      <w:pPr>
        <w:pBdr>
          <w:top w:val="nil"/>
          <w:left w:val="nil"/>
          <w:bottom w:val="nil"/>
          <w:right w:val="nil"/>
          <w:between w:val="nil"/>
        </w:pBdr>
        <w:shd w:val="clear" w:color="auto" w:fill="FFFFFF"/>
        <w:spacing w:after="0"/>
        <w:ind w:left="360"/>
        <w:rPr>
          <w:rFonts w:cstheme="minorHAnsi"/>
          <w:sz w:val="24"/>
          <w:szCs w:val="24"/>
          <w:lang w:val="pl-PL"/>
        </w:rPr>
      </w:pPr>
      <w:hyperlink r:id="rId12" w:history="1">
        <w:r>
          <w:rPr>
            <w:rStyle w:val="Hipercze"/>
            <w:lang w:val="pl-PL"/>
          </w:rPr>
          <w:t>regulamin tradycje kuchni polskiej 2026</w:t>
        </w:r>
      </w:hyperlink>
    </w:p>
    <w:bookmarkEnd w:id="0"/>
    <w:bookmarkEnd w:id="1"/>
    <w:bookmarkEnd w:id="2"/>
    <w:p w14:paraId="5D74A552" w14:textId="77777777" w:rsidR="00620607" w:rsidRPr="00620607" w:rsidRDefault="00620607" w:rsidP="00B038CD">
      <w:pPr>
        <w:numPr>
          <w:ilvl w:val="1"/>
          <w:numId w:val="15"/>
        </w:numPr>
        <w:pBdr>
          <w:top w:val="nil"/>
          <w:left w:val="nil"/>
          <w:bottom w:val="nil"/>
          <w:right w:val="nil"/>
          <w:between w:val="nil"/>
        </w:pBdr>
        <w:shd w:val="clear" w:color="auto" w:fill="FFFFFF"/>
        <w:spacing w:after="0"/>
        <w:rPr>
          <w:rFonts w:cstheme="minorHAnsi"/>
          <w:b/>
          <w:sz w:val="24"/>
          <w:szCs w:val="24"/>
          <w:lang w:val="pl-PL"/>
        </w:rPr>
      </w:pPr>
      <w:r w:rsidRPr="00620607">
        <w:rPr>
          <w:rFonts w:cstheme="minorHAnsi"/>
          <w:b/>
          <w:sz w:val="24"/>
          <w:szCs w:val="24"/>
          <w:lang w:val="pl-PL"/>
        </w:rPr>
        <w:t xml:space="preserve">Zakwalifikowane ekipy zobowiązane są do potwierdzenia swojego udziału w konkursie do dnia </w:t>
      </w:r>
      <w:r w:rsidR="00B038CD">
        <w:rPr>
          <w:rFonts w:cstheme="minorHAnsi"/>
          <w:b/>
          <w:sz w:val="24"/>
          <w:szCs w:val="24"/>
          <w:lang w:val="pl-PL"/>
        </w:rPr>
        <w:t>15</w:t>
      </w:r>
      <w:r w:rsidRPr="00620607">
        <w:rPr>
          <w:rFonts w:cstheme="minorHAnsi"/>
          <w:b/>
          <w:sz w:val="24"/>
          <w:szCs w:val="24"/>
          <w:lang w:val="pl-PL"/>
        </w:rPr>
        <w:t>.0</w:t>
      </w:r>
      <w:r w:rsidR="00B038CD">
        <w:rPr>
          <w:rFonts w:cstheme="minorHAnsi"/>
          <w:b/>
          <w:sz w:val="24"/>
          <w:szCs w:val="24"/>
          <w:lang w:val="pl-PL"/>
        </w:rPr>
        <w:t>2</w:t>
      </w:r>
      <w:r w:rsidRPr="00620607">
        <w:rPr>
          <w:rFonts w:cstheme="minorHAnsi"/>
          <w:b/>
          <w:sz w:val="24"/>
          <w:szCs w:val="24"/>
          <w:lang w:val="pl-PL"/>
        </w:rPr>
        <w:t xml:space="preserve">.2026 roku droga mailową na adres </w:t>
      </w:r>
      <w:hyperlink r:id="rId13" w:history="1">
        <w:r w:rsidR="00B038CD" w:rsidRPr="00B038CD">
          <w:rPr>
            <w:rStyle w:val="Hipercze"/>
            <w:rFonts w:cstheme="minorHAnsi"/>
            <w:sz w:val="24"/>
            <w:szCs w:val="24"/>
            <w:lang w:val="pl-PL"/>
          </w:rPr>
          <w:t>sekretariat@osskic.org.pl</w:t>
        </w:r>
      </w:hyperlink>
    </w:p>
    <w:p w14:paraId="5EF7203E" w14:textId="77777777" w:rsidR="00620607" w:rsidRPr="00620607" w:rsidRDefault="00620607" w:rsidP="00B038CD">
      <w:pPr>
        <w:numPr>
          <w:ilvl w:val="1"/>
          <w:numId w:val="15"/>
        </w:numPr>
        <w:pBdr>
          <w:top w:val="nil"/>
          <w:left w:val="nil"/>
          <w:bottom w:val="nil"/>
          <w:right w:val="nil"/>
          <w:between w:val="nil"/>
        </w:pBdr>
        <w:shd w:val="clear" w:color="auto" w:fill="FFFFFF"/>
        <w:spacing w:after="0"/>
        <w:rPr>
          <w:rFonts w:cstheme="minorHAnsi"/>
          <w:b/>
          <w:sz w:val="24"/>
          <w:szCs w:val="24"/>
          <w:lang w:val="pl-PL"/>
        </w:rPr>
      </w:pPr>
      <w:r w:rsidRPr="00620607">
        <w:rPr>
          <w:rFonts w:cstheme="minorHAnsi"/>
          <w:sz w:val="24"/>
          <w:szCs w:val="24"/>
          <w:lang w:val="pl-PL"/>
        </w:rPr>
        <w:t xml:space="preserve">W przypadku zmiany </w:t>
      </w:r>
      <w:r w:rsidR="00771EC9">
        <w:rPr>
          <w:rFonts w:cstheme="minorHAnsi"/>
          <w:sz w:val="24"/>
          <w:szCs w:val="24"/>
          <w:lang w:val="pl-PL"/>
        </w:rPr>
        <w:t>członków</w:t>
      </w:r>
      <w:r w:rsidRPr="00620607">
        <w:rPr>
          <w:rFonts w:cstheme="minorHAnsi"/>
          <w:sz w:val="24"/>
          <w:szCs w:val="24"/>
          <w:lang w:val="pl-PL"/>
        </w:rPr>
        <w:t xml:space="preserve"> zespołu należy zgłosić to organizatorowi do dnia </w:t>
      </w:r>
      <w:r w:rsidR="00B038CD">
        <w:rPr>
          <w:rFonts w:cstheme="minorHAnsi"/>
          <w:sz w:val="24"/>
          <w:szCs w:val="24"/>
          <w:lang w:val="pl-PL"/>
        </w:rPr>
        <w:t>28</w:t>
      </w:r>
      <w:r w:rsidRPr="00620607">
        <w:rPr>
          <w:rFonts w:cstheme="minorHAnsi"/>
          <w:sz w:val="24"/>
          <w:szCs w:val="24"/>
          <w:lang w:val="pl-PL"/>
        </w:rPr>
        <w:t>.</w:t>
      </w:r>
      <w:r w:rsidR="00B038CD">
        <w:rPr>
          <w:rFonts w:cstheme="minorHAnsi"/>
          <w:sz w:val="24"/>
          <w:szCs w:val="24"/>
          <w:lang w:val="pl-PL"/>
        </w:rPr>
        <w:t>02</w:t>
      </w:r>
      <w:r w:rsidRPr="00620607">
        <w:rPr>
          <w:rFonts w:cstheme="minorHAnsi"/>
          <w:sz w:val="24"/>
          <w:szCs w:val="24"/>
          <w:lang w:val="pl-PL"/>
        </w:rPr>
        <w:t xml:space="preserve">.2026 roku, po tym czasie gdy </w:t>
      </w:r>
      <w:r w:rsidR="00771EC9">
        <w:rPr>
          <w:rFonts w:cstheme="minorHAnsi"/>
          <w:sz w:val="24"/>
          <w:szCs w:val="24"/>
          <w:lang w:val="pl-PL"/>
        </w:rPr>
        <w:t>któryś z członków zespołu</w:t>
      </w:r>
      <w:r w:rsidRPr="00620607">
        <w:rPr>
          <w:rFonts w:cstheme="minorHAnsi"/>
          <w:sz w:val="24"/>
          <w:szCs w:val="24"/>
          <w:lang w:val="pl-PL"/>
        </w:rPr>
        <w:t xml:space="preserve"> nie może wystąpić, drużyna zostaje zdyskwalifikowana i zastąpiona ekipą rezerwową </w:t>
      </w:r>
    </w:p>
    <w:p w14:paraId="499CC21D" w14:textId="77777777" w:rsidR="00771EC9" w:rsidRPr="00771EC9" w:rsidRDefault="00620607" w:rsidP="00620607">
      <w:pPr>
        <w:numPr>
          <w:ilvl w:val="1"/>
          <w:numId w:val="15"/>
        </w:numPr>
        <w:pBdr>
          <w:top w:val="nil"/>
          <w:left w:val="nil"/>
          <w:bottom w:val="nil"/>
          <w:right w:val="nil"/>
          <w:between w:val="nil"/>
        </w:pBdr>
        <w:shd w:val="clear" w:color="auto" w:fill="FFFFFF"/>
        <w:spacing w:after="0"/>
        <w:rPr>
          <w:rFonts w:cstheme="minorHAnsi"/>
          <w:b/>
          <w:sz w:val="24"/>
          <w:szCs w:val="24"/>
          <w:lang w:val="pl-PL"/>
        </w:rPr>
      </w:pPr>
      <w:r w:rsidRPr="00620607">
        <w:rPr>
          <w:rFonts w:cstheme="minorHAnsi"/>
          <w:sz w:val="24"/>
          <w:szCs w:val="24"/>
          <w:lang w:val="pl-PL"/>
        </w:rPr>
        <w:t>W</w:t>
      </w:r>
      <w:r w:rsidR="00771EC9">
        <w:rPr>
          <w:rFonts w:cstheme="minorHAnsi"/>
          <w:sz w:val="24"/>
          <w:szCs w:val="24"/>
          <w:lang w:val="pl-PL"/>
        </w:rPr>
        <w:t>e</w:t>
      </w:r>
      <w:r w:rsidRPr="00620607">
        <w:rPr>
          <w:rFonts w:cstheme="minorHAnsi"/>
          <w:sz w:val="24"/>
          <w:szCs w:val="24"/>
          <w:lang w:val="pl-PL"/>
        </w:rPr>
        <w:t xml:space="preserve"> wszelkich sprawach organizacyjnych prosimy o kontakt</w:t>
      </w:r>
      <w:r w:rsidR="00B038CD">
        <w:rPr>
          <w:rFonts w:cstheme="minorHAnsi"/>
          <w:sz w:val="24"/>
          <w:szCs w:val="24"/>
          <w:lang w:val="pl-PL"/>
        </w:rPr>
        <w:t xml:space="preserve">: </w:t>
      </w:r>
    </w:p>
    <w:p w14:paraId="1DCFB957" w14:textId="77777777" w:rsidR="00620607" w:rsidRPr="00620607" w:rsidRDefault="00771EC9" w:rsidP="00771EC9">
      <w:pPr>
        <w:pBdr>
          <w:top w:val="nil"/>
          <w:left w:val="nil"/>
          <w:bottom w:val="nil"/>
          <w:right w:val="nil"/>
          <w:between w:val="nil"/>
        </w:pBdr>
        <w:shd w:val="clear" w:color="auto" w:fill="FFFFFF"/>
        <w:spacing w:after="0"/>
        <w:ind w:left="360"/>
        <w:rPr>
          <w:rFonts w:cstheme="minorHAnsi"/>
          <w:b/>
          <w:sz w:val="24"/>
          <w:szCs w:val="24"/>
          <w:lang w:val="pl-PL"/>
        </w:rPr>
      </w:pPr>
      <w:r>
        <w:rPr>
          <w:rFonts w:cstheme="minorHAnsi"/>
          <w:sz w:val="24"/>
          <w:szCs w:val="24"/>
          <w:lang w:val="pl-PL"/>
        </w:rPr>
        <w:t xml:space="preserve">  </w:t>
      </w:r>
      <w:r w:rsidR="00B038CD">
        <w:rPr>
          <w:rFonts w:cstheme="minorHAnsi"/>
          <w:sz w:val="24"/>
          <w:szCs w:val="24"/>
          <w:lang w:val="pl-PL"/>
        </w:rPr>
        <w:t>Michał Świerad, tel</w:t>
      </w:r>
      <w:r w:rsidR="00A013A9">
        <w:rPr>
          <w:rFonts w:cstheme="minorHAnsi"/>
          <w:sz w:val="24"/>
          <w:szCs w:val="24"/>
          <w:lang w:val="pl-PL"/>
        </w:rPr>
        <w:t>.</w:t>
      </w:r>
      <w:r w:rsidR="00B038CD">
        <w:rPr>
          <w:rFonts w:cstheme="minorHAnsi"/>
          <w:sz w:val="24"/>
          <w:szCs w:val="24"/>
          <w:lang w:val="pl-PL"/>
        </w:rPr>
        <w:t>: 880 475 929</w:t>
      </w:r>
      <w:r w:rsidR="00620607" w:rsidRPr="00620607">
        <w:rPr>
          <w:rFonts w:cstheme="minorHAnsi"/>
          <w:sz w:val="24"/>
          <w:szCs w:val="24"/>
          <w:lang w:val="pl-PL"/>
        </w:rPr>
        <w:t xml:space="preserve"> </w:t>
      </w:r>
    </w:p>
    <w:p w14:paraId="4505FA2C" w14:textId="77777777" w:rsidR="007D3EA8" w:rsidRDefault="007D3EA8">
      <w:pPr>
        <w:rPr>
          <w:lang w:val="pl-PL"/>
        </w:rPr>
      </w:pPr>
    </w:p>
    <w:p w14:paraId="115B5356" w14:textId="77777777" w:rsidR="00FB4546" w:rsidRDefault="00FB4546">
      <w:pPr>
        <w:rPr>
          <w:lang w:val="pl-PL"/>
        </w:rPr>
      </w:pPr>
    </w:p>
    <w:p w14:paraId="7798CC8D" w14:textId="77777777" w:rsidR="00FB4546" w:rsidRDefault="00FB4546">
      <w:pPr>
        <w:rPr>
          <w:lang w:val="pl-PL"/>
        </w:rPr>
      </w:pPr>
    </w:p>
    <w:p w14:paraId="3BEC33E9" w14:textId="77777777" w:rsidR="00FB4546" w:rsidRDefault="00FB4546">
      <w:pPr>
        <w:rPr>
          <w:lang w:val="pl-PL"/>
        </w:rPr>
      </w:pPr>
    </w:p>
    <w:p w14:paraId="6F9040B1" w14:textId="77777777" w:rsidR="00FB4546" w:rsidRDefault="00FB4546">
      <w:pPr>
        <w:rPr>
          <w:lang w:val="pl-PL"/>
        </w:rPr>
      </w:pPr>
    </w:p>
    <w:p w14:paraId="0C0EB858" w14:textId="77777777" w:rsidR="00FB4546" w:rsidRDefault="00FB4546">
      <w:pPr>
        <w:rPr>
          <w:lang w:val="pl-PL"/>
        </w:rPr>
      </w:pPr>
    </w:p>
    <w:p w14:paraId="2BC2CD21" w14:textId="77777777" w:rsidR="00FB4546" w:rsidRDefault="00FB4546">
      <w:pPr>
        <w:rPr>
          <w:lang w:val="pl-PL"/>
        </w:rPr>
      </w:pPr>
    </w:p>
    <w:p w14:paraId="6B443790" w14:textId="77777777" w:rsidR="00FB4546" w:rsidRDefault="00FB4546">
      <w:pPr>
        <w:rPr>
          <w:lang w:val="pl-PL"/>
        </w:rPr>
      </w:pPr>
    </w:p>
    <w:p w14:paraId="33148194" w14:textId="77777777" w:rsidR="00771EC9" w:rsidRDefault="00771EC9">
      <w:pPr>
        <w:rPr>
          <w:lang w:val="pl-PL"/>
        </w:rPr>
      </w:pPr>
    </w:p>
    <w:p w14:paraId="34BBE4C1" w14:textId="77777777" w:rsidR="00771EC9" w:rsidRDefault="00771EC9">
      <w:pPr>
        <w:rPr>
          <w:lang w:val="pl-PL"/>
        </w:rPr>
      </w:pPr>
    </w:p>
    <w:p w14:paraId="27439FB9" w14:textId="77777777" w:rsidR="00771EC9" w:rsidRDefault="00771EC9">
      <w:pPr>
        <w:rPr>
          <w:lang w:val="pl-PL"/>
        </w:rPr>
      </w:pPr>
    </w:p>
    <w:p w14:paraId="68534D5A" w14:textId="77777777" w:rsidR="00771EC9" w:rsidRDefault="00771EC9">
      <w:pPr>
        <w:rPr>
          <w:lang w:val="pl-PL"/>
        </w:rPr>
      </w:pPr>
    </w:p>
    <w:p w14:paraId="5ECB6B08" w14:textId="77777777" w:rsidR="00771EC9" w:rsidRDefault="00771EC9">
      <w:pPr>
        <w:rPr>
          <w:lang w:val="pl-PL"/>
        </w:rPr>
      </w:pPr>
    </w:p>
    <w:p w14:paraId="3CD5FCFB" w14:textId="77777777" w:rsidR="00771EC9" w:rsidRDefault="00771EC9">
      <w:pPr>
        <w:rPr>
          <w:lang w:val="pl-PL"/>
        </w:rPr>
      </w:pPr>
    </w:p>
    <w:p w14:paraId="7856F24F" w14:textId="77777777" w:rsidR="00771EC9" w:rsidRPr="00E77508" w:rsidRDefault="00771EC9">
      <w:pPr>
        <w:rPr>
          <w:lang w:val="pl-PL"/>
        </w:rPr>
      </w:pPr>
    </w:p>
    <w:p w14:paraId="3A9ACBB1" w14:textId="77777777" w:rsidR="007D3EA8" w:rsidRPr="00E77508" w:rsidRDefault="00000000" w:rsidP="00E77508">
      <w:pPr>
        <w:jc w:val="center"/>
        <w:rPr>
          <w:b/>
          <w:bCs/>
          <w:lang w:val="pl-PL"/>
        </w:rPr>
      </w:pPr>
      <w:r w:rsidRPr="00E77508">
        <w:rPr>
          <w:b/>
          <w:bCs/>
          <w:lang w:val="pl-PL"/>
        </w:rPr>
        <w:lastRenderedPageBreak/>
        <w:t>§ 3 ZASADY KONKURSU</w:t>
      </w:r>
    </w:p>
    <w:p w14:paraId="5F851D0A" w14:textId="77777777" w:rsidR="00B038CD" w:rsidRPr="008E0FD6" w:rsidRDefault="00B038CD" w:rsidP="008E0FD6">
      <w:pPr>
        <w:pStyle w:val="Akapitzlist"/>
        <w:numPr>
          <w:ilvl w:val="0"/>
          <w:numId w:val="22"/>
        </w:numPr>
        <w:shd w:val="clear" w:color="auto" w:fill="FFFFFF"/>
        <w:spacing w:after="0"/>
        <w:rPr>
          <w:rFonts w:cstheme="minorHAnsi"/>
          <w:sz w:val="24"/>
          <w:szCs w:val="24"/>
          <w:lang w:val="pl-PL"/>
        </w:rPr>
      </w:pPr>
      <w:r w:rsidRPr="008E0FD6">
        <w:rPr>
          <w:rFonts w:cstheme="minorHAnsi"/>
          <w:sz w:val="24"/>
          <w:szCs w:val="24"/>
          <w:lang w:val="pl-PL"/>
        </w:rPr>
        <w:t>Konkurs zostanie przeprowadzony w dniu 1</w:t>
      </w:r>
      <w:r w:rsidR="00771EC9">
        <w:rPr>
          <w:rFonts w:cstheme="minorHAnsi"/>
          <w:sz w:val="24"/>
          <w:szCs w:val="24"/>
          <w:lang w:val="pl-PL"/>
        </w:rPr>
        <w:t>0</w:t>
      </w:r>
      <w:r w:rsidRPr="008E0FD6">
        <w:rPr>
          <w:rFonts w:cstheme="minorHAnsi"/>
          <w:sz w:val="24"/>
          <w:szCs w:val="24"/>
          <w:lang w:val="pl-PL"/>
        </w:rPr>
        <w:t>.</w:t>
      </w:r>
      <w:r w:rsidR="00E26C03" w:rsidRPr="008E0FD6">
        <w:rPr>
          <w:rFonts w:cstheme="minorHAnsi"/>
          <w:sz w:val="24"/>
          <w:szCs w:val="24"/>
          <w:lang w:val="pl-PL"/>
        </w:rPr>
        <w:t>03</w:t>
      </w:r>
      <w:r w:rsidRPr="008E0FD6">
        <w:rPr>
          <w:rFonts w:cstheme="minorHAnsi"/>
          <w:sz w:val="24"/>
          <w:szCs w:val="24"/>
          <w:lang w:val="pl-PL"/>
        </w:rPr>
        <w:t xml:space="preserve">.2026 roku w godzinach 8.00 - </w:t>
      </w:r>
      <w:r w:rsidR="00CA2471" w:rsidRPr="008E0FD6">
        <w:rPr>
          <w:rFonts w:cstheme="minorHAnsi"/>
          <w:sz w:val="24"/>
          <w:szCs w:val="24"/>
          <w:lang w:val="pl-PL"/>
        </w:rPr>
        <w:t xml:space="preserve">   </w:t>
      </w:r>
      <w:proofErr w:type="gramStart"/>
      <w:r w:rsidRPr="008E0FD6">
        <w:rPr>
          <w:rFonts w:cstheme="minorHAnsi"/>
          <w:sz w:val="24"/>
          <w:szCs w:val="24"/>
          <w:lang w:val="pl-PL"/>
        </w:rPr>
        <w:t>16.00 ,</w:t>
      </w:r>
      <w:proofErr w:type="gramEnd"/>
      <w:r w:rsidRPr="008E0FD6">
        <w:rPr>
          <w:rFonts w:cstheme="minorHAnsi"/>
          <w:sz w:val="24"/>
          <w:szCs w:val="24"/>
          <w:lang w:val="pl-PL"/>
        </w:rPr>
        <w:t xml:space="preserve"> konkurs składa się z dwóch etapów </w:t>
      </w:r>
    </w:p>
    <w:p w14:paraId="10B7FD60" w14:textId="77777777" w:rsidR="00B038CD" w:rsidRPr="00B038CD" w:rsidRDefault="00B038CD" w:rsidP="008E0FD6">
      <w:pPr>
        <w:numPr>
          <w:ilvl w:val="0"/>
          <w:numId w:val="18"/>
        </w:numPr>
        <w:pBdr>
          <w:top w:val="nil"/>
          <w:left w:val="nil"/>
          <w:bottom w:val="nil"/>
          <w:right w:val="nil"/>
          <w:between w:val="nil"/>
        </w:pBdr>
        <w:shd w:val="clear" w:color="auto" w:fill="FFFFFF"/>
        <w:spacing w:after="0"/>
        <w:rPr>
          <w:rFonts w:cstheme="minorHAnsi"/>
          <w:sz w:val="24"/>
          <w:szCs w:val="24"/>
          <w:lang w:val="pl-PL"/>
        </w:rPr>
      </w:pPr>
      <w:r w:rsidRPr="00B038CD">
        <w:rPr>
          <w:rFonts w:cstheme="minorHAnsi"/>
          <w:sz w:val="24"/>
          <w:szCs w:val="24"/>
          <w:lang w:val="pl-PL"/>
        </w:rPr>
        <w:t xml:space="preserve">I etap: </w:t>
      </w:r>
      <w:r w:rsidR="00E26C03">
        <w:rPr>
          <w:rFonts w:cstheme="minorHAnsi"/>
          <w:sz w:val="24"/>
          <w:szCs w:val="24"/>
          <w:lang w:val="pl-PL"/>
        </w:rPr>
        <w:t>eliminacje, ekipy zakwalifikowane do konkursu zostaną wybrane na podstawie nadesłanych zgłoszeń</w:t>
      </w:r>
    </w:p>
    <w:p w14:paraId="7D7FFF33" w14:textId="77777777" w:rsidR="00B038CD" w:rsidRPr="00D65043" w:rsidRDefault="00B038CD" w:rsidP="008E0FD6">
      <w:pPr>
        <w:numPr>
          <w:ilvl w:val="0"/>
          <w:numId w:val="18"/>
        </w:numPr>
        <w:pBdr>
          <w:top w:val="nil"/>
          <w:left w:val="nil"/>
          <w:bottom w:val="nil"/>
          <w:right w:val="nil"/>
          <w:between w:val="nil"/>
        </w:pBdr>
        <w:shd w:val="clear" w:color="auto" w:fill="FFFFFF"/>
        <w:spacing w:after="0"/>
        <w:rPr>
          <w:rFonts w:cstheme="minorHAnsi"/>
          <w:sz w:val="24"/>
          <w:szCs w:val="24"/>
        </w:rPr>
      </w:pPr>
      <w:r w:rsidRPr="00D65043">
        <w:rPr>
          <w:rFonts w:cstheme="minorHAnsi"/>
          <w:sz w:val="24"/>
          <w:szCs w:val="24"/>
        </w:rPr>
        <w:t xml:space="preserve">II </w:t>
      </w:r>
      <w:proofErr w:type="spellStart"/>
      <w:r w:rsidRPr="00D65043">
        <w:rPr>
          <w:rFonts w:cstheme="minorHAnsi"/>
          <w:sz w:val="24"/>
          <w:szCs w:val="24"/>
        </w:rPr>
        <w:t>etap</w:t>
      </w:r>
      <w:proofErr w:type="spellEnd"/>
      <w:r w:rsidRPr="00D65043">
        <w:rPr>
          <w:rFonts w:cstheme="minorHAnsi"/>
          <w:sz w:val="24"/>
          <w:szCs w:val="24"/>
        </w:rPr>
        <w:t xml:space="preserve">: </w:t>
      </w:r>
      <w:proofErr w:type="spellStart"/>
      <w:r w:rsidRPr="00D65043">
        <w:rPr>
          <w:rFonts w:cstheme="minorHAnsi"/>
          <w:sz w:val="24"/>
          <w:szCs w:val="24"/>
        </w:rPr>
        <w:t>konkurs</w:t>
      </w:r>
      <w:proofErr w:type="spellEnd"/>
      <w:r w:rsidRPr="00D65043">
        <w:rPr>
          <w:rFonts w:cstheme="minorHAnsi"/>
          <w:sz w:val="24"/>
          <w:szCs w:val="24"/>
        </w:rPr>
        <w:t xml:space="preserve"> </w:t>
      </w:r>
      <w:proofErr w:type="spellStart"/>
      <w:r w:rsidRPr="00D65043">
        <w:rPr>
          <w:rFonts w:cstheme="minorHAnsi"/>
          <w:sz w:val="24"/>
          <w:szCs w:val="24"/>
        </w:rPr>
        <w:t>kulinarny</w:t>
      </w:r>
      <w:proofErr w:type="spellEnd"/>
      <w:r w:rsidRPr="00D65043">
        <w:rPr>
          <w:rFonts w:cstheme="minorHAnsi"/>
          <w:sz w:val="24"/>
          <w:szCs w:val="24"/>
        </w:rPr>
        <w:t xml:space="preserve"> </w:t>
      </w:r>
    </w:p>
    <w:p w14:paraId="326E31A1" w14:textId="77777777" w:rsidR="00B038CD" w:rsidRPr="008E0FD6" w:rsidRDefault="00B038CD" w:rsidP="008E0FD6">
      <w:pPr>
        <w:pStyle w:val="Akapitzlist"/>
        <w:numPr>
          <w:ilvl w:val="0"/>
          <w:numId w:val="22"/>
        </w:numPr>
        <w:shd w:val="clear" w:color="auto" w:fill="FFFFFF"/>
        <w:spacing w:after="0"/>
        <w:rPr>
          <w:rFonts w:cstheme="minorHAnsi"/>
          <w:sz w:val="24"/>
          <w:szCs w:val="24"/>
          <w:lang w:val="pl-PL"/>
        </w:rPr>
      </w:pPr>
      <w:r w:rsidRPr="008E0FD6">
        <w:rPr>
          <w:rFonts w:cstheme="minorHAnsi"/>
          <w:sz w:val="24"/>
          <w:szCs w:val="24"/>
          <w:lang w:val="pl-PL"/>
        </w:rPr>
        <w:t xml:space="preserve">Zakwalifikowane ekipy będą miały do przygotowania: </w:t>
      </w:r>
    </w:p>
    <w:p w14:paraId="4872A8C2" w14:textId="77777777" w:rsidR="00B038CD" w:rsidRPr="00B038CD" w:rsidRDefault="00B038CD" w:rsidP="008E0FD6">
      <w:pPr>
        <w:numPr>
          <w:ilvl w:val="0"/>
          <w:numId w:val="19"/>
        </w:numPr>
        <w:pBdr>
          <w:top w:val="nil"/>
          <w:left w:val="nil"/>
          <w:bottom w:val="nil"/>
          <w:right w:val="nil"/>
          <w:between w:val="nil"/>
        </w:pBdr>
        <w:shd w:val="clear" w:color="auto" w:fill="FFFFFF"/>
        <w:spacing w:after="0"/>
        <w:rPr>
          <w:rFonts w:cstheme="minorHAnsi"/>
          <w:sz w:val="24"/>
          <w:szCs w:val="24"/>
          <w:lang w:val="pl-PL"/>
        </w:rPr>
      </w:pPr>
      <w:r w:rsidRPr="00B038CD">
        <w:rPr>
          <w:rFonts w:cstheme="minorHAnsi"/>
          <w:sz w:val="24"/>
          <w:szCs w:val="24"/>
          <w:lang w:val="pl-PL"/>
        </w:rPr>
        <w:t>8 porcji dania głównego</w:t>
      </w:r>
      <w:r w:rsidR="00E26C03">
        <w:rPr>
          <w:rFonts w:cstheme="minorHAnsi"/>
          <w:sz w:val="24"/>
          <w:szCs w:val="24"/>
          <w:lang w:val="pl-PL"/>
        </w:rPr>
        <w:t>,</w:t>
      </w:r>
      <w:r w:rsidRPr="00B038CD">
        <w:rPr>
          <w:rFonts w:cstheme="minorHAnsi"/>
          <w:sz w:val="24"/>
          <w:szCs w:val="24"/>
          <w:lang w:val="pl-PL"/>
        </w:rPr>
        <w:t xml:space="preserve"> które ma gramaturę nie większą niż 250g</w:t>
      </w:r>
    </w:p>
    <w:p w14:paraId="71C0E7F3" w14:textId="77777777" w:rsidR="00B038CD" w:rsidRPr="00B038CD" w:rsidRDefault="00B038CD" w:rsidP="008E0FD6">
      <w:pPr>
        <w:numPr>
          <w:ilvl w:val="0"/>
          <w:numId w:val="19"/>
        </w:numPr>
        <w:pBdr>
          <w:top w:val="nil"/>
          <w:left w:val="nil"/>
          <w:bottom w:val="nil"/>
          <w:right w:val="nil"/>
          <w:between w:val="nil"/>
        </w:pBdr>
        <w:shd w:val="clear" w:color="auto" w:fill="FFFFFF"/>
        <w:spacing w:after="0"/>
        <w:rPr>
          <w:rFonts w:cstheme="minorHAnsi"/>
          <w:sz w:val="24"/>
          <w:szCs w:val="24"/>
          <w:lang w:val="pl-PL"/>
        </w:rPr>
      </w:pPr>
      <w:r w:rsidRPr="00B038CD">
        <w:rPr>
          <w:rFonts w:cstheme="minorHAnsi"/>
          <w:sz w:val="24"/>
          <w:szCs w:val="24"/>
          <w:lang w:val="pl-PL"/>
        </w:rPr>
        <w:t xml:space="preserve">8 porcji deseru czekoladowego z dodatkiem owoców który ma gramaturę nie większą niż 120g </w:t>
      </w:r>
    </w:p>
    <w:p w14:paraId="108F4E71" w14:textId="77777777" w:rsidR="00B038CD" w:rsidRPr="008E0FD6" w:rsidRDefault="00B038CD" w:rsidP="008E0FD6">
      <w:pPr>
        <w:pStyle w:val="Akapitzlist"/>
        <w:numPr>
          <w:ilvl w:val="0"/>
          <w:numId w:val="22"/>
        </w:numPr>
        <w:shd w:val="clear" w:color="auto" w:fill="FFFFFF"/>
        <w:spacing w:after="0"/>
        <w:rPr>
          <w:rFonts w:cstheme="minorHAnsi"/>
          <w:sz w:val="24"/>
          <w:szCs w:val="24"/>
          <w:lang w:val="pl-PL"/>
        </w:rPr>
      </w:pPr>
      <w:r w:rsidRPr="008E0FD6">
        <w:rPr>
          <w:rFonts w:cstheme="minorHAnsi"/>
          <w:sz w:val="24"/>
          <w:szCs w:val="24"/>
          <w:lang w:val="pl-PL"/>
        </w:rPr>
        <w:t xml:space="preserve">Każda drużyna ma do przygotowania po 5 porcji dań konkursowych dla jury, 1 </w:t>
      </w:r>
      <w:r w:rsidR="00CA2471" w:rsidRPr="008E0FD6">
        <w:rPr>
          <w:rFonts w:cstheme="minorHAnsi"/>
          <w:sz w:val="24"/>
          <w:szCs w:val="24"/>
          <w:lang w:val="pl-PL"/>
        </w:rPr>
        <w:t xml:space="preserve">                 </w:t>
      </w:r>
      <w:r w:rsidRPr="008E0FD6">
        <w:rPr>
          <w:rFonts w:cstheme="minorHAnsi"/>
          <w:sz w:val="24"/>
          <w:szCs w:val="24"/>
          <w:lang w:val="pl-PL"/>
        </w:rPr>
        <w:t xml:space="preserve">porcja pod zdjęcia dla mediów oraz 2 porcje dla odwiedzających gości podczas </w:t>
      </w:r>
      <w:r w:rsidR="00E26C03" w:rsidRPr="008E0FD6">
        <w:rPr>
          <w:rFonts w:cstheme="minorHAnsi"/>
          <w:sz w:val="24"/>
          <w:szCs w:val="24"/>
          <w:lang w:val="pl-PL"/>
        </w:rPr>
        <w:t xml:space="preserve">targów </w:t>
      </w:r>
      <w:proofErr w:type="spellStart"/>
      <w:r w:rsidR="00E26C03" w:rsidRPr="008E0FD6">
        <w:rPr>
          <w:rFonts w:cstheme="minorHAnsi"/>
          <w:sz w:val="24"/>
          <w:szCs w:val="24"/>
          <w:lang w:val="pl-PL"/>
        </w:rPr>
        <w:t>EuroGastro</w:t>
      </w:r>
      <w:proofErr w:type="spellEnd"/>
      <w:r w:rsidR="00E26C03" w:rsidRPr="008E0FD6">
        <w:rPr>
          <w:rFonts w:cstheme="minorHAnsi"/>
          <w:sz w:val="24"/>
          <w:szCs w:val="24"/>
          <w:lang w:val="pl-PL"/>
        </w:rPr>
        <w:t xml:space="preserve"> 2026.</w:t>
      </w:r>
    </w:p>
    <w:p w14:paraId="64C0ED96" w14:textId="77777777" w:rsidR="00B038CD" w:rsidRPr="008E0FD6" w:rsidRDefault="00B038CD" w:rsidP="008E0FD6">
      <w:pPr>
        <w:pStyle w:val="Akapitzlist"/>
        <w:numPr>
          <w:ilvl w:val="0"/>
          <w:numId w:val="22"/>
        </w:numPr>
        <w:shd w:val="clear" w:color="auto" w:fill="FFFFFF"/>
        <w:spacing w:after="0"/>
        <w:rPr>
          <w:rFonts w:cstheme="minorHAnsi"/>
          <w:sz w:val="24"/>
          <w:szCs w:val="24"/>
          <w:lang w:val="pl-PL"/>
        </w:rPr>
      </w:pPr>
      <w:r w:rsidRPr="008E0FD6">
        <w:rPr>
          <w:rFonts w:cstheme="minorHAnsi"/>
          <w:sz w:val="24"/>
          <w:szCs w:val="24"/>
          <w:lang w:val="pl-PL"/>
        </w:rPr>
        <w:t xml:space="preserve">Każda potrawa konkursowa musi być przygotowana specjalnie na Konkurs. Nie </w:t>
      </w:r>
      <w:r w:rsidR="00CA2471" w:rsidRPr="008E0FD6">
        <w:rPr>
          <w:rFonts w:cstheme="minorHAnsi"/>
          <w:sz w:val="24"/>
          <w:szCs w:val="24"/>
          <w:lang w:val="pl-PL"/>
        </w:rPr>
        <w:t xml:space="preserve">   </w:t>
      </w:r>
      <w:r w:rsidRPr="008E0FD6">
        <w:rPr>
          <w:rFonts w:cstheme="minorHAnsi"/>
          <w:sz w:val="24"/>
          <w:szCs w:val="24"/>
          <w:lang w:val="pl-PL"/>
        </w:rPr>
        <w:t>może być powtórzeniem pracy z innych konkursów.</w:t>
      </w:r>
    </w:p>
    <w:p w14:paraId="58677798" w14:textId="77777777" w:rsidR="00B038CD" w:rsidRPr="008E0FD6" w:rsidRDefault="00B038CD" w:rsidP="008E0FD6">
      <w:pPr>
        <w:pStyle w:val="Akapitzlist"/>
        <w:numPr>
          <w:ilvl w:val="0"/>
          <w:numId w:val="22"/>
        </w:numPr>
        <w:shd w:val="clear" w:color="auto" w:fill="FFFFFF"/>
        <w:spacing w:after="0"/>
        <w:rPr>
          <w:rFonts w:cstheme="minorHAnsi"/>
          <w:sz w:val="24"/>
          <w:szCs w:val="24"/>
          <w:lang w:val="pl-PL"/>
        </w:rPr>
      </w:pPr>
      <w:r w:rsidRPr="008E0FD6">
        <w:rPr>
          <w:rFonts w:cstheme="minorHAnsi"/>
          <w:sz w:val="24"/>
          <w:szCs w:val="24"/>
          <w:lang w:val="pl-PL"/>
        </w:rPr>
        <w:t>Produkty obowiązkowe do użycia których członkowie będą zobligowani podczas konkursu zostaną podane nie później niż dnia 3</w:t>
      </w:r>
      <w:r w:rsidR="00E26C03" w:rsidRPr="008E0FD6">
        <w:rPr>
          <w:rFonts w:cstheme="minorHAnsi"/>
          <w:sz w:val="24"/>
          <w:szCs w:val="24"/>
          <w:lang w:val="pl-PL"/>
        </w:rPr>
        <w:t>1</w:t>
      </w:r>
      <w:r w:rsidRPr="008E0FD6">
        <w:rPr>
          <w:rFonts w:cstheme="minorHAnsi"/>
          <w:sz w:val="24"/>
          <w:szCs w:val="24"/>
          <w:lang w:val="pl-PL"/>
        </w:rPr>
        <w:t>.0</w:t>
      </w:r>
      <w:r w:rsidR="00E26C03" w:rsidRPr="008E0FD6">
        <w:rPr>
          <w:rFonts w:cstheme="minorHAnsi"/>
          <w:sz w:val="24"/>
          <w:szCs w:val="24"/>
          <w:lang w:val="pl-PL"/>
        </w:rPr>
        <w:t>1</w:t>
      </w:r>
      <w:r w:rsidRPr="008E0FD6">
        <w:rPr>
          <w:rFonts w:cstheme="minorHAnsi"/>
          <w:sz w:val="24"/>
          <w:szCs w:val="24"/>
          <w:lang w:val="pl-PL"/>
        </w:rPr>
        <w:t>.2026</w:t>
      </w:r>
    </w:p>
    <w:p w14:paraId="1463F5D6" w14:textId="77777777" w:rsidR="00B038CD" w:rsidRPr="008E0FD6" w:rsidRDefault="00B038CD" w:rsidP="008E0FD6">
      <w:pPr>
        <w:pStyle w:val="Akapitzlist"/>
        <w:numPr>
          <w:ilvl w:val="0"/>
          <w:numId w:val="22"/>
        </w:numPr>
        <w:shd w:val="clear" w:color="auto" w:fill="FFFFFF"/>
        <w:spacing w:after="0"/>
        <w:rPr>
          <w:rFonts w:cstheme="minorHAnsi"/>
          <w:sz w:val="24"/>
          <w:szCs w:val="24"/>
          <w:lang w:val="pl-PL"/>
        </w:rPr>
      </w:pPr>
      <w:bookmarkStart w:id="3" w:name="_Hlk181622126"/>
      <w:r w:rsidRPr="008E0FD6">
        <w:rPr>
          <w:rFonts w:cstheme="minorHAnsi"/>
          <w:sz w:val="24"/>
          <w:szCs w:val="24"/>
          <w:lang w:val="pl-PL"/>
        </w:rPr>
        <w:t>Organizator Konkursu zapewnia sprzęt gastronomiczny w postaci:</w:t>
      </w:r>
    </w:p>
    <w:bookmarkEnd w:id="3"/>
    <w:p w14:paraId="59DAD0A2" w14:textId="77777777" w:rsidR="00B038CD" w:rsidRPr="00B038CD" w:rsidRDefault="00B038CD" w:rsidP="008E0FD6">
      <w:pPr>
        <w:shd w:val="clear" w:color="auto" w:fill="FFFFFF"/>
        <w:spacing w:after="0"/>
        <w:rPr>
          <w:rFonts w:cstheme="minorHAnsi"/>
          <w:b/>
          <w:sz w:val="24"/>
          <w:szCs w:val="24"/>
          <w:lang w:val="pl-PL"/>
        </w:rPr>
      </w:pPr>
    </w:p>
    <w:p w14:paraId="3A82B20A" w14:textId="77777777" w:rsidR="00B038CD" w:rsidRPr="00B038CD" w:rsidRDefault="00B038CD" w:rsidP="008E0FD6">
      <w:pPr>
        <w:shd w:val="clear" w:color="auto" w:fill="FFFFFF"/>
        <w:spacing w:after="0"/>
        <w:rPr>
          <w:rFonts w:cstheme="minorHAnsi"/>
          <w:sz w:val="24"/>
          <w:szCs w:val="24"/>
          <w:lang w:val="pl-PL"/>
        </w:rPr>
      </w:pPr>
      <w:r w:rsidRPr="00B038CD">
        <w:rPr>
          <w:rFonts w:cstheme="minorHAnsi"/>
          <w:b/>
          <w:sz w:val="24"/>
          <w:szCs w:val="24"/>
          <w:lang w:val="pl-PL"/>
        </w:rPr>
        <w:t>Wyposażenie kuchni konkursowych oraz sprzętu zapewnionego przez organizatora zostanie podana do dnia 3</w:t>
      </w:r>
      <w:r w:rsidR="00E26C03">
        <w:rPr>
          <w:rFonts w:cstheme="minorHAnsi"/>
          <w:b/>
          <w:sz w:val="24"/>
          <w:szCs w:val="24"/>
          <w:lang w:val="pl-PL"/>
        </w:rPr>
        <w:t>1</w:t>
      </w:r>
      <w:r w:rsidRPr="00B038CD">
        <w:rPr>
          <w:rFonts w:cstheme="minorHAnsi"/>
          <w:b/>
          <w:sz w:val="24"/>
          <w:szCs w:val="24"/>
          <w:lang w:val="pl-PL"/>
        </w:rPr>
        <w:t>.0</w:t>
      </w:r>
      <w:r w:rsidR="00E26C03">
        <w:rPr>
          <w:rFonts w:cstheme="minorHAnsi"/>
          <w:b/>
          <w:sz w:val="24"/>
          <w:szCs w:val="24"/>
          <w:lang w:val="pl-PL"/>
        </w:rPr>
        <w:t>1</w:t>
      </w:r>
      <w:r w:rsidRPr="00B038CD">
        <w:rPr>
          <w:rFonts w:cstheme="minorHAnsi"/>
          <w:b/>
          <w:sz w:val="24"/>
          <w:szCs w:val="24"/>
          <w:lang w:val="pl-PL"/>
        </w:rPr>
        <w:t>.2026 roku.</w:t>
      </w:r>
    </w:p>
    <w:p w14:paraId="42F505A5" w14:textId="77777777" w:rsidR="00B038CD" w:rsidRPr="00B038CD" w:rsidRDefault="00B038CD" w:rsidP="008E0FD6">
      <w:pPr>
        <w:shd w:val="clear" w:color="auto" w:fill="FFFFFF"/>
        <w:spacing w:after="0"/>
        <w:rPr>
          <w:rFonts w:cstheme="minorHAnsi"/>
          <w:sz w:val="24"/>
          <w:szCs w:val="24"/>
          <w:lang w:val="pl-PL"/>
        </w:rPr>
      </w:pPr>
    </w:p>
    <w:p w14:paraId="4CE666E1" w14:textId="77777777" w:rsidR="00B038CD" w:rsidRDefault="00B038CD" w:rsidP="008E0FD6">
      <w:pPr>
        <w:pStyle w:val="Akapitzlist"/>
        <w:numPr>
          <w:ilvl w:val="0"/>
          <w:numId w:val="22"/>
        </w:numPr>
        <w:shd w:val="clear" w:color="auto" w:fill="FFFFFF"/>
        <w:spacing w:after="0"/>
        <w:rPr>
          <w:rFonts w:cstheme="minorHAnsi"/>
          <w:sz w:val="24"/>
          <w:szCs w:val="24"/>
          <w:lang w:val="pl-PL"/>
        </w:rPr>
      </w:pPr>
      <w:r w:rsidRPr="008E0FD6">
        <w:rPr>
          <w:rFonts w:cstheme="minorHAnsi"/>
          <w:sz w:val="24"/>
          <w:szCs w:val="24"/>
          <w:lang w:val="pl-PL"/>
        </w:rPr>
        <w:t xml:space="preserve">Wszystkie pozostałe sprzęty i urządzenia gastronomiczne potrzebne do przygotowania dań konkursowych uczestnicy konkursu są zobowiązani zapewnić we własnym zakresie. </w:t>
      </w:r>
    </w:p>
    <w:p w14:paraId="3E059AB5" w14:textId="77777777" w:rsidR="00B038CD" w:rsidRPr="00A013A9" w:rsidRDefault="00A013A9" w:rsidP="008E0FD6">
      <w:pPr>
        <w:pStyle w:val="Akapitzlist"/>
        <w:numPr>
          <w:ilvl w:val="0"/>
          <w:numId w:val="22"/>
        </w:numPr>
        <w:shd w:val="clear" w:color="auto" w:fill="FFFFFF"/>
        <w:spacing w:after="0"/>
        <w:rPr>
          <w:rFonts w:cstheme="minorHAnsi"/>
          <w:sz w:val="24"/>
          <w:szCs w:val="24"/>
          <w:lang w:val="pl-PL"/>
        </w:rPr>
      </w:pPr>
      <w:r>
        <w:rPr>
          <w:rFonts w:cstheme="minorHAnsi"/>
          <w:sz w:val="24"/>
          <w:szCs w:val="24"/>
          <w:lang w:val="pl-PL"/>
        </w:rPr>
        <w:t xml:space="preserve">Organizator nie zapewnia porcelany do </w:t>
      </w:r>
      <w:proofErr w:type="spellStart"/>
      <w:r>
        <w:rPr>
          <w:rFonts w:cstheme="minorHAnsi"/>
          <w:sz w:val="24"/>
          <w:szCs w:val="24"/>
          <w:lang w:val="pl-PL"/>
        </w:rPr>
        <w:t>wyserwowania</w:t>
      </w:r>
      <w:proofErr w:type="spellEnd"/>
      <w:r>
        <w:rPr>
          <w:rFonts w:cstheme="minorHAnsi"/>
          <w:sz w:val="24"/>
          <w:szCs w:val="24"/>
          <w:lang w:val="pl-PL"/>
        </w:rPr>
        <w:t xml:space="preserve"> dań konkursowych. Każdy zespół ma dowolność w doborze porcelany i obowiązek zapewnienia jej we własnym zakresie </w:t>
      </w:r>
    </w:p>
    <w:p w14:paraId="780CEAD7" w14:textId="77777777" w:rsidR="00B038CD" w:rsidRDefault="00B038CD" w:rsidP="008E0FD6">
      <w:pPr>
        <w:pStyle w:val="Akapitzlist"/>
        <w:numPr>
          <w:ilvl w:val="0"/>
          <w:numId w:val="22"/>
        </w:numPr>
        <w:shd w:val="clear" w:color="auto" w:fill="FFFFFF"/>
        <w:spacing w:after="0"/>
        <w:rPr>
          <w:rFonts w:cstheme="minorHAnsi"/>
          <w:b/>
          <w:bCs/>
          <w:sz w:val="24"/>
          <w:szCs w:val="24"/>
          <w:lang w:val="pl-PL"/>
        </w:rPr>
      </w:pPr>
      <w:r w:rsidRPr="008E0FD6">
        <w:rPr>
          <w:rFonts w:cstheme="minorHAnsi"/>
          <w:b/>
          <w:bCs/>
          <w:sz w:val="24"/>
          <w:szCs w:val="24"/>
          <w:lang w:val="pl-PL"/>
        </w:rPr>
        <w:t xml:space="preserve">Liczba urządzeń elektrycznych przywiezionych przez uczestników nie może przekraczać </w:t>
      </w:r>
      <w:r w:rsidR="00E26C03" w:rsidRPr="008E0FD6">
        <w:rPr>
          <w:rFonts w:cstheme="minorHAnsi"/>
          <w:b/>
          <w:bCs/>
          <w:sz w:val="24"/>
          <w:szCs w:val="24"/>
          <w:lang w:val="pl-PL"/>
        </w:rPr>
        <w:t>4</w:t>
      </w:r>
      <w:r w:rsidRPr="008E0FD6">
        <w:rPr>
          <w:rFonts w:cstheme="minorHAnsi"/>
          <w:b/>
          <w:bCs/>
          <w:sz w:val="24"/>
          <w:szCs w:val="24"/>
          <w:lang w:val="pl-PL"/>
        </w:rPr>
        <w:t xml:space="preserve"> sztuk, a maksymalny pobór mocy w jednym momencie użycia przywiezionych urządzeń elektrycznych nie może przekraczać </w:t>
      </w:r>
      <w:r w:rsidR="00E26C03" w:rsidRPr="008E0FD6">
        <w:rPr>
          <w:rFonts w:cstheme="minorHAnsi"/>
          <w:b/>
          <w:bCs/>
          <w:sz w:val="24"/>
          <w:szCs w:val="24"/>
          <w:lang w:val="pl-PL"/>
        </w:rPr>
        <w:t>6</w:t>
      </w:r>
      <w:r w:rsidRPr="008E0FD6">
        <w:rPr>
          <w:rFonts w:cstheme="minorHAnsi"/>
          <w:b/>
          <w:bCs/>
          <w:sz w:val="24"/>
          <w:szCs w:val="24"/>
          <w:lang w:val="pl-PL"/>
        </w:rPr>
        <w:t>kW. W przypadku przekroczenia ilości sprzętów elektrycznych lub maksymalnego poboru mocy elektrycznej przez przywiezione urządzenia, drużyna zostanie zdyskwalifikowana.</w:t>
      </w:r>
    </w:p>
    <w:p w14:paraId="229A3930" w14:textId="77777777" w:rsidR="00771EC9" w:rsidRPr="008E0FD6" w:rsidRDefault="00771EC9" w:rsidP="00771EC9">
      <w:pPr>
        <w:pStyle w:val="Akapitzlist"/>
        <w:shd w:val="clear" w:color="auto" w:fill="FFFFFF"/>
        <w:spacing w:after="0"/>
        <w:ind w:left="502"/>
        <w:rPr>
          <w:rFonts w:cstheme="minorHAnsi"/>
          <w:b/>
          <w:bCs/>
          <w:sz w:val="24"/>
          <w:szCs w:val="24"/>
          <w:lang w:val="pl-PL"/>
        </w:rPr>
      </w:pPr>
    </w:p>
    <w:p w14:paraId="11909C50" w14:textId="77777777" w:rsidR="00FB4546" w:rsidRPr="00B038CD" w:rsidRDefault="00FB4546" w:rsidP="008E0FD6">
      <w:pPr>
        <w:shd w:val="clear" w:color="auto" w:fill="FFFFFF"/>
        <w:spacing w:after="0"/>
        <w:rPr>
          <w:rFonts w:cstheme="minorHAnsi"/>
          <w:b/>
          <w:bCs/>
          <w:sz w:val="24"/>
          <w:szCs w:val="24"/>
          <w:lang w:val="pl-PL"/>
        </w:rPr>
      </w:pPr>
    </w:p>
    <w:p w14:paraId="73C9738A" w14:textId="77777777" w:rsidR="00B038CD" w:rsidRPr="008E0FD6" w:rsidRDefault="00B038CD" w:rsidP="008E0FD6">
      <w:pPr>
        <w:pStyle w:val="Akapitzlist"/>
        <w:numPr>
          <w:ilvl w:val="0"/>
          <w:numId w:val="22"/>
        </w:numPr>
        <w:shd w:val="clear" w:color="auto" w:fill="FFFFFF"/>
        <w:spacing w:after="0"/>
        <w:rPr>
          <w:rFonts w:cstheme="minorHAnsi"/>
          <w:b/>
          <w:bCs/>
          <w:sz w:val="24"/>
          <w:szCs w:val="24"/>
          <w:lang w:val="pl-PL"/>
        </w:rPr>
      </w:pPr>
      <w:r w:rsidRPr="008E0FD6">
        <w:rPr>
          <w:rFonts w:cstheme="minorHAnsi"/>
          <w:b/>
          <w:bCs/>
          <w:sz w:val="24"/>
          <w:szCs w:val="24"/>
          <w:lang w:val="pl-PL"/>
        </w:rPr>
        <w:lastRenderedPageBreak/>
        <w:t xml:space="preserve">Każda z zakwalifikowanych drużyn jest zobowiązana do dostarczenia do jury konkursu, w dniu konkursu lub w dniu poprzedzającym konkurs, receptur na prezentowane dania w ilości 10szt w formie papierowej, oraz 1szt w formie elektronicznej (na nośniku typu pendrive) </w:t>
      </w:r>
    </w:p>
    <w:p w14:paraId="1262641B" w14:textId="77777777" w:rsidR="00B038CD" w:rsidRPr="00B038CD" w:rsidRDefault="00B038CD" w:rsidP="008E0FD6">
      <w:pPr>
        <w:shd w:val="clear" w:color="auto" w:fill="FFFFFF"/>
        <w:spacing w:after="0"/>
        <w:rPr>
          <w:rFonts w:cstheme="minorHAnsi"/>
          <w:sz w:val="24"/>
          <w:szCs w:val="24"/>
          <w:lang w:val="pl-PL"/>
        </w:rPr>
      </w:pPr>
    </w:p>
    <w:p w14:paraId="63A713BB" w14:textId="77777777" w:rsidR="00B038CD" w:rsidRPr="008E0FD6" w:rsidRDefault="00B038CD" w:rsidP="008E0FD6">
      <w:pPr>
        <w:pStyle w:val="Akapitzlist"/>
        <w:numPr>
          <w:ilvl w:val="0"/>
          <w:numId w:val="22"/>
        </w:numPr>
        <w:shd w:val="clear" w:color="auto" w:fill="FFFFFF"/>
        <w:spacing w:after="0"/>
        <w:rPr>
          <w:rFonts w:cstheme="minorHAnsi"/>
          <w:sz w:val="24"/>
          <w:szCs w:val="24"/>
          <w:lang w:val="pl-PL"/>
        </w:rPr>
      </w:pPr>
      <w:r w:rsidRPr="008E0FD6">
        <w:rPr>
          <w:rFonts w:cstheme="minorHAnsi"/>
          <w:sz w:val="24"/>
          <w:szCs w:val="24"/>
          <w:lang w:val="pl-PL"/>
        </w:rPr>
        <w:t>Organizator Konkursu zapewni główne</w:t>
      </w:r>
      <w:r w:rsidR="00C830E5">
        <w:rPr>
          <w:rFonts w:cstheme="minorHAnsi"/>
          <w:sz w:val="24"/>
          <w:szCs w:val="24"/>
          <w:lang w:val="pl-PL"/>
        </w:rPr>
        <w:t>, obowiązkowe</w:t>
      </w:r>
      <w:r w:rsidRPr="008E0FD6">
        <w:rPr>
          <w:rFonts w:cstheme="minorHAnsi"/>
          <w:sz w:val="24"/>
          <w:szCs w:val="24"/>
          <w:lang w:val="pl-PL"/>
        </w:rPr>
        <w:t xml:space="preserve"> składniki niezbędne do przygotowania dań konkursowych.</w:t>
      </w:r>
    </w:p>
    <w:p w14:paraId="1BACE86B" w14:textId="77777777" w:rsidR="00B038CD" w:rsidRPr="00B038CD" w:rsidRDefault="00B038CD" w:rsidP="008E0FD6">
      <w:pPr>
        <w:shd w:val="clear" w:color="auto" w:fill="FFFFFF"/>
        <w:spacing w:after="0"/>
        <w:rPr>
          <w:rFonts w:cstheme="minorHAnsi"/>
          <w:sz w:val="24"/>
          <w:szCs w:val="24"/>
          <w:lang w:val="pl-PL"/>
        </w:rPr>
      </w:pPr>
    </w:p>
    <w:p w14:paraId="535D1189" w14:textId="77777777" w:rsidR="00B038CD" w:rsidRPr="008E0FD6" w:rsidRDefault="00B038CD" w:rsidP="008E0FD6">
      <w:pPr>
        <w:pStyle w:val="Akapitzlist"/>
        <w:numPr>
          <w:ilvl w:val="0"/>
          <w:numId w:val="22"/>
        </w:numPr>
        <w:shd w:val="clear" w:color="auto" w:fill="FFFFFF"/>
        <w:spacing w:after="0"/>
        <w:rPr>
          <w:rFonts w:cstheme="minorHAnsi"/>
          <w:sz w:val="24"/>
          <w:szCs w:val="24"/>
          <w:lang w:val="pl-PL"/>
        </w:rPr>
      </w:pPr>
      <w:r w:rsidRPr="008E0FD6">
        <w:rPr>
          <w:rFonts w:cstheme="minorHAnsi"/>
          <w:sz w:val="24"/>
          <w:szCs w:val="24"/>
          <w:lang w:val="pl-PL"/>
        </w:rPr>
        <w:t xml:space="preserve">Czas pracy każdej ekipy to </w:t>
      </w:r>
      <w:r w:rsidR="00603CEF" w:rsidRPr="008E0FD6">
        <w:rPr>
          <w:rFonts w:cstheme="minorHAnsi"/>
          <w:sz w:val="24"/>
          <w:szCs w:val="24"/>
          <w:lang w:val="pl-PL"/>
        </w:rPr>
        <w:t>1</w:t>
      </w:r>
      <w:r w:rsidR="00771EC9">
        <w:rPr>
          <w:rFonts w:cstheme="minorHAnsi"/>
          <w:sz w:val="24"/>
          <w:szCs w:val="24"/>
          <w:lang w:val="pl-PL"/>
        </w:rPr>
        <w:t>2</w:t>
      </w:r>
      <w:r w:rsidR="00603CEF" w:rsidRPr="008E0FD6">
        <w:rPr>
          <w:rFonts w:cstheme="minorHAnsi"/>
          <w:sz w:val="24"/>
          <w:szCs w:val="24"/>
          <w:lang w:val="pl-PL"/>
        </w:rPr>
        <w:t>0</w:t>
      </w:r>
      <w:r w:rsidRPr="008E0FD6">
        <w:rPr>
          <w:rFonts w:cstheme="minorHAnsi"/>
          <w:sz w:val="24"/>
          <w:szCs w:val="24"/>
          <w:lang w:val="pl-PL"/>
        </w:rPr>
        <w:t xml:space="preserve"> minut </w:t>
      </w:r>
      <w:r w:rsidR="00603CEF" w:rsidRPr="008E0FD6">
        <w:rPr>
          <w:rFonts w:cstheme="minorHAnsi"/>
          <w:sz w:val="24"/>
          <w:szCs w:val="24"/>
          <w:lang w:val="pl-PL"/>
        </w:rPr>
        <w:t>–</w:t>
      </w:r>
      <w:r w:rsidRPr="008E0FD6">
        <w:rPr>
          <w:rFonts w:cstheme="minorHAnsi"/>
          <w:sz w:val="24"/>
          <w:szCs w:val="24"/>
          <w:lang w:val="pl-PL"/>
        </w:rPr>
        <w:t xml:space="preserve"> </w:t>
      </w:r>
      <w:r w:rsidR="00603CEF" w:rsidRPr="008E0FD6">
        <w:rPr>
          <w:rFonts w:cstheme="minorHAnsi"/>
          <w:sz w:val="24"/>
          <w:szCs w:val="24"/>
          <w:lang w:val="pl-PL"/>
        </w:rPr>
        <w:t>2 godziny</w:t>
      </w:r>
      <w:r w:rsidRPr="008E0FD6">
        <w:rPr>
          <w:rFonts w:cstheme="minorHAnsi"/>
          <w:sz w:val="24"/>
          <w:szCs w:val="24"/>
          <w:lang w:val="pl-PL"/>
        </w:rPr>
        <w:t xml:space="preserve">, </w:t>
      </w:r>
    </w:p>
    <w:p w14:paraId="3476853E" w14:textId="77777777" w:rsidR="00B038CD" w:rsidRPr="00B038CD" w:rsidRDefault="00B038CD" w:rsidP="008E0FD6">
      <w:pPr>
        <w:shd w:val="clear" w:color="auto" w:fill="FFFFFF"/>
        <w:spacing w:after="0"/>
        <w:ind w:left="640"/>
        <w:rPr>
          <w:rFonts w:cstheme="minorHAnsi"/>
          <w:sz w:val="24"/>
          <w:szCs w:val="24"/>
          <w:lang w:val="pl-PL"/>
        </w:rPr>
      </w:pPr>
      <w:r w:rsidRPr="00B038CD">
        <w:rPr>
          <w:rFonts w:cstheme="minorHAnsi"/>
          <w:sz w:val="24"/>
          <w:szCs w:val="24"/>
          <w:lang w:val="pl-PL"/>
        </w:rPr>
        <w:t xml:space="preserve">Każda ekipa jest zobowiązana do </w:t>
      </w:r>
      <w:proofErr w:type="spellStart"/>
      <w:r w:rsidRPr="00B038CD">
        <w:rPr>
          <w:rFonts w:cstheme="minorHAnsi"/>
          <w:sz w:val="24"/>
          <w:szCs w:val="24"/>
          <w:lang w:val="pl-PL"/>
        </w:rPr>
        <w:t>wyserwowania</w:t>
      </w:r>
      <w:proofErr w:type="spellEnd"/>
      <w:r w:rsidRPr="00B038CD">
        <w:rPr>
          <w:rFonts w:cstheme="minorHAnsi"/>
          <w:sz w:val="24"/>
          <w:szCs w:val="24"/>
          <w:lang w:val="pl-PL"/>
        </w:rPr>
        <w:t xml:space="preserve"> poszczególnych dań w </w:t>
      </w:r>
      <w:r w:rsidR="008E0FD6">
        <w:rPr>
          <w:rFonts w:cstheme="minorHAnsi"/>
          <w:sz w:val="24"/>
          <w:szCs w:val="24"/>
          <w:lang w:val="pl-PL"/>
        </w:rPr>
        <w:t xml:space="preserve">   </w:t>
      </w:r>
      <w:r w:rsidRPr="00B038CD">
        <w:rPr>
          <w:rFonts w:cstheme="minorHAnsi"/>
          <w:sz w:val="24"/>
          <w:szCs w:val="24"/>
          <w:lang w:val="pl-PL"/>
        </w:rPr>
        <w:t>czasie:</w:t>
      </w:r>
    </w:p>
    <w:p w14:paraId="41E27882" w14:textId="77777777" w:rsidR="00B038CD" w:rsidRPr="00B038CD" w:rsidRDefault="00B038CD" w:rsidP="008E0FD6">
      <w:pPr>
        <w:shd w:val="clear" w:color="auto" w:fill="FFFFFF"/>
        <w:spacing w:after="0"/>
        <w:ind w:firstLine="640"/>
        <w:rPr>
          <w:rFonts w:cstheme="minorHAnsi"/>
          <w:sz w:val="24"/>
          <w:szCs w:val="24"/>
          <w:lang w:val="pl-PL"/>
        </w:rPr>
      </w:pPr>
      <w:r w:rsidRPr="00B038CD">
        <w:rPr>
          <w:rFonts w:cstheme="minorHAnsi"/>
          <w:sz w:val="24"/>
          <w:szCs w:val="24"/>
          <w:lang w:val="pl-PL"/>
        </w:rPr>
        <w:t xml:space="preserve">Danie główne - po </w:t>
      </w:r>
      <w:r w:rsidR="00771EC9">
        <w:rPr>
          <w:rFonts w:cstheme="minorHAnsi"/>
          <w:sz w:val="24"/>
          <w:szCs w:val="24"/>
          <w:lang w:val="pl-PL"/>
        </w:rPr>
        <w:t>1</w:t>
      </w:r>
      <w:r w:rsidRPr="00B038CD">
        <w:rPr>
          <w:rFonts w:cstheme="minorHAnsi"/>
          <w:sz w:val="24"/>
          <w:szCs w:val="24"/>
          <w:lang w:val="pl-PL"/>
        </w:rPr>
        <w:t xml:space="preserve"> godzi</w:t>
      </w:r>
      <w:r w:rsidR="00771EC9">
        <w:rPr>
          <w:rFonts w:cstheme="minorHAnsi"/>
          <w:sz w:val="24"/>
          <w:szCs w:val="24"/>
          <w:lang w:val="pl-PL"/>
        </w:rPr>
        <w:t xml:space="preserve">nie i </w:t>
      </w:r>
      <w:r w:rsidR="007A6386">
        <w:rPr>
          <w:rFonts w:cstheme="minorHAnsi"/>
          <w:sz w:val="24"/>
          <w:szCs w:val="24"/>
          <w:lang w:val="pl-PL"/>
        </w:rPr>
        <w:t>2</w:t>
      </w:r>
      <w:r w:rsidR="00771EC9">
        <w:rPr>
          <w:rFonts w:cstheme="minorHAnsi"/>
          <w:sz w:val="24"/>
          <w:szCs w:val="24"/>
          <w:lang w:val="pl-PL"/>
        </w:rPr>
        <w:t>0 minutach</w:t>
      </w:r>
      <w:r w:rsidRPr="00B038CD">
        <w:rPr>
          <w:rFonts w:cstheme="minorHAnsi"/>
          <w:sz w:val="24"/>
          <w:szCs w:val="24"/>
          <w:lang w:val="pl-PL"/>
        </w:rPr>
        <w:t xml:space="preserve"> (</w:t>
      </w:r>
      <w:r w:rsidR="007A6386">
        <w:rPr>
          <w:rFonts w:cstheme="minorHAnsi"/>
          <w:sz w:val="24"/>
          <w:szCs w:val="24"/>
          <w:lang w:val="pl-PL"/>
        </w:rPr>
        <w:t>80</w:t>
      </w:r>
      <w:r w:rsidRPr="00B038CD">
        <w:rPr>
          <w:rFonts w:cstheme="minorHAnsi"/>
          <w:sz w:val="24"/>
          <w:szCs w:val="24"/>
          <w:lang w:val="pl-PL"/>
        </w:rPr>
        <w:t xml:space="preserve"> minut) od rozpoczęcia pracy </w:t>
      </w:r>
    </w:p>
    <w:p w14:paraId="2835FD07" w14:textId="77777777" w:rsidR="00B038CD" w:rsidRPr="00B038CD" w:rsidRDefault="00B038CD" w:rsidP="008E0FD6">
      <w:pPr>
        <w:shd w:val="clear" w:color="auto" w:fill="FFFFFF"/>
        <w:spacing w:after="0"/>
        <w:ind w:firstLine="640"/>
        <w:rPr>
          <w:rFonts w:cstheme="minorHAnsi"/>
          <w:sz w:val="24"/>
          <w:szCs w:val="24"/>
          <w:lang w:val="pl-PL"/>
        </w:rPr>
      </w:pPr>
      <w:r w:rsidRPr="00B038CD">
        <w:rPr>
          <w:rFonts w:cstheme="minorHAnsi"/>
          <w:sz w:val="24"/>
          <w:szCs w:val="24"/>
          <w:lang w:val="pl-PL"/>
        </w:rPr>
        <w:t xml:space="preserve">Deser - po </w:t>
      </w:r>
      <w:r w:rsidR="00663858">
        <w:rPr>
          <w:rFonts w:cstheme="minorHAnsi"/>
          <w:sz w:val="24"/>
          <w:szCs w:val="24"/>
          <w:lang w:val="pl-PL"/>
        </w:rPr>
        <w:t>2</w:t>
      </w:r>
      <w:r w:rsidRPr="00B038CD">
        <w:rPr>
          <w:rFonts w:cstheme="minorHAnsi"/>
          <w:sz w:val="24"/>
          <w:szCs w:val="24"/>
          <w:lang w:val="pl-PL"/>
        </w:rPr>
        <w:t xml:space="preserve"> godzinach</w:t>
      </w:r>
      <w:r w:rsidR="00771EC9">
        <w:rPr>
          <w:rFonts w:cstheme="minorHAnsi"/>
          <w:sz w:val="24"/>
          <w:szCs w:val="24"/>
          <w:lang w:val="pl-PL"/>
        </w:rPr>
        <w:t xml:space="preserve"> </w:t>
      </w:r>
      <w:r w:rsidRPr="00B038CD">
        <w:rPr>
          <w:rFonts w:cstheme="minorHAnsi"/>
          <w:sz w:val="24"/>
          <w:szCs w:val="24"/>
          <w:lang w:val="pl-PL"/>
        </w:rPr>
        <w:t>(</w:t>
      </w:r>
      <w:r w:rsidR="00CA2471">
        <w:rPr>
          <w:rFonts w:cstheme="minorHAnsi"/>
          <w:sz w:val="24"/>
          <w:szCs w:val="24"/>
          <w:lang w:val="pl-PL"/>
        </w:rPr>
        <w:t>1</w:t>
      </w:r>
      <w:r w:rsidR="00771EC9">
        <w:rPr>
          <w:rFonts w:cstheme="minorHAnsi"/>
          <w:sz w:val="24"/>
          <w:szCs w:val="24"/>
          <w:lang w:val="pl-PL"/>
        </w:rPr>
        <w:t>2</w:t>
      </w:r>
      <w:r w:rsidR="00CA2471">
        <w:rPr>
          <w:rFonts w:cstheme="minorHAnsi"/>
          <w:sz w:val="24"/>
          <w:szCs w:val="24"/>
          <w:lang w:val="pl-PL"/>
        </w:rPr>
        <w:t>0</w:t>
      </w:r>
      <w:r w:rsidRPr="00B038CD">
        <w:rPr>
          <w:rFonts w:cstheme="minorHAnsi"/>
          <w:sz w:val="24"/>
          <w:szCs w:val="24"/>
          <w:lang w:val="pl-PL"/>
        </w:rPr>
        <w:t xml:space="preserve"> minut) od rozpoczęcia pracy </w:t>
      </w:r>
    </w:p>
    <w:p w14:paraId="3A38BB4D" w14:textId="77777777" w:rsidR="00B038CD" w:rsidRPr="00B038CD" w:rsidRDefault="00B038CD" w:rsidP="008E0FD6">
      <w:pPr>
        <w:shd w:val="clear" w:color="auto" w:fill="FFFFFF"/>
        <w:spacing w:after="0"/>
        <w:rPr>
          <w:rFonts w:cstheme="minorHAnsi"/>
          <w:sz w:val="24"/>
          <w:szCs w:val="24"/>
          <w:lang w:val="pl-PL"/>
        </w:rPr>
      </w:pPr>
    </w:p>
    <w:p w14:paraId="2D7656EF" w14:textId="77777777" w:rsidR="00B038CD" w:rsidRPr="00B038CD" w:rsidRDefault="00B038CD" w:rsidP="008E0FD6">
      <w:pPr>
        <w:shd w:val="clear" w:color="auto" w:fill="FFFFFF"/>
        <w:spacing w:after="0"/>
        <w:rPr>
          <w:rFonts w:cstheme="minorHAnsi"/>
          <w:sz w:val="24"/>
          <w:szCs w:val="24"/>
          <w:lang w:val="pl-PL"/>
        </w:rPr>
      </w:pPr>
      <w:r w:rsidRPr="00B038CD">
        <w:rPr>
          <w:rFonts w:cstheme="minorHAnsi"/>
          <w:sz w:val="24"/>
          <w:szCs w:val="24"/>
          <w:lang w:val="pl-PL"/>
        </w:rPr>
        <w:t>Kuchnia 1</w:t>
      </w:r>
    </w:p>
    <w:p w14:paraId="2FF1E01F" w14:textId="77777777" w:rsidR="00B038CD" w:rsidRPr="00B038CD" w:rsidRDefault="00B038CD" w:rsidP="008E0FD6">
      <w:pPr>
        <w:shd w:val="clear" w:color="auto" w:fill="FFFFFF"/>
        <w:spacing w:after="0"/>
        <w:rPr>
          <w:rFonts w:cstheme="minorHAnsi"/>
          <w:sz w:val="24"/>
          <w:szCs w:val="24"/>
          <w:lang w:val="pl-PL"/>
        </w:rPr>
      </w:pPr>
      <w:r w:rsidRPr="00B038CD">
        <w:rPr>
          <w:rFonts w:cstheme="minorHAnsi"/>
          <w:sz w:val="24"/>
          <w:szCs w:val="24"/>
          <w:lang w:val="pl-PL"/>
        </w:rPr>
        <w:t xml:space="preserve">8:00 </w:t>
      </w:r>
      <w:proofErr w:type="gramStart"/>
      <w:r w:rsidRPr="00B038CD">
        <w:rPr>
          <w:rFonts w:cstheme="minorHAnsi"/>
          <w:sz w:val="24"/>
          <w:szCs w:val="24"/>
          <w:lang w:val="pl-PL"/>
        </w:rPr>
        <w:t>-  Wejście</w:t>
      </w:r>
      <w:proofErr w:type="gramEnd"/>
      <w:r w:rsidRPr="00B038CD">
        <w:rPr>
          <w:rFonts w:cstheme="minorHAnsi"/>
          <w:sz w:val="24"/>
          <w:szCs w:val="24"/>
          <w:lang w:val="pl-PL"/>
        </w:rPr>
        <w:t xml:space="preserve"> do kuchni</w:t>
      </w:r>
    </w:p>
    <w:p w14:paraId="6D2FE22C" w14:textId="77777777" w:rsidR="00B038CD" w:rsidRPr="00B038CD" w:rsidRDefault="00B038CD" w:rsidP="008E0FD6">
      <w:pPr>
        <w:shd w:val="clear" w:color="auto" w:fill="FFFFFF"/>
        <w:spacing w:after="0"/>
        <w:rPr>
          <w:rFonts w:cstheme="minorHAnsi"/>
          <w:sz w:val="24"/>
          <w:szCs w:val="24"/>
          <w:lang w:val="pl-PL"/>
        </w:rPr>
      </w:pPr>
      <w:r w:rsidRPr="00B038CD">
        <w:rPr>
          <w:rFonts w:cstheme="minorHAnsi"/>
          <w:sz w:val="24"/>
          <w:szCs w:val="24"/>
          <w:lang w:val="pl-PL"/>
        </w:rPr>
        <w:t>8:</w:t>
      </w:r>
      <w:r w:rsidR="00B029F0">
        <w:rPr>
          <w:rFonts w:cstheme="minorHAnsi"/>
          <w:sz w:val="24"/>
          <w:szCs w:val="24"/>
          <w:lang w:val="pl-PL"/>
        </w:rPr>
        <w:t>15</w:t>
      </w:r>
      <w:r w:rsidRPr="00B038CD">
        <w:rPr>
          <w:rFonts w:cstheme="minorHAnsi"/>
          <w:sz w:val="24"/>
          <w:szCs w:val="24"/>
          <w:lang w:val="pl-PL"/>
        </w:rPr>
        <w:t xml:space="preserve"> </w:t>
      </w:r>
      <w:proofErr w:type="gramStart"/>
      <w:r w:rsidRPr="00B038CD">
        <w:rPr>
          <w:rFonts w:cstheme="minorHAnsi"/>
          <w:sz w:val="24"/>
          <w:szCs w:val="24"/>
          <w:lang w:val="pl-PL"/>
        </w:rPr>
        <w:t xml:space="preserve">- </w:t>
      </w:r>
      <w:r w:rsidR="00C830E5">
        <w:rPr>
          <w:rFonts w:cstheme="minorHAnsi"/>
          <w:sz w:val="24"/>
          <w:szCs w:val="24"/>
          <w:lang w:val="pl-PL"/>
        </w:rPr>
        <w:t xml:space="preserve"> </w:t>
      </w:r>
      <w:r w:rsidRPr="00B038CD">
        <w:rPr>
          <w:rFonts w:cstheme="minorHAnsi"/>
          <w:sz w:val="24"/>
          <w:szCs w:val="24"/>
          <w:lang w:val="pl-PL"/>
        </w:rPr>
        <w:t>Sprawdzenie</w:t>
      </w:r>
      <w:proofErr w:type="gramEnd"/>
      <w:r w:rsidRPr="00B038CD">
        <w:rPr>
          <w:rFonts w:cstheme="minorHAnsi"/>
          <w:sz w:val="24"/>
          <w:szCs w:val="24"/>
          <w:lang w:val="pl-PL"/>
        </w:rPr>
        <w:t xml:space="preserve"> przez jury </w:t>
      </w:r>
      <w:proofErr w:type="spellStart"/>
      <w:r w:rsidRPr="00B038CD">
        <w:rPr>
          <w:rFonts w:cstheme="minorHAnsi"/>
          <w:sz w:val="24"/>
          <w:szCs w:val="24"/>
          <w:lang w:val="pl-PL"/>
        </w:rPr>
        <w:t>mise</w:t>
      </w:r>
      <w:proofErr w:type="spellEnd"/>
      <w:r w:rsidRPr="00B038CD">
        <w:rPr>
          <w:rFonts w:cstheme="minorHAnsi"/>
          <w:sz w:val="24"/>
          <w:szCs w:val="24"/>
          <w:lang w:val="pl-PL"/>
        </w:rPr>
        <w:t xml:space="preserve"> en place </w:t>
      </w:r>
    </w:p>
    <w:p w14:paraId="610494D0" w14:textId="77777777" w:rsidR="00B038CD" w:rsidRPr="00B038CD" w:rsidRDefault="00B029F0" w:rsidP="008E0FD6">
      <w:pPr>
        <w:shd w:val="clear" w:color="auto" w:fill="FFFFFF"/>
        <w:spacing w:after="0"/>
        <w:rPr>
          <w:rFonts w:cstheme="minorHAnsi"/>
          <w:sz w:val="24"/>
          <w:szCs w:val="24"/>
          <w:lang w:val="pl-PL"/>
        </w:rPr>
      </w:pPr>
      <w:r>
        <w:rPr>
          <w:rFonts w:cstheme="minorHAnsi"/>
          <w:sz w:val="24"/>
          <w:szCs w:val="24"/>
          <w:lang w:val="pl-PL"/>
        </w:rPr>
        <w:t>8:30</w:t>
      </w:r>
      <w:r w:rsidR="00B038CD" w:rsidRPr="00B038CD">
        <w:rPr>
          <w:rFonts w:cstheme="minorHAnsi"/>
          <w:sz w:val="24"/>
          <w:szCs w:val="24"/>
          <w:lang w:val="pl-PL"/>
        </w:rPr>
        <w:t xml:space="preserve"> </w:t>
      </w:r>
      <w:proofErr w:type="gramStart"/>
      <w:r w:rsidR="00B038CD" w:rsidRPr="00B038CD">
        <w:rPr>
          <w:rFonts w:cstheme="minorHAnsi"/>
          <w:sz w:val="24"/>
          <w:szCs w:val="24"/>
          <w:lang w:val="pl-PL"/>
        </w:rPr>
        <w:t xml:space="preserve">- </w:t>
      </w:r>
      <w:r w:rsidR="00C830E5">
        <w:rPr>
          <w:rFonts w:cstheme="minorHAnsi"/>
          <w:sz w:val="24"/>
          <w:szCs w:val="24"/>
          <w:lang w:val="pl-PL"/>
        </w:rPr>
        <w:t xml:space="preserve"> </w:t>
      </w:r>
      <w:r w:rsidR="00B038CD" w:rsidRPr="00B038CD">
        <w:rPr>
          <w:rFonts w:cstheme="minorHAnsi"/>
          <w:sz w:val="24"/>
          <w:szCs w:val="24"/>
          <w:lang w:val="pl-PL"/>
        </w:rPr>
        <w:t>Rozpoczęcie</w:t>
      </w:r>
      <w:proofErr w:type="gramEnd"/>
      <w:r w:rsidR="00B038CD" w:rsidRPr="00B038CD">
        <w:rPr>
          <w:rFonts w:cstheme="minorHAnsi"/>
          <w:sz w:val="24"/>
          <w:szCs w:val="24"/>
          <w:lang w:val="pl-PL"/>
        </w:rPr>
        <w:t xml:space="preserve"> pracy </w:t>
      </w:r>
    </w:p>
    <w:p w14:paraId="07CDDFE2" w14:textId="77777777" w:rsidR="00B038CD" w:rsidRPr="00B038CD" w:rsidRDefault="007A6386" w:rsidP="008E0FD6">
      <w:pPr>
        <w:shd w:val="clear" w:color="auto" w:fill="FFFFFF"/>
        <w:spacing w:after="0"/>
        <w:rPr>
          <w:rFonts w:cstheme="minorHAnsi"/>
          <w:sz w:val="24"/>
          <w:szCs w:val="24"/>
          <w:lang w:val="pl-PL"/>
        </w:rPr>
      </w:pPr>
      <w:r>
        <w:rPr>
          <w:rFonts w:cstheme="minorHAnsi"/>
          <w:sz w:val="24"/>
          <w:szCs w:val="24"/>
          <w:lang w:val="pl-PL"/>
        </w:rPr>
        <w:t>9</w:t>
      </w:r>
      <w:r w:rsidR="00B038CD" w:rsidRPr="00B038CD">
        <w:rPr>
          <w:rFonts w:cstheme="minorHAnsi"/>
          <w:sz w:val="24"/>
          <w:szCs w:val="24"/>
          <w:lang w:val="pl-PL"/>
        </w:rPr>
        <w:t>:</w:t>
      </w:r>
      <w:r>
        <w:rPr>
          <w:rFonts w:cstheme="minorHAnsi"/>
          <w:sz w:val="24"/>
          <w:szCs w:val="24"/>
          <w:lang w:val="pl-PL"/>
        </w:rPr>
        <w:t>5</w:t>
      </w:r>
      <w:r w:rsidR="00B038CD" w:rsidRPr="00B038CD">
        <w:rPr>
          <w:rFonts w:cstheme="minorHAnsi"/>
          <w:sz w:val="24"/>
          <w:szCs w:val="24"/>
          <w:lang w:val="pl-PL"/>
        </w:rPr>
        <w:t xml:space="preserve">0 - Serwis dania głównego </w:t>
      </w:r>
    </w:p>
    <w:p w14:paraId="00129F4C" w14:textId="77777777" w:rsidR="00B038CD" w:rsidRPr="00B038CD" w:rsidRDefault="007A6386" w:rsidP="008E0FD6">
      <w:pPr>
        <w:shd w:val="clear" w:color="auto" w:fill="FFFFFF"/>
        <w:spacing w:after="0"/>
        <w:rPr>
          <w:rFonts w:cstheme="minorHAnsi"/>
          <w:sz w:val="24"/>
          <w:szCs w:val="24"/>
          <w:lang w:val="pl-PL"/>
        </w:rPr>
      </w:pPr>
      <w:r>
        <w:rPr>
          <w:rFonts w:cstheme="minorHAnsi"/>
          <w:sz w:val="24"/>
          <w:szCs w:val="24"/>
          <w:lang w:val="pl-PL"/>
        </w:rPr>
        <w:t>10</w:t>
      </w:r>
      <w:r w:rsidR="00B038CD" w:rsidRPr="00B038CD">
        <w:rPr>
          <w:rFonts w:cstheme="minorHAnsi"/>
          <w:sz w:val="24"/>
          <w:szCs w:val="24"/>
          <w:lang w:val="pl-PL"/>
        </w:rPr>
        <w:t>:</w:t>
      </w:r>
      <w:r>
        <w:rPr>
          <w:rFonts w:cstheme="minorHAnsi"/>
          <w:sz w:val="24"/>
          <w:szCs w:val="24"/>
          <w:lang w:val="pl-PL"/>
        </w:rPr>
        <w:t>3</w:t>
      </w:r>
      <w:r w:rsidR="00B038CD" w:rsidRPr="00B038CD">
        <w:rPr>
          <w:rFonts w:cstheme="minorHAnsi"/>
          <w:sz w:val="24"/>
          <w:szCs w:val="24"/>
          <w:lang w:val="pl-PL"/>
        </w:rPr>
        <w:t xml:space="preserve">0 - Serwis Deseru </w:t>
      </w:r>
    </w:p>
    <w:p w14:paraId="6575D0F1" w14:textId="77777777" w:rsidR="00B038CD" w:rsidRPr="00B038CD" w:rsidRDefault="00B038CD" w:rsidP="008E0FD6">
      <w:pPr>
        <w:shd w:val="clear" w:color="auto" w:fill="FFFFFF"/>
        <w:spacing w:after="0"/>
        <w:rPr>
          <w:rFonts w:cstheme="minorHAnsi"/>
          <w:sz w:val="24"/>
          <w:szCs w:val="24"/>
          <w:lang w:val="pl-PL"/>
        </w:rPr>
      </w:pPr>
    </w:p>
    <w:p w14:paraId="73DD9F71" w14:textId="77777777" w:rsidR="00B038CD" w:rsidRPr="00B038CD" w:rsidRDefault="00B038CD" w:rsidP="008E0FD6">
      <w:pPr>
        <w:shd w:val="clear" w:color="auto" w:fill="FFFFFF"/>
        <w:spacing w:after="0"/>
        <w:rPr>
          <w:rFonts w:cstheme="minorHAnsi"/>
          <w:sz w:val="24"/>
          <w:szCs w:val="24"/>
          <w:lang w:val="pl-PL"/>
        </w:rPr>
      </w:pPr>
      <w:r w:rsidRPr="00B038CD">
        <w:rPr>
          <w:rFonts w:cstheme="minorHAnsi"/>
          <w:sz w:val="24"/>
          <w:szCs w:val="24"/>
          <w:lang w:val="pl-PL"/>
        </w:rPr>
        <w:t xml:space="preserve">Kuchnia 2 </w:t>
      </w:r>
    </w:p>
    <w:p w14:paraId="183A9D20" w14:textId="77777777" w:rsidR="00B038CD" w:rsidRPr="00B038CD" w:rsidRDefault="00B038CD" w:rsidP="008E0FD6">
      <w:pPr>
        <w:shd w:val="clear" w:color="auto" w:fill="FFFFFF"/>
        <w:spacing w:after="0"/>
        <w:rPr>
          <w:rFonts w:cstheme="minorHAnsi"/>
          <w:sz w:val="24"/>
          <w:szCs w:val="24"/>
          <w:lang w:val="pl-PL"/>
        </w:rPr>
      </w:pPr>
      <w:r w:rsidRPr="00B038CD">
        <w:rPr>
          <w:rFonts w:cstheme="minorHAnsi"/>
          <w:sz w:val="24"/>
          <w:szCs w:val="24"/>
          <w:lang w:val="pl-PL"/>
        </w:rPr>
        <w:t>8:</w:t>
      </w:r>
      <w:r w:rsidR="007A6386">
        <w:rPr>
          <w:rFonts w:cstheme="minorHAnsi"/>
          <w:sz w:val="24"/>
          <w:szCs w:val="24"/>
          <w:lang w:val="pl-PL"/>
        </w:rPr>
        <w:t>1</w:t>
      </w:r>
      <w:r w:rsidRPr="00B038CD">
        <w:rPr>
          <w:rFonts w:cstheme="minorHAnsi"/>
          <w:sz w:val="24"/>
          <w:szCs w:val="24"/>
          <w:lang w:val="pl-PL"/>
        </w:rPr>
        <w:t xml:space="preserve">0 </w:t>
      </w:r>
      <w:proofErr w:type="gramStart"/>
      <w:r w:rsidRPr="00B038CD">
        <w:rPr>
          <w:rFonts w:cstheme="minorHAnsi"/>
          <w:sz w:val="24"/>
          <w:szCs w:val="24"/>
          <w:lang w:val="pl-PL"/>
        </w:rPr>
        <w:t>-  Wejście</w:t>
      </w:r>
      <w:proofErr w:type="gramEnd"/>
      <w:r w:rsidRPr="00B038CD">
        <w:rPr>
          <w:rFonts w:cstheme="minorHAnsi"/>
          <w:sz w:val="24"/>
          <w:szCs w:val="24"/>
          <w:lang w:val="pl-PL"/>
        </w:rPr>
        <w:t xml:space="preserve"> do kuchni</w:t>
      </w:r>
    </w:p>
    <w:p w14:paraId="1BAA9DD5" w14:textId="77777777" w:rsidR="00B038CD" w:rsidRPr="00B038CD" w:rsidRDefault="00B038CD" w:rsidP="008E0FD6">
      <w:pPr>
        <w:shd w:val="clear" w:color="auto" w:fill="FFFFFF"/>
        <w:spacing w:after="0"/>
        <w:rPr>
          <w:rFonts w:cstheme="minorHAnsi"/>
          <w:sz w:val="24"/>
          <w:szCs w:val="24"/>
          <w:lang w:val="pl-PL"/>
        </w:rPr>
      </w:pPr>
      <w:r w:rsidRPr="00B038CD">
        <w:rPr>
          <w:rFonts w:cstheme="minorHAnsi"/>
          <w:sz w:val="24"/>
          <w:szCs w:val="24"/>
          <w:lang w:val="pl-PL"/>
        </w:rPr>
        <w:t>8:</w:t>
      </w:r>
      <w:r w:rsidR="007A6386">
        <w:rPr>
          <w:rFonts w:cstheme="minorHAnsi"/>
          <w:sz w:val="24"/>
          <w:szCs w:val="24"/>
          <w:lang w:val="pl-PL"/>
        </w:rPr>
        <w:t>2</w:t>
      </w:r>
      <w:r w:rsidR="00B029F0">
        <w:rPr>
          <w:rFonts w:cstheme="minorHAnsi"/>
          <w:sz w:val="24"/>
          <w:szCs w:val="24"/>
          <w:lang w:val="pl-PL"/>
        </w:rPr>
        <w:t>5</w:t>
      </w:r>
      <w:r w:rsidRPr="00B038CD">
        <w:rPr>
          <w:rFonts w:cstheme="minorHAnsi"/>
          <w:sz w:val="24"/>
          <w:szCs w:val="24"/>
          <w:lang w:val="pl-PL"/>
        </w:rPr>
        <w:t xml:space="preserve"> </w:t>
      </w:r>
      <w:proofErr w:type="gramStart"/>
      <w:r w:rsidRPr="00B038CD">
        <w:rPr>
          <w:rFonts w:cstheme="minorHAnsi"/>
          <w:sz w:val="24"/>
          <w:szCs w:val="24"/>
          <w:lang w:val="pl-PL"/>
        </w:rPr>
        <w:t xml:space="preserve">- </w:t>
      </w:r>
      <w:r w:rsidR="00C830E5">
        <w:rPr>
          <w:rFonts w:cstheme="minorHAnsi"/>
          <w:sz w:val="24"/>
          <w:szCs w:val="24"/>
          <w:lang w:val="pl-PL"/>
        </w:rPr>
        <w:t xml:space="preserve"> </w:t>
      </w:r>
      <w:r w:rsidRPr="00B038CD">
        <w:rPr>
          <w:rFonts w:cstheme="minorHAnsi"/>
          <w:sz w:val="24"/>
          <w:szCs w:val="24"/>
          <w:lang w:val="pl-PL"/>
        </w:rPr>
        <w:t>Sprawdzenie</w:t>
      </w:r>
      <w:proofErr w:type="gramEnd"/>
      <w:r w:rsidRPr="00B038CD">
        <w:rPr>
          <w:rFonts w:cstheme="minorHAnsi"/>
          <w:sz w:val="24"/>
          <w:szCs w:val="24"/>
          <w:lang w:val="pl-PL"/>
        </w:rPr>
        <w:t xml:space="preserve"> przez jury </w:t>
      </w:r>
      <w:proofErr w:type="spellStart"/>
      <w:r w:rsidRPr="00B038CD">
        <w:rPr>
          <w:rFonts w:cstheme="minorHAnsi"/>
          <w:sz w:val="24"/>
          <w:szCs w:val="24"/>
          <w:lang w:val="pl-PL"/>
        </w:rPr>
        <w:t>mise</w:t>
      </w:r>
      <w:proofErr w:type="spellEnd"/>
      <w:r w:rsidRPr="00B038CD">
        <w:rPr>
          <w:rFonts w:cstheme="minorHAnsi"/>
          <w:sz w:val="24"/>
          <w:szCs w:val="24"/>
          <w:lang w:val="pl-PL"/>
        </w:rPr>
        <w:t xml:space="preserve"> en place </w:t>
      </w:r>
    </w:p>
    <w:p w14:paraId="7B75B99C" w14:textId="77777777" w:rsidR="00B038CD" w:rsidRPr="00B038CD" w:rsidRDefault="00B029F0" w:rsidP="008E0FD6">
      <w:pPr>
        <w:shd w:val="clear" w:color="auto" w:fill="FFFFFF"/>
        <w:spacing w:after="0"/>
        <w:rPr>
          <w:rFonts w:cstheme="minorHAnsi"/>
          <w:sz w:val="24"/>
          <w:szCs w:val="24"/>
          <w:lang w:val="pl-PL"/>
        </w:rPr>
      </w:pPr>
      <w:r>
        <w:rPr>
          <w:rFonts w:cstheme="minorHAnsi"/>
          <w:sz w:val="24"/>
          <w:szCs w:val="24"/>
          <w:lang w:val="pl-PL"/>
        </w:rPr>
        <w:t>8</w:t>
      </w:r>
      <w:r w:rsidR="00B038CD" w:rsidRPr="00B038CD">
        <w:rPr>
          <w:rFonts w:cstheme="minorHAnsi"/>
          <w:sz w:val="24"/>
          <w:szCs w:val="24"/>
          <w:lang w:val="pl-PL"/>
        </w:rPr>
        <w:t>:</w:t>
      </w:r>
      <w:r w:rsidR="007A6386">
        <w:rPr>
          <w:rFonts w:cstheme="minorHAnsi"/>
          <w:sz w:val="24"/>
          <w:szCs w:val="24"/>
          <w:lang w:val="pl-PL"/>
        </w:rPr>
        <w:t>4</w:t>
      </w:r>
      <w:r w:rsidR="00B038CD" w:rsidRPr="00B038CD">
        <w:rPr>
          <w:rFonts w:cstheme="minorHAnsi"/>
          <w:sz w:val="24"/>
          <w:szCs w:val="24"/>
          <w:lang w:val="pl-PL"/>
        </w:rPr>
        <w:t xml:space="preserve">0 </w:t>
      </w:r>
      <w:proofErr w:type="gramStart"/>
      <w:r w:rsidR="00B038CD" w:rsidRPr="00B038CD">
        <w:rPr>
          <w:rFonts w:cstheme="minorHAnsi"/>
          <w:sz w:val="24"/>
          <w:szCs w:val="24"/>
          <w:lang w:val="pl-PL"/>
        </w:rPr>
        <w:t xml:space="preserve">- </w:t>
      </w:r>
      <w:r w:rsidR="00C830E5">
        <w:rPr>
          <w:rFonts w:cstheme="minorHAnsi"/>
          <w:sz w:val="24"/>
          <w:szCs w:val="24"/>
          <w:lang w:val="pl-PL"/>
        </w:rPr>
        <w:t xml:space="preserve"> </w:t>
      </w:r>
      <w:r w:rsidR="00B038CD" w:rsidRPr="00B038CD">
        <w:rPr>
          <w:rFonts w:cstheme="minorHAnsi"/>
          <w:sz w:val="24"/>
          <w:szCs w:val="24"/>
          <w:lang w:val="pl-PL"/>
        </w:rPr>
        <w:t>Rozpoczęcie</w:t>
      </w:r>
      <w:proofErr w:type="gramEnd"/>
      <w:r w:rsidR="00B038CD" w:rsidRPr="00B038CD">
        <w:rPr>
          <w:rFonts w:cstheme="minorHAnsi"/>
          <w:sz w:val="24"/>
          <w:szCs w:val="24"/>
          <w:lang w:val="pl-PL"/>
        </w:rPr>
        <w:t xml:space="preserve"> pracy </w:t>
      </w:r>
    </w:p>
    <w:p w14:paraId="6E5E8F94" w14:textId="77777777" w:rsidR="00B038CD" w:rsidRPr="00B038CD" w:rsidRDefault="00B038CD" w:rsidP="008E0FD6">
      <w:pPr>
        <w:shd w:val="clear" w:color="auto" w:fill="FFFFFF"/>
        <w:spacing w:after="0"/>
        <w:rPr>
          <w:rFonts w:cstheme="minorHAnsi"/>
          <w:sz w:val="24"/>
          <w:szCs w:val="24"/>
          <w:lang w:val="pl-PL"/>
        </w:rPr>
      </w:pPr>
      <w:r w:rsidRPr="00B038CD">
        <w:rPr>
          <w:rFonts w:cstheme="minorHAnsi"/>
          <w:sz w:val="24"/>
          <w:szCs w:val="24"/>
          <w:lang w:val="pl-PL"/>
        </w:rPr>
        <w:t>1</w:t>
      </w:r>
      <w:r w:rsidR="00B029F0">
        <w:rPr>
          <w:rFonts w:cstheme="minorHAnsi"/>
          <w:sz w:val="24"/>
          <w:szCs w:val="24"/>
          <w:lang w:val="pl-PL"/>
        </w:rPr>
        <w:t>0</w:t>
      </w:r>
      <w:r w:rsidRPr="00B038CD">
        <w:rPr>
          <w:rFonts w:cstheme="minorHAnsi"/>
          <w:sz w:val="24"/>
          <w:szCs w:val="24"/>
          <w:lang w:val="pl-PL"/>
        </w:rPr>
        <w:t>:</w:t>
      </w:r>
      <w:r w:rsidR="007A6386">
        <w:rPr>
          <w:rFonts w:cstheme="minorHAnsi"/>
          <w:sz w:val="24"/>
          <w:szCs w:val="24"/>
          <w:lang w:val="pl-PL"/>
        </w:rPr>
        <w:t>0</w:t>
      </w:r>
      <w:r w:rsidRPr="00B038CD">
        <w:rPr>
          <w:rFonts w:cstheme="minorHAnsi"/>
          <w:sz w:val="24"/>
          <w:szCs w:val="24"/>
          <w:lang w:val="pl-PL"/>
        </w:rPr>
        <w:t xml:space="preserve">0 - Serwis dania głównego </w:t>
      </w:r>
    </w:p>
    <w:p w14:paraId="3CB70EFC" w14:textId="77777777" w:rsidR="00B038CD" w:rsidRPr="00B038CD" w:rsidRDefault="00B038CD" w:rsidP="008E0FD6">
      <w:pPr>
        <w:shd w:val="clear" w:color="auto" w:fill="FFFFFF"/>
        <w:spacing w:after="0"/>
        <w:rPr>
          <w:rFonts w:cstheme="minorHAnsi"/>
          <w:sz w:val="24"/>
          <w:szCs w:val="24"/>
          <w:lang w:val="pl-PL"/>
        </w:rPr>
      </w:pPr>
      <w:r w:rsidRPr="00B038CD">
        <w:rPr>
          <w:rFonts w:cstheme="minorHAnsi"/>
          <w:sz w:val="24"/>
          <w:szCs w:val="24"/>
          <w:lang w:val="pl-PL"/>
        </w:rPr>
        <w:t>1</w:t>
      </w:r>
      <w:r w:rsidR="007A6386">
        <w:rPr>
          <w:rFonts w:cstheme="minorHAnsi"/>
          <w:sz w:val="24"/>
          <w:szCs w:val="24"/>
          <w:lang w:val="pl-PL"/>
        </w:rPr>
        <w:t>0</w:t>
      </w:r>
      <w:r w:rsidRPr="00B038CD">
        <w:rPr>
          <w:rFonts w:cstheme="minorHAnsi"/>
          <w:sz w:val="24"/>
          <w:szCs w:val="24"/>
          <w:lang w:val="pl-PL"/>
        </w:rPr>
        <w:t>:</w:t>
      </w:r>
      <w:r w:rsidR="007A6386">
        <w:rPr>
          <w:rFonts w:cstheme="minorHAnsi"/>
          <w:sz w:val="24"/>
          <w:szCs w:val="24"/>
          <w:lang w:val="pl-PL"/>
        </w:rPr>
        <w:t>4</w:t>
      </w:r>
      <w:r w:rsidRPr="00B038CD">
        <w:rPr>
          <w:rFonts w:cstheme="minorHAnsi"/>
          <w:sz w:val="24"/>
          <w:szCs w:val="24"/>
          <w:lang w:val="pl-PL"/>
        </w:rPr>
        <w:t xml:space="preserve">0 - Serwis Deseru </w:t>
      </w:r>
    </w:p>
    <w:p w14:paraId="55C6BAE1" w14:textId="77777777" w:rsidR="00B038CD" w:rsidRPr="00B038CD" w:rsidRDefault="00B038CD" w:rsidP="008E0FD6">
      <w:pPr>
        <w:shd w:val="clear" w:color="auto" w:fill="FFFFFF"/>
        <w:spacing w:after="0"/>
        <w:rPr>
          <w:rFonts w:cstheme="minorHAnsi"/>
          <w:sz w:val="24"/>
          <w:szCs w:val="24"/>
          <w:lang w:val="pl-PL"/>
        </w:rPr>
      </w:pPr>
    </w:p>
    <w:p w14:paraId="43FC21B4" w14:textId="77777777" w:rsidR="00B038CD" w:rsidRPr="00B038CD" w:rsidRDefault="00B038CD" w:rsidP="008E0FD6">
      <w:pPr>
        <w:shd w:val="clear" w:color="auto" w:fill="FFFFFF"/>
        <w:spacing w:after="0"/>
        <w:rPr>
          <w:rFonts w:cstheme="minorHAnsi"/>
          <w:sz w:val="24"/>
          <w:szCs w:val="24"/>
          <w:lang w:val="pl-PL"/>
        </w:rPr>
      </w:pPr>
      <w:r w:rsidRPr="00B038CD">
        <w:rPr>
          <w:rFonts w:cstheme="minorHAnsi"/>
          <w:sz w:val="24"/>
          <w:szCs w:val="24"/>
          <w:lang w:val="pl-PL"/>
        </w:rPr>
        <w:t xml:space="preserve">Kuchnia 3 </w:t>
      </w:r>
    </w:p>
    <w:p w14:paraId="3AA5D9AC" w14:textId="77777777" w:rsidR="00B038CD" w:rsidRPr="00B038CD" w:rsidRDefault="00B038CD" w:rsidP="008E0FD6">
      <w:pPr>
        <w:shd w:val="clear" w:color="auto" w:fill="FFFFFF"/>
        <w:spacing w:after="0"/>
        <w:rPr>
          <w:rFonts w:cstheme="minorHAnsi"/>
          <w:sz w:val="24"/>
          <w:szCs w:val="24"/>
          <w:lang w:val="pl-PL"/>
        </w:rPr>
      </w:pPr>
      <w:r w:rsidRPr="00B038CD">
        <w:rPr>
          <w:rFonts w:cstheme="minorHAnsi"/>
          <w:sz w:val="24"/>
          <w:szCs w:val="24"/>
          <w:lang w:val="pl-PL"/>
        </w:rPr>
        <w:t>8:</w:t>
      </w:r>
      <w:r w:rsidR="007A6386">
        <w:rPr>
          <w:rFonts w:cstheme="minorHAnsi"/>
          <w:sz w:val="24"/>
          <w:szCs w:val="24"/>
          <w:lang w:val="pl-PL"/>
        </w:rPr>
        <w:t>2</w:t>
      </w:r>
      <w:r w:rsidRPr="00B038CD">
        <w:rPr>
          <w:rFonts w:cstheme="minorHAnsi"/>
          <w:sz w:val="24"/>
          <w:szCs w:val="24"/>
          <w:lang w:val="pl-PL"/>
        </w:rPr>
        <w:t xml:space="preserve">0 </w:t>
      </w:r>
      <w:proofErr w:type="gramStart"/>
      <w:r w:rsidRPr="00B038CD">
        <w:rPr>
          <w:rFonts w:cstheme="minorHAnsi"/>
          <w:sz w:val="24"/>
          <w:szCs w:val="24"/>
          <w:lang w:val="pl-PL"/>
        </w:rPr>
        <w:t>-  Wejście</w:t>
      </w:r>
      <w:proofErr w:type="gramEnd"/>
      <w:r w:rsidRPr="00B038CD">
        <w:rPr>
          <w:rFonts w:cstheme="minorHAnsi"/>
          <w:sz w:val="24"/>
          <w:szCs w:val="24"/>
          <w:lang w:val="pl-PL"/>
        </w:rPr>
        <w:t xml:space="preserve"> do kuchni</w:t>
      </w:r>
    </w:p>
    <w:p w14:paraId="079C68D0" w14:textId="77777777" w:rsidR="00B038CD" w:rsidRPr="00B038CD" w:rsidRDefault="00B038CD" w:rsidP="008E0FD6">
      <w:pPr>
        <w:shd w:val="clear" w:color="auto" w:fill="FFFFFF"/>
        <w:spacing w:after="0"/>
        <w:rPr>
          <w:rFonts w:cstheme="minorHAnsi"/>
          <w:sz w:val="24"/>
          <w:szCs w:val="24"/>
          <w:lang w:val="pl-PL"/>
        </w:rPr>
      </w:pPr>
      <w:r w:rsidRPr="00B038CD">
        <w:rPr>
          <w:rFonts w:cstheme="minorHAnsi"/>
          <w:sz w:val="24"/>
          <w:szCs w:val="24"/>
          <w:lang w:val="pl-PL"/>
        </w:rPr>
        <w:t>8:</w:t>
      </w:r>
      <w:r w:rsidR="007A6386">
        <w:rPr>
          <w:rFonts w:cstheme="minorHAnsi"/>
          <w:sz w:val="24"/>
          <w:szCs w:val="24"/>
          <w:lang w:val="pl-PL"/>
        </w:rPr>
        <w:t>3</w:t>
      </w:r>
      <w:r w:rsidR="00B029F0">
        <w:rPr>
          <w:rFonts w:cstheme="minorHAnsi"/>
          <w:sz w:val="24"/>
          <w:szCs w:val="24"/>
          <w:lang w:val="pl-PL"/>
        </w:rPr>
        <w:t>5</w:t>
      </w:r>
      <w:r w:rsidRPr="00B038CD">
        <w:rPr>
          <w:rFonts w:cstheme="minorHAnsi"/>
          <w:sz w:val="24"/>
          <w:szCs w:val="24"/>
          <w:lang w:val="pl-PL"/>
        </w:rPr>
        <w:t xml:space="preserve"> </w:t>
      </w:r>
      <w:proofErr w:type="gramStart"/>
      <w:r w:rsidRPr="00B038CD">
        <w:rPr>
          <w:rFonts w:cstheme="minorHAnsi"/>
          <w:sz w:val="24"/>
          <w:szCs w:val="24"/>
          <w:lang w:val="pl-PL"/>
        </w:rPr>
        <w:t xml:space="preserve">- </w:t>
      </w:r>
      <w:r w:rsidR="00C830E5">
        <w:rPr>
          <w:rFonts w:cstheme="minorHAnsi"/>
          <w:sz w:val="24"/>
          <w:szCs w:val="24"/>
          <w:lang w:val="pl-PL"/>
        </w:rPr>
        <w:t xml:space="preserve"> </w:t>
      </w:r>
      <w:r w:rsidRPr="00B038CD">
        <w:rPr>
          <w:rFonts w:cstheme="minorHAnsi"/>
          <w:sz w:val="24"/>
          <w:szCs w:val="24"/>
          <w:lang w:val="pl-PL"/>
        </w:rPr>
        <w:t>Sprawdzenie</w:t>
      </w:r>
      <w:proofErr w:type="gramEnd"/>
      <w:r w:rsidRPr="00B038CD">
        <w:rPr>
          <w:rFonts w:cstheme="minorHAnsi"/>
          <w:sz w:val="24"/>
          <w:szCs w:val="24"/>
          <w:lang w:val="pl-PL"/>
        </w:rPr>
        <w:t xml:space="preserve"> przez jury </w:t>
      </w:r>
      <w:proofErr w:type="spellStart"/>
      <w:r w:rsidRPr="00B038CD">
        <w:rPr>
          <w:rFonts w:cstheme="minorHAnsi"/>
          <w:sz w:val="24"/>
          <w:szCs w:val="24"/>
          <w:lang w:val="pl-PL"/>
        </w:rPr>
        <w:t>mise</w:t>
      </w:r>
      <w:proofErr w:type="spellEnd"/>
      <w:r w:rsidRPr="00B038CD">
        <w:rPr>
          <w:rFonts w:cstheme="minorHAnsi"/>
          <w:sz w:val="24"/>
          <w:szCs w:val="24"/>
          <w:lang w:val="pl-PL"/>
        </w:rPr>
        <w:t xml:space="preserve"> en place </w:t>
      </w:r>
    </w:p>
    <w:p w14:paraId="166DB86D" w14:textId="77777777" w:rsidR="00B038CD" w:rsidRPr="00B038CD" w:rsidRDefault="007A6386" w:rsidP="008E0FD6">
      <w:pPr>
        <w:shd w:val="clear" w:color="auto" w:fill="FFFFFF"/>
        <w:spacing w:after="0"/>
        <w:rPr>
          <w:rFonts w:cstheme="minorHAnsi"/>
          <w:sz w:val="24"/>
          <w:szCs w:val="24"/>
          <w:lang w:val="pl-PL"/>
        </w:rPr>
      </w:pPr>
      <w:r>
        <w:rPr>
          <w:rFonts w:cstheme="minorHAnsi"/>
          <w:sz w:val="24"/>
          <w:szCs w:val="24"/>
          <w:lang w:val="pl-PL"/>
        </w:rPr>
        <w:t>8</w:t>
      </w:r>
      <w:r w:rsidR="00B038CD" w:rsidRPr="00B038CD">
        <w:rPr>
          <w:rFonts w:cstheme="minorHAnsi"/>
          <w:sz w:val="24"/>
          <w:szCs w:val="24"/>
          <w:lang w:val="pl-PL"/>
        </w:rPr>
        <w:t>:</w:t>
      </w:r>
      <w:r>
        <w:rPr>
          <w:rFonts w:cstheme="minorHAnsi"/>
          <w:sz w:val="24"/>
          <w:szCs w:val="24"/>
          <w:lang w:val="pl-PL"/>
        </w:rPr>
        <w:t>5</w:t>
      </w:r>
      <w:r w:rsidR="00B038CD" w:rsidRPr="00B038CD">
        <w:rPr>
          <w:rFonts w:cstheme="minorHAnsi"/>
          <w:sz w:val="24"/>
          <w:szCs w:val="24"/>
          <w:lang w:val="pl-PL"/>
        </w:rPr>
        <w:t xml:space="preserve">0 </w:t>
      </w:r>
      <w:proofErr w:type="gramStart"/>
      <w:r w:rsidR="00B038CD" w:rsidRPr="00B038CD">
        <w:rPr>
          <w:rFonts w:cstheme="minorHAnsi"/>
          <w:sz w:val="24"/>
          <w:szCs w:val="24"/>
          <w:lang w:val="pl-PL"/>
        </w:rPr>
        <w:t xml:space="preserve">- </w:t>
      </w:r>
      <w:r w:rsidR="00C830E5">
        <w:rPr>
          <w:rFonts w:cstheme="minorHAnsi"/>
          <w:sz w:val="24"/>
          <w:szCs w:val="24"/>
          <w:lang w:val="pl-PL"/>
        </w:rPr>
        <w:t xml:space="preserve"> </w:t>
      </w:r>
      <w:r w:rsidR="00B038CD" w:rsidRPr="00B038CD">
        <w:rPr>
          <w:rFonts w:cstheme="minorHAnsi"/>
          <w:sz w:val="24"/>
          <w:szCs w:val="24"/>
          <w:lang w:val="pl-PL"/>
        </w:rPr>
        <w:t>Rozpoczęcie</w:t>
      </w:r>
      <w:proofErr w:type="gramEnd"/>
      <w:r w:rsidR="00B038CD" w:rsidRPr="00B038CD">
        <w:rPr>
          <w:rFonts w:cstheme="minorHAnsi"/>
          <w:sz w:val="24"/>
          <w:szCs w:val="24"/>
          <w:lang w:val="pl-PL"/>
        </w:rPr>
        <w:t xml:space="preserve"> pracy </w:t>
      </w:r>
    </w:p>
    <w:p w14:paraId="0A48DE4E" w14:textId="77777777" w:rsidR="00B038CD" w:rsidRPr="00B038CD" w:rsidRDefault="00B029F0" w:rsidP="008E0FD6">
      <w:pPr>
        <w:shd w:val="clear" w:color="auto" w:fill="FFFFFF"/>
        <w:spacing w:after="0"/>
        <w:rPr>
          <w:rFonts w:cstheme="minorHAnsi"/>
          <w:sz w:val="24"/>
          <w:szCs w:val="24"/>
          <w:lang w:val="pl-PL"/>
        </w:rPr>
      </w:pPr>
      <w:r>
        <w:rPr>
          <w:rFonts w:cstheme="minorHAnsi"/>
          <w:sz w:val="24"/>
          <w:szCs w:val="24"/>
          <w:lang w:val="pl-PL"/>
        </w:rPr>
        <w:t>1</w:t>
      </w:r>
      <w:r w:rsidR="007A6386">
        <w:rPr>
          <w:rFonts w:cstheme="minorHAnsi"/>
          <w:sz w:val="24"/>
          <w:szCs w:val="24"/>
          <w:lang w:val="pl-PL"/>
        </w:rPr>
        <w:t>0</w:t>
      </w:r>
      <w:r w:rsidR="00B038CD" w:rsidRPr="00B038CD">
        <w:rPr>
          <w:rFonts w:cstheme="minorHAnsi"/>
          <w:sz w:val="24"/>
          <w:szCs w:val="24"/>
          <w:lang w:val="pl-PL"/>
        </w:rPr>
        <w:t>:</w:t>
      </w:r>
      <w:r>
        <w:rPr>
          <w:rFonts w:cstheme="minorHAnsi"/>
          <w:sz w:val="24"/>
          <w:szCs w:val="24"/>
          <w:lang w:val="pl-PL"/>
        </w:rPr>
        <w:t>1</w:t>
      </w:r>
      <w:r w:rsidR="00B038CD" w:rsidRPr="00B038CD">
        <w:rPr>
          <w:rFonts w:cstheme="minorHAnsi"/>
          <w:sz w:val="24"/>
          <w:szCs w:val="24"/>
          <w:lang w:val="pl-PL"/>
        </w:rPr>
        <w:t xml:space="preserve">0 - Serwis dania głównego </w:t>
      </w:r>
    </w:p>
    <w:p w14:paraId="28850C5C" w14:textId="77777777" w:rsidR="00B038CD" w:rsidRPr="00B038CD" w:rsidRDefault="00B038CD" w:rsidP="008E0FD6">
      <w:pPr>
        <w:shd w:val="clear" w:color="auto" w:fill="FFFFFF"/>
        <w:spacing w:after="0"/>
        <w:rPr>
          <w:rFonts w:cstheme="minorHAnsi"/>
          <w:sz w:val="24"/>
          <w:szCs w:val="24"/>
          <w:lang w:val="pl-PL"/>
        </w:rPr>
      </w:pPr>
      <w:r w:rsidRPr="00B038CD">
        <w:rPr>
          <w:rFonts w:cstheme="minorHAnsi"/>
          <w:sz w:val="24"/>
          <w:szCs w:val="24"/>
          <w:lang w:val="pl-PL"/>
        </w:rPr>
        <w:t>1</w:t>
      </w:r>
      <w:r w:rsidR="007A6386">
        <w:rPr>
          <w:rFonts w:cstheme="minorHAnsi"/>
          <w:sz w:val="24"/>
          <w:szCs w:val="24"/>
          <w:lang w:val="pl-PL"/>
        </w:rPr>
        <w:t>0</w:t>
      </w:r>
      <w:r w:rsidRPr="00B038CD">
        <w:rPr>
          <w:rFonts w:cstheme="minorHAnsi"/>
          <w:sz w:val="24"/>
          <w:szCs w:val="24"/>
          <w:lang w:val="pl-PL"/>
        </w:rPr>
        <w:t>:</w:t>
      </w:r>
      <w:r w:rsidR="007A6386">
        <w:rPr>
          <w:rFonts w:cstheme="minorHAnsi"/>
          <w:sz w:val="24"/>
          <w:szCs w:val="24"/>
          <w:lang w:val="pl-PL"/>
        </w:rPr>
        <w:t>5</w:t>
      </w:r>
      <w:r w:rsidRPr="00B038CD">
        <w:rPr>
          <w:rFonts w:cstheme="minorHAnsi"/>
          <w:sz w:val="24"/>
          <w:szCs w:val="24"/>
          <w:lang w:val="pl-PL"/>
        </w:rPr>
        <w:t xml:space="preserve">0 - Serwis Deseru </w:t>
      </w:r>
    </w:p>
    <w:p w14:paraId="1337FDD7" w14:textId="77777777" w:rsidR="00B038CD" w:rsidRDefault="00B038CD" w:rsidP="008E0FD6">
      <w:pPr>
        <w:shd w:val="clear" w:color="auto" w:fill="FFFFFF"/>
        <w:spacing w:after="0"/>
        <w:rPr>
          <w:rFonts w:cstheme="minorHAnsi"/>
          <w:sz w:val="24"/>
          <w:szCs w:val="24"/>
          <w:lang w:val="pl-PL"/>
        </w:rPr>
      </w:pPr>
    </w:p>
    <w:p w14:paraId="6611E178" w14:textId="77777777" w:rsidR="00FB4546" w:rsidRDefault="00FB4546" w:rsidP="008E0FD6">
      <w:pPr>
        <w:shd w:val="clear" w:color="auto" w:fill="FFFFFF"/>
        <w:spacing w:after="0"/>
        <w:rPr>
          <w:rFonts w:cstheme="minorHAnsi"/>
          <w:sz w:val="24"/>
          <w:szCs w:val="24"/>
          <w:lang w:val="pl-PL"/>
        </w:rPr>
      </w:pPr>
    </w:p>
    <w:p w14:paraId="5703938E" w14:textId="77777777" w:rsidR="00FB4546" w:rsidRPr="00B038CD" w:rsidRDefault="00FB4546" w:rsidP="008E0FD6">
      <w:pPr>
        <w:shd w:val="clear" w:color="auto" w:fill="FFFFFF"/>
        <w:spacing w:after="0"/>
        <w:rPr>
          <w:rFonts w:cstheme="minorHAnsi"/>
          <w:sz w:val="24"/>
          <w:szCs w:val="24"/>
          <w:lang w:val="pl-PL"/>
        </w:rPr>
      </w:pPr>
    </w:p>
    <w:p w14:paraId="3F409C0E" w14:textId="77777777" w:rsidR="00B038CD" w:rsidRPr="00B038CD" w:rsidRDefault="00B038CD" w:rsidP="008E0FD6">
      <w:pPr>
        <w:shd w:val="clear" w:color="auto" w:fill="FFFFFF"/>
        <w:spacing w:after="0"/>
        <w:rPr>
          <w:rFonts w:cstheme="minorHAnsi"/>
          <w:sz w:val="24"/>
          <w:szCs w:val="24"/>
          <w:lang w:val="pl-PL"/>
        </w:rPr>
      </w:pPr>
      <w:r w:rsidRPr="00B038CD">
        <w:rPr>
          <w:rFonts w:cstheme="minorHAnsi"/>
          <w:sz w:val="24"/>
          <w:szCs w:val="24"/>
          <w:lang w:val="pl-PL"/>
        </w:rPr>
        <w:lastRenderedPageBreak/>
        <w:t xml:space="preserve">Kuchnia 4 </w:t>
      </w:r>
    </w:p>
    <w:p w14:paraId="2CAFAD63" w14:textId="77777777" w:rsidR="00B038CD" w:rsidRPr="00B038CD" w:rsidRDefault="007A6386" w:rsidP="008E0FD6">
      <w:pPr>
        <w:shd w:val="clear" w:color="auto" w:fill="FFFFFF"/>
        <w:spacing w:after="0"/>
        <w:rPr>
          <w:rFonts w:cstheme="minorHAnsi"/>
          <w:sz w:val="24"/>
          <w:szCs w:val="24"/>
          <w:lang w:val="pl-PL"/>
        </w:rPr>
      </w:pPr>
      <w:r>
        <w:rPr>
          <w:rFonts w:cstheme="minorHAnsi"/>
          <w:sz w:val="24"/>
          <w:szCs w:val="24"/>
          <w:lang w:val="pl-PL"/>
        </w:rPr>
        <w:t>8</w:t>
      </w:r>
      <w:r w:rsidR="00B038CD" w:rsidRPr="00B038CD">
        <w:rPr>
          <w:rFonts w:cstheme="minorHAnsi"/>
          <w:sz w:val="24"/>
          <w:szCs w:val="24"/>
          <w:lang w:val="pl-PL"/>
        </w:rPr>
        <w:t>:</w:t>
      </w:r>
      <w:r>
        <w:rPr>
          <w:rFonts w:cstheme="minorHAnsi"/>
          <w:sz w:val="24"/>
          <w:szCs w:val="24"/>
          <w:lang w:val="pl-PL"/>
        </w:rPr>
        <w:t>3</w:t>
      </w:r>
      <w:r w:rsidR="00B038CD" w:rsidRPr="00B038CD">
        <w:rPr>
          <w:rFonts w:cstheme="minorHAnsi"/>
          <w:sz w:val="24"/>
          <w:szCs w:val="24"/>
          <w:lang w:val="pl-PL"/>
        </w:rPr>
        <w:t xml:space="preserve">0 </w:t>
      </w:r>
      <w:proofErr w:type="gramStart"/>
      <w:r w:rsidR="00B038CD" w:rsidRPr="00B038CD">
        <w:rPr>
          <w:rFonts w:cstheme="minorHAnsi"/>
          <w:sz w:val="24"/>
          <w:szCs w:val="24"/>
          <w:lang w:val="pl-PL"/>
        </w:rPr>
        <w:t>-  Wejście</w:t>
      </w:r>
      <w:proofErr w:type="gramEnd"/>
      <w:r w:rsidR="00B038CD" w:rsidRPr="00B038CD">
        <w:rPr>
          <w:rFonts w:cstheme="minorHAnsi"/>
          <w:sz w:val="24"/>
          <w:szCs w:val="24"/>
          <w:lang w:val="pl-PL"/>
        </w:rPr>
        <w:t xml:space="preserve"> do kuchni</w:t>
      </w:r>
    </w:p>
    <w:p w14:paraId="6A9B82CF" w14:textId="77777777" w:rsidR="00B038CD" w:rsidRPr="00B038CD" w:rsidRDefault="007A6386" w:rsidP="008E0FD6">
      <w:pPr>
        <w:shd w:val="clear" w:color="auto" w:fill="FFFFFF"/>
        <w:spacing w:after="0"/>
        <w:rPr>
          <w:rFonts w:cstheme="minorHAnsi"/>
          <w:sz w:val="24"/>
          <w:szCs w:val="24"/>
          <w:lang w:val="pl-PL"/>
        </w:rPr>
      </w:pPr>
      <w:r>
        <w:rPr>
          <w:rFonts w:cstheme="minorHAnsi"/>
          <w:sz w:val="24"/>
          <w:szCs w:val="24"/>
          <w:lang w:val="pl-PL"/>
        </w:rPr>
        <w:t>8</w:t>
      </w:r>
      <w:r w:rsidR="00B038CD" w:rsidRPr="00B038CD">
        <w:rPr>
          <w:rFonts w:cstheme="minorHAnsi"/>
          <w:sz w:val="24"/>
          <w:szCs w:val="24"/>
          <w:lang w:val="pl-PL"/>
        </w:rPr>
        <w:t>:</w:t>
      </w:r>
      <w:r>
        <w:rPr>
          <w:rFonts w:cstheme="minorHAnsi"/>
          <w:sz w:val="24"/>
          <w:szCs w:val="24"/>
          <w:lang w:val="pl-PL"/>
        </w:rPr>
        <w:t>4</w:t>
      </w:r>
      <w:r w:rsidR="00933BEE">
        <w:rPr>
          <w:rFonts w:cstheme="minorHAnsi"/>
          <w:sz w:val="24"/>
          <w:szCs w:val="24"/>
          <w:lang w:val="pl-PL"/>
        </w:rPr>
        <w:t>5</w:t>
      </w:r>
      <w:r w:rsidR="00B038CD" w:rsidRPr="00B038CD">
        <w:rPr>
          <w:rFonts w:cstheme="minorHAnsi"/>
          <w:sz w:val="24"/>
          <w:szCs w:val="24"/>
          <w:lang w:val="pl-PL"/>
        </w:rPr>
        <w:t xml:space="preserve"> - Sprawdzenie przez jury </w:t>
      </w:r>
      <w:proofErr w:type="spellStart"/>
      <w:r w:rsidR="00B038CD" w:rsidRPr="00B038CD">
        <w:rPr>
          <w:rFonts w:cstheme="minorHAnsi"/>
          <w:sz w:val="24"/>
          <w:szCs w:val="24"/>
          <w:lang w:val="pl-PL"/>
        </w:rPr>
        <w:t>mise</w:t>
      </w:r>
      <w:proofErr w:type="spellEnd"/>
      <w:r w:rsidR="00B038CD" w:rsidRPr="00B038CD">
        <w:rPr>
          <w:rFonts w:cstheme="minorHAnsi"/>
          <w:sz w:val="24"/>
          <w:szCs w:val="24"/>
          <w:lang w:val="pl-PL"/>
        </w:rPr>
        <w:t xml:space="preserve"> en place </w:t>
      </w:r>
    </w:p>
    <w:p w14:paraId="6AF622DA" w14:textId="77777777" w:rsidR="00B038CD" w:rsidRPr="00B038CD" w:rsidRDefault="00933BEE" w:rsidP="008E0FD6">
      <w:pPr>
        <w:shd w:val="clear" w:color="auto" w:fill="FFFFFF"/>
        <w:spacing w:after="0"/>
        <w:rPr>
          <w:rFonts w:cstheme="minorHAnsi"/>
          <w:sz w:val="24"/>
          <w:szCs w:val="24"/>
          <w:lang w:val="pl-PL"/>
        </w:rPr>
      </w:pPr>
      <w:r>
        <w:rPr>
          <w:rFonts w:cstheme="minorHAnsi"/>
          <w:sz w:val="24"/>
          <w:szCs w:val="24"/>
          <w:lang w:val="pl-PL"/>
        </w:rPr>
        <w:t>9</w:t>
      </w:r>
      <w:r w:rsidR="00B038CD" w:rsidRPr="00B038CD">
        <w:rPr>
          <w:rFonts w:cstheme="minorHAnsi"/>
          <w:sz w:val="24"/>
          <w:szCs w:val="24"/>
          <w:lang w:val="pl-PL"/>
        </w:rPr>
        <w:t>:</w:t>
      </w:r>
      <w:r w:rsidR="007A6386">
        <w:rPr>
          <w:rFonts w:cstheme="minorHAnsi"/>
          <w:sz w:val="24"/>
          <w:szCs w:val="24"/>
          <w:lang w:val="pl-PL"/>
        </w:rPr>
        <w:t>0</w:t>
      </w:r>
      <w:r>
        <w:rPr>
          <w:rFonts w:cstheme="minorHAnsi"/>
          <w:sz w:val="24"/>
          <w:szCs w:val="24"/>
          <w:lang w:val="pl-PL"/>
        </w:rPr>
        <w:t>0</w:t>
      </w:r>
      <w:r w:rsidR="00B038CD" w:rsidRPr="00B038CD">
        <w:rPr>
          <w:rFonts w:cstheme="minorHAnsi"/>
          <w:sz w:val="24"/>
          <w:szCs w:val="24"/>
          <w:lang w:val="pl-PL"/>
        </w:rPr>
        <w:t xml:space="preserve"> - Rozpoczęcie pracy </w:t>
      </w:r>
    </w:p>
    <w:p w14:paraId="7FA3F55C" w14:textId="77777777" w:rsidR="00B038CD" w:rsidRPr="00B038CD" w:rsidRDefault="00B029F0" w:rsidP="008E0FD6">
      <w:pPr>
        <w:shd w:val="clear" w:color="auto" w:fill="FFFFFF"/>
        <w:spacing w:after="0"/>
        <w:rPr>
          <w:rFonts w:cstheme="minorHAnsi"/>
          <w:sz w:val="24"/>
          <w:szCs w:val="24"/>
          <w:lang w:val="pl-PL"/>
        </w:rPr>
      </w:pPr>
      <w:r>
        <w:rPr>
          <w:rFonts w:cstheme="minorHAnsi"/>
          <w:sz w:val="24"/>
          <w:szCs w:val="24"/>
          <w:lang w:val="pl-PL"/>
        </w:rPr>
        <w:t>1</w:t>
      </w:r>
      <w:r w:rsidR="007A6386">
        <w:rPr>
          <w:rFonts w:cstheme="minorHAnsi"/>
          <w:sz w:val="24"/>
          <w:szCs w:val="24"/>
          <w:lang w:val="pl-PL"/>
        </w:rPr>
        <w:t>0</w:t>
      </w:r>
      <w:r w:rsidR="00B038CD" w:rsidRPr="00B038CD">
        <w:rPr>
          <w:rFonts w:cstheme="minorHAnsi"/>
          <w:sz w:val="24"/>
          <w:szCs w:val="24"/>
          <w:lang w:val="pl-PL"/>
        </w:rPr>
        <w:t>:</w:t>
      </w:r>
      <w:r w:rsidR="007A6386">
        <w:rPr>
          <w:rFonts w:cstheme="minorHAnsi"/>
          <w:sz w:val="24"/>
          <w:szCs w:val="24"/>
          <w:lang w:val="pl-PL"/>
        </w:rPr>
        <w:t>2</w:t>
      </w:r>
      <w:r w:rsidR="00B038CD" w:rsidRPr="00B038CD">
        <w:rPr>
          <w:rFonts w:cstheme="minorHAnsi"/>
          <w:sz w:val="24"/>
          <w:szCs w:val="24"/>
          <w:lang w:val="pl-PL"/>
        </w:rPr>
        <w:t xml:space="preserve">0 - Serwis dania głównego </w:t>
      </w:r>
    </w:p>
    <w:p w14:paraId="5008C77A" w14:textId="77777777" w:rsidR="00B038CD" w:rsidRPr="00B038CD" w:rsidRDefault="00933BEE" w:rsidP="008E0FD6">
      <w:pPr>
        <w:shd w:val="clear" w:color="auto" w:fill="FFFFFF"/>
        <w:spacing w:after="0"/>
        <w:rPr>
          <w:rFonts w:cstheme="minorHAnsi"/>
          <w:sz w:val="24"/>
          <w:szCs w:val="24"/>
          <w:lang w:val="pl-PL"/>
        </w:rPr>
      </w:pPr>
      <w:r>
        <w:rPr>
          <w:rFonts w:cstheme="minorHAnsi"/>
          <w:sz w:val="24"/>
          <w:szCs w:val="24"/>
          <w:lang w:val="pl-PL"/>
        </w:rPr>
        <w:t>1</w:t>
      </w:r>
      <w:r w:rsidR="007A6386">
        <w:rPr>
          <w:rFonts w:cstheme="minorHAnsi"/>
          <w:sz w:val="24"/>
          <w:szCs w:val="24"/>
          <w:lang w:val="pl-PL"/>
        </w:rPr>
        <w:t>1</w:t>
      </w:r>
      <w:r w:rsidR="00B038CD" w:rsidRPr="00B038CD">
        <w:rPr>
          <w:rFonts w:cstheme="minorHAnsi"/>
          <w:sz w:val="24"/>
          <w:szCs w:val="24"/>
          <w:lang w:val="pl-PL"/>
        </w:rPr>
        <w:t>:</w:t>
      </w:r>
      <w:r>
        <w:rPr>
          <w:rFonts w:cstheme="minorHAnsi"/>
          <w:sz w:val="24"/>
          <w:szCs w:val="24"/>
          <w:lang w:val="pl-PL"/>
        </w:rPr>
        <w:t>0</w:t>
      </w:r>
      <w:r w:rsidR="00B038CD" w:rsidRPr="00B038CD">
        <w:rPr>
          <w:rFonts w:cstheme="minorHAnsi"/>
          <w:sz w:val="24"/>
          <w:szCs w:val="24"/>
          <w:lang w:val="pl-PL"/>
        </w:rPr>
        <w:t xml:space="preserve">0 - Serwis Deseru </w:t>
      </w:r>
    </w:p>
    <w:p w14:paraId="7BD9734D" w14:textId="77777777" w:rsidR="00B038CD" w:rsidRPr="00B038CD" w:rsidRDefault="00B038CD" w:rsidP="008E0FD6">
      <w:pPr>
        <w:shd w:val="clear" w:color="auto" w:fill="FFFFFF"/>
        <w:spacing w:after="0"/>
        <w:rPr>
          <w:rFonts w:cstheme="minorHAnsi"/>
          <w:sz w:val="24"/>
          <w:szCs w:val="24"/>
          <w:lang w:val="pl-PL"/>
        </w:rPr>
      </w:pPr>
    </w:p>
    <w:p w14:paraId="602944F6" w14:textId="77777777" w:rsidR="00B038CD" w:rsidRPr="00B038CD" w:rsidRDefault="00B038CD" w:rsidP="008E0FD6">
      <w:pPr>
        <w:shd w:val="clear" w:color="auto" w:fill="FFFFFF"/>
        <w:spacing w:after="0"/>
        <w:rPr>
          <w:rFonts w:cstheme="minorHAnsi"/>
          <w:sz w:val="24"/>
          <w:szCs w:val="24"/>
          <w:lang w:val="pl-PL"/>
        </w:rPr>
      </w:pPr>
      <w:r w:rsidRPr="00B038CD">
        <w:rPr>
          <w:rFonts w:cstheme="minorHAnsi"/>
          <w:sz w:val="24"/>
          <w:szCs w:val="24"/>
          <w:lang w:val="pl-PL"/>
        </w:rPr>
        <w:t>Kuchnia 5</w:t>
      </w:r>
    </w:p>
    <w:p w14:paraId="2A47721A" w14:textId="77777777" w:rsidR="00B038CD" w:rsidRPr="00B038CD" w:rsidRDefault="00933BEE" w:rsidP="008E0FD6">
      <w:pPr>
        <w:shd w:val="clear" w:color="auto" w:fill="FFFFFF"/>
        <w:spacing w:after="0"/>
        <w:rPr>
          <w:rFonts w:cstheme="minorHAnsi"/>
          <w:sz w:val="24"/>
          <w:szCs w:val="24"/>
          <w:lang w:val="pl-PL"/>
        </w:rPr>
      </w:pPr>
      <w:r>
        <w:rPr>
          <w:rFonts w:cstheme="minorHAnsi"/>
          <w:sz w:val="24"/>
          <w:szCs w:val="24"/>
          <w:lang w:val="pl-PL"/>
        </w:rPr>
        <w:t>1</w:t>
      </w:r>
      <w:r w:rsidR="007A6386">
        <w:rPr>
          <w:rFonts w:cstheme="minorHAnsi"/>
          <w:sz w:val="24"/>
          <w:szCs w:val="24"/>
          <w:lang w:val="pl-PL"/>
        </w:rPr>
        <w:t>1</w:t>
      </w:r>
      <w:r w:rsidR="00B038CD" w:rsidRPr="00B038CD">
        <w:rPr>
          <w:rFonts w:cstheme="minorHAnsi"/>
          <w:sz w:val="24"/>
          <w:szCs w:val="24"/>
          <w:lang w:val="pl-PL"/>
        </w:rPr>
        <w:t>:</w:t>
      </w:r>
      <w:r>
        <w:rPr>
          <w:rFonts w:cstheme="minorHAnsi"/>
          <w:sz w:val="24"/>
          <w:szCs w:val="24"/>
          <w:lang w:val="pl-PL"/>
        </w:rPr>
        <w:t>0</w:t>
      </w:r>
      <w:r w:rsidR="00B038CD" w:rsidRPr="00B038CD">
        <w:rPr>
          <w:rFonts w:cstheme="minorHAnsi"/>
          <w:sz w:val="24"/>
          <w:szCs w:val="24"/>
          <w:lang w:val="pl-PL"/>
        </w:rPr>
        <w:t xml:space="preserve">0 </w:t>
      </w:r>
      <w:proofErr w:type="gramStart"/>
      <w:r w:rsidR="00B038CD" w:rsidRPr="00B038CD">
        <w:rPr>
          <w:rFonts w:cstheme="minorHAnsi"/>
          <w:sz w:val="24"/>
          <w:szCs w:val="24"/>
          <w:lang w:val="pl-PL"/>
        </w:rPr>
        <w:t>-  Wejście</w:t>
      </w:r>
      <w:proofErr w:type="gramEnd"/>
      <w:r w:rsidR="00B038CD" w:rsidRPr="00B038CD">
        <w:rPr>
          <w:rFonts w:cstheme="minorHAnsi"/>
          <w:sz w:val="24"/>
          <w:szCs w:val="24"/>
          <w:lang w:val="pl-PL"/>
        </w:rPr>
        <w:t xml:space="preserve"> do kuchni</w:t>
      </w:r>
    </w:p>
    <w:p w14:paraId="11F11608" w14:textId="77777777" w:rsidR="00B038CD" w:rsidRPr="00B038CD" w:rsidRDefault="00933BEE" w:rsidP="008E0FD6">
      <w:pPr>
        <w:shd w:val="clear" w:color="auto" w:fill="FFFFFF"/>
        <w:spacing w:after="0"/>
        <w:rPr>
          <w:rFonts w:cstheme="minorHAnsi"/>
          <w:sz w:val="24"/>
          <w:szCs w:val="24"/>
          <w:lang w:val="pl-PL"/>
        </w:rPr>
      </w:pPr>
      <w:r>
        <w:rPr>
          <w:rFonts w:cstheme="minorHAnsi"/>
          <w:sz w:val="24"/>
          <w:szCs w:val="24"/>
          <w:lang w:val="pl-PL"/>
        </w:rPr>
        <w:t>1</w:t>
      </w:r>
      <w:r w:rsidR="007A6386">
        <w:rPr>
          <w:rFonts w:cstheme="minorHAnsi"/>
          <w:sz w:val="24"/>
          <w:szCs w:val="24"/>
          <w:lang w:val="pl-PL"/>
        </w:rPr>
        <w:t>1</w:t>
      </w:r>
      <w:r w:rsidR="00B038CD" w:rsidRPr="00B038CD">
        <w:rPr>
          <w:rFonts w:cstheme="minorHAnsi"/>
          <w:sz w:val="24"/>
          <w:szCs w:val="24"/>
          <w:lang w:val="pl-PL"/>
        </w:rPr>
        <w:t>:</w:t>
      </w:r>
      <w:r>
        <w:rPr>
          <w:rFonts w:cstheme="minorHAnsi"/>
          <w:sz w:val="24"/>
          <w:szCs w:val="24"/>
          <w:lang w:val="pl-PL"/>
        </w:rPr>
        <w:t>15</w:t>
      </w:r>
      <w:r w:rsidR="00B038CD" w:rsidRPr="00B038CD">
        <w:rPr>
          <w:rFonts w:cstheme="minorHAnsi"/>
          <w:sz w:val="24"/>
          <w:szCs w:val="24"/>
          <w:lang w:val="pl-PL"/>
        </w:rPr>
        <w:t xml:space="preserve"> - Sprawdzenie przez jury </w:t>
      </w:r>
      <w:proofErr w:type="spellStart"/>
      <w:r w:rsidR="00B038CD" w:rsidRPr="00B038CD">
        <w:rPr>
          <w:rFonts w:cstheme="minorHAnsi"/>
          <w:sz w:val="24"/>
          <w:szCs w:val="24"/>
          <w:lang w:val="pl-PL"/>
        </w:rPr>
        <w:t>mise</w:t>
      </w:r>
      <w:proofErr w:type="spellEnd"/>
      <w:r w:rsidR="00B038CD" w:rsidRPr="00B038CD">
        <w:rPr>
          <w:rFonts w:cstheme="minorHAnsi"/>
          <w:sz w:val="24"/>
          <w:szCs w:val="24"/>
          <w:lang w:val="pl-PL"/>
        </w:rPr>
        <w:t xml:space="preserve"> en place </w:t>
      </w:r>
    </w:p>
    <w:p w14:paraId="68E6E86D" w14:textId="77777777" w:rsidR="00B038CD" w:rsidRPr="00B038CD" w:rsidRDefault="00933BEE" w:rsidP="008E0FD6">
      <w:pPr>
        <w:shd w:val="clear" w:color="auto" w:fill="FFFFFF"/>
        <w:spacing w:after="0"/>
        <w:rPr>
          <w:rFonts w:cstheme="minorHAnsi"/>
          <w:sz w:val="24"/>
          <w:szCs w:val="24"/>
          <w:lang w:val="pl-PL"/>
        </w:rPr>
      </w:pPr>
      <w:r>
        <w:rPr>
          <w:rFonts w:cstheme="minorHAnsi"/>
          <w:sz w:val="24"/>
          <w:szCs w:val="24"/>
          <w:lang w:val="pl-PL"/>
        </w:rPr>
        <w:t>1</w:t>
      </w:r>
      <w:r w:rsidR="007A6386">
        <w:rPr>
          <w:rFonts w:cstheme="minorHAnsi"/>
          <w:sz w:val="24"/>
          <w:szCs w:val="24"/>
          <w:lang w:val="pl-PL"/>
        </w:rPr>
        <w:t>1</w:t>
      </w:r>
      <w:r w:rsidR="00B038CD" w:rsidRPr="00B038CD">
        <w:rPr>
          <w:rFonts w:cstheme="minorHAnsi"/>
          <w:sz w:val="24"/>
          <w:szCs w:val="24"/>
          <w:lang w:val="pl-PL"/>
        </w:rPr>
        <w:t>:</w:t>
      </w:r>
      <w:r>
        <w:rPr>
          <w:rFonts w:cstheme="minorHAnsi"/>
          <w:sz w:val="24"/>
          <w:szCs w:val="24"/>
          <w:lang w:val="pl-PL"/>
        </w:rPr>
        <w:t>3</w:t>
      </w:r>
      <w:r w:rsidR="00B038CD" w:rsidRPr="00B038CD">
        <w:rPr>
          <w:rFonts w:cstheme="minorHAnsi"/>
          <w:sz w:val="24"/>
          <w:szCs w:val="24"/>
          <w:lang w:val="pl-PL"/>
        </w:rPr>
        <w:t xml:space="preserve">0 - Rozpoczęcie pracy </w:t>
      </w:r>
    </w:p>
    <w:p w14:paraId="7D6F8E49" w14:textId="77777777" w:rsidR="00B038CD" w:rsidRPr="00B038CD" w:rsidRDefault="00B038CD" w:rsidP="008E0FD6">
      <w:pPr>
        <w:shd w:val="clear" w:color="auto" w:fill="FFFFFF"/>
        <w:spacing w:after="0"/>
        <w:rPr>
          <w:rFonts w:cstheme="minorHAnsi"/>
          <w:sz w:val="24"/>
          <w:szCs w:val="24"/>
          <w:lang w:val="pl-PL"/>
        </w:rPr>
      </w:pPr>
      <w:r w:rsidRPr="00B038CD">
        <w:rPr>
          <w:rFonts w:cstheme="minorHAnsi"/>
          <w:sz w:val="24"/>
          <w:szCs w:val="24"/>
          <w:lang w:val="pl-PL"/>
        </w:rPr>
        <w:t>1</w:t>
      </w:r>
      <w:r w:rsidR="007A6386">
        <w:rPr>
          <w:rFonts w:cstheme="minorHAnsi"/>
          <w:sz w:val="24"/>
          <w:szCs w:val="24"/>
          <w:lang w:val="pl-PL"/>
        </w:rPr>
        <w:t>2</w:t>
      </w:r>
      <w:r w:rsidRPr="00B038CD">
        <w:rPr>
          <w:rFonts w:cstheme="minorHAnsi"/>
          <w:sz w:val="24"/>
          <w:szCs w:val="24"/>
          <w:lang w:val="pl-PL"/>
        </w:rPr>
        <w:t>:</w:t>
      </w:r>
      <w:r w:rsidR="007A6386">
        <w:rPr>
          <w:rFonts w:cstheme="minorHAnsi"/>
          <w:sz w:val="24"/>
          <w:szCs w:val="24"/>
          <w:lang w:val="pl-PL"/>
        </w:rPr>
        <w:t>5</w:t>
      </w:r>
      <w:r w:rsidRPr="00B038CD">
        <w:rPr>
          <w:rFonts w:cstheme="minorHAnsi"/>
          <w:sz w:val="24"/>
          <w:szCs w:val="24"/>
          <w:lang w:val="pl-PL"/>
        </w:rPr>
        <w:t xml:space="preserve">0 - Serwis dania głównego </w:t>
      </w:r>
    </w:p>
    <w:p w14:paraId="3BB28DEA" w14:textId="77777777" w:rsidR="00B038CD" w:rsidRPr="00B038CD" w:rsidRDefault="00B038CD" w:rsidP="008E0FD6">
      <w:pPr>
        <w:shd w:val="clear" w:color="auto" w:fill="FFFFFF"/>
        <w:spacing w:after="0"/>
        <w:rPr>
          <w:rFonts w:cstheme="minorHAnsi"/>
          <w:sz w:val="24"/>
          <w:szCs w:val="24"/>
          <w:lang w:val="pl-PL"/>
        </w:rPr>
      </w:pPr>
      <w:r w:rsidRPr="00B038CD">
        <w:rPr>
          <w:rFonts w:cstheme="minorHAnsi"/>
          <w:sz w:val="24"/>
          <w:szCs w:val="24"/>
          <w:lang w:val="pl-PL"/>
        </w:rPr>
        <w:t>1</w:t>
      </w:r>
      <w:r w:rsidR="007A6386">
        <w:rPr>
          <w:rFonts w:cstheme="minorHAnsi"/>
          <w:sz w:val="24"/>
          <w:szCs w:val="24"/>
          <w:lang w:val="pl-PL"/>
        </w:rPr>
        <w:t>3</w:t>
      </w:r>
      <w:r w:rsidRPr="00B038CD">
        <w:rPr>
          <w:rFonts w:cstheme="minorHAnsi"/>
          <w:sz w:val="24"/>
          <w:szCs w:val="24"/>
          <w:lang w:val="pl-PL"/>
        </w:rPr>
        <w:t>:</w:t>
      </w:r>
      <w:r w:rsidR="007A6386">
        <w:rPr>
          <w:rFonts w:cstheme="minorHAnsi"/>
          <w:sz w:val="24"/>
          <w:szCs w:val="24"/>
          <w:lang w:val="pl-PL"/>
        </w:rPr>
        <w:t>3</w:t>
      </w:r>
      <w:r w:rsidRPr="00B038CD">
        <w:rPr>
          <w:rFonts w:cstheme="minorHAnsi"/>
          <w:sz w:val="24"/>
          <w:szCs w:val="24"/>
          <w:lang w:val="pl-PL"/>
        </w:rPr>
        <w:t xml:space="preserve">0 - Serwis Deseru </w:t>
      </w:r>
    </w:p>
    <w:p w14:paraId="4BFB2C8A" w14:textId="77777777" w:rsidR="00B038CD" w:rsidRPr="00B038CD" w:rsidRDefault="00B038CD" w:rsidP="008E0FD6">
      <w:pPr>
        <w:shd w:val="clear" w:color="auto" w:fill="FFFFFF"/>
        <w:spacing w:after="0"/>
        <w:rPr>
          <w:rFonts w:cstheme="minorHAnsi"/>
          <w:sz w:val="24"/>
          <w:szCs w:val="24"/>
          <w:lang w:val="pl-PL"/>
        </w:rPr>
      </w:pPr>
    </w:p>
    <w:p w14:paraId="7DE87E80" w14:textId="77777777" w:rsidR="00B038CD" w:rsidRPr="00B038CD" w:rsidRDefault="00B038CD" w:rsidP="008E0FD6">
      <w:pPr>
        <w:shd w:val="clear" w:color="auto" w:fill="FFFFFF"/>
        <w:spacing w:after="0"/>
        <w:rPr>
          <w:rFonts w:cstheme="minorHAnsi"/>
          <w:sz w:val="24"/>
          <w:szCs w:val="24"/>
          <w:lang w:val="pl-PL"/>
        </w:rPr>
      </w:pPr>
      <w:r w:rsidRPr="00B038CD">
        <w:rPr>
          <w:rFonts w:cstheme="minorHAnsi"/>
          <w:sz w:val="24"/>
          <w:szCs w:val="24"/>
          <w:lang w:val="pl-PL"/>
        </w:rPr>
        <w:t xml:space="preserve">Kuchnia 6 </w:t>
      </w:r>
    </w:p>
    <w:p w14:paraId="5B49E291" w14:textId="77777777" w:rsidR="00B038CD" w:rsidRPr="00B038CD" w:rsidRDefault="00933BEE" w:rsidP="008E0FD6">
      <w:pPr>
        <w:shd w:val="clear" w:color="auto" w:fill="FFFFFF"/>
        <w:spacing w:after="0"/>
        <w:rPr>
          <w:rFonts w:cstheme="minorHAnsi"/>
          <w:sz w:val="24"/>
          <w:szCs w:val="24"/>
          <w:lang w:val="pl-PL"/>
        </w:rPr>
      </w:pPr>
      <w:r>
        <w:rPr>
          <w:rFonts w:cstheme="minorHAnsi"/>
          <w:sz w:val="24"/>
          <w:szCs w:val="24"/>
          <w:lang w:val="pl-PL"/>
        </w:rPr>
        <w:t>1</w:t>
      </w:r>
      <w:r w:rsidR="007A6386">
        <w:rPr>
          <w:rFonts w:cstheme="minorHAnsi"/>
          <w:sz w:val="24"/>
          <w:szCs w:val="24"/>
          <w:lang w:val="pl-PL"/>
        </w:rPr>
        <w:t>1</w:t>
      </w:r>
      <w:r w:rsidR="00B038CD" w:rsidRPr="00B038CD">
        <w:rPr>
          <w:rFonts w:cstheme="minorHAnsi"/>
          <w:sz w:val="24"/>
          <w:szCs w:val="24"/>
          <w:lang w:val="pl-PL"/>
        </w:rPr>
        <w:t>:</w:t>
      </w:r>
      <w:r w:rsidR="007A6386">
        <w:rPr>
          <w:rFonts w:cstheme="minorHAnsi"/>
          <w:sz w:val="24"/>
          <w:szCs w:val="24"/>
          <w:lang w:val="pl-PL"/>
        </w:rPr>
        <w:t>1</w:t>
      </w:r>
      <w:r w:rsidR="00B038CD" w:rsidRPr="00B038CD">
        <w:rPr>
          <w:rFonts w:cstheme="minorHAnsi"/>
          <w:sz w:val="24"/>
          <w:szCs w:val="24"/>
          <w:lang w:val="pl-PL"/>
        </w:rPr>
        <w:t xml:space="preserve">0 </w:t>
      </w:r>
      <w:proofErr w:type="gramStart"/>
      <w:r w:rsidR="00B038CD" w:rsidRPr="00B038CD">
        <w:rPr>
          <w:rFonts w:cstheme="minorHAnsi"/>
          <w:sz w:val="24"/>
          <w:szCs w:val="24"/>
          <w:lang w:val="pl-PL"/>
        </w:rPr>
        <w:t>-  Wejście</w:t>
      </w:r>
      <w:proofErr w:type="gramEnd"/>
      <w:r w:rsidR="00B038CD" w:rsidRPr="00B038CD">
        <w:rPr>
          <w:rFonts w:cstheme="minorHAnsi"/>
          <w:sz w:val="24"/>
          <w:szCs w:val="24"/>
          <w:lang w:val="pl-PL"/>
        </w:rPr>
        <w:t xml:space="preserve"> do kuchni</w:t>
      </w:r>
    </w:p>
    <w:p w14:paraId="3C85CE6F" w14:textId="77777777" w:rsidR="00B038CD" w:rsidRPr="00B038CD" w:rsidRDefault="00933BEE" w:rsidP="008E0FD6">
      <w:pPr>
        <w:shd w:val="clear" w:color="auto" w:fill="FFFFFF"/>
        <w:spacing w:after="0"/>
        <w:rPr>
          <w:rFonts w:cstheme="minorHAnsi"/>
          <w:sz w:val="24"/>
          <w:szCs w:val="24"/>
          <w:lang w:val="pl-PL"/>
        </w:rPr>
      </w:pPr>
      <w:r>
        <w:rPr>
          <w:rFonts w:cstheme="minorHAnsi"/>
          <w:sz w:val="24"/>
          <w:szCs w:val="24"/>
          <w:lang w:val="pl-PL"/>
        </w:rPr>
        <w:t>1</w:t>
      </w:r>
      <w:r w:rsidR="007A6386">
        <w:rPr>
          <w:rFonts w:cstheme="minorHAnsi"/>
          <w:sz w:val="24"/>
          <w:szCs w:val="24"/>
          <w:lang w:val="pl-PL"/>
        </w:rPr>
        <w:t>1</w:t>
      </w:r>
      <w:r w:rsidR="00B038CD" w:rsidRPr="00B038CD">
        <w:rPr>
          <w:rFonts w:cstheme="minorHAnsi"/>
          <w:sz w:val="24"/>
          <w:szCs w:val="24"/>
          <w:lang w:val="pl-PL"/>
        </w:rPr>
        <w:t>:</w:t>
      </w:r>
      <w:r w:rsidR="007A6386">
        <w:rPr>
          <w:rFonts w:cstheme="minorHAnsi"/>
          <w:sz w:val="24"/>
          <w:szCs w:val="24"/>
          <w:lang w:val="pl-PL"/>
        </w:rPr>
        <w:t>2</w:t>
      </w:r>
      <w:r>
        <w:rPr>
          <w:rFonts w:cstheme="minorHAnsi"/>
          <w:sz w:val="24"/>
          <w:szCs w:val="24"/>
          <w:lang w:val="pl-PL"/>
        </w:rPr>
        <w:t>5</w:t>
      </w:r>
      <w:r w:rsidR="00B038CD" w:rsidRPr="00B038CD">
        <w:rPr>
          <w:rFonts w:cstheme="minorHAnsi"/>
          <w:sz w:val="24"/>
          <w:szCs w:val="24"/>
          <w:lang w:val="pl-PL"/>
        </w:rPr>
        <w:t xml:space="preserve"> - Sprawdzenie przez jury </w:t>
      </w:r>
      <w:proofErr w:type="spellStart"/>
      <w:r w:rsidR="00B038CD" w:rsidRPr="00B038CD">
        <w:rPr>
          <w:rFonts w:cstheme="minorHAnsi"/>
          <w:sz w:val="24"/>
          <w:szCs w:val="24"/>
          <w:lang w:val="pl-PL"/>
        </w:rPr>
        <w:t>mise</w:t>
      </w:r>
      <w:proofErr w:type="spellEnd"/>
      <w:r w:rsidR="00B038CD" w:rsidRPr="00B038CD">
        <w:rPr>
          <w:rFonts w:cstheme="minorHAnsi"/>
          <w:sz w:val="24"/>
          <w:szCs w:val="24"/>
          <w:lang w:val="pl-PL"/>
        </w:rPr>
        <w:t xml:space="preserve"> en place </w:t>
      </w:r>
    </w:p>
    <w:p w14:paraId="744D5887" w14:textId="77777777" w:rsidR="00B038CD" w:rsidRPr="00B038CD" w:rsidRDefault="00B038CD" w:rsidP="008E0FD6">
      <w:pPr>
        <w:shd w:val="clear" w:color="auto" w:fill="FFFFFF"/>
        <w:spacing w:after="0"/>
        <w:rPr>
          <w:rFonts w:cstheme="minorHAnsi"/>
          <w:sz w:val="24"/>
          <w:szCs w:val="24"/>
          <w:lang w:val="pl-PL"/>
        </w:rPr>
      </w:pPr>
      <w:r w:rsidRPr="00B038CD">
        <w:rPr>
          <w:rFonts w:cstheme="minorHAnsi"/>
          <w:sz w:val="24"/>
          <w:szCs w:val="24"/>
          <w:lang w:val="pl-PL"/>
        </w:rPr>
        <w:t>1</w:t>
      </w:r>
      <w:r w:rsidR="007A6386">
        <w:rPr>
          <w:rFonts w:cstheme="minorHAnsi"/>
          <w:sz w:val="24"/>
          <w:szCs w:val="24"/>
          <w:lang w:val="pl-PL"/>
        </w:rPr>
        <w:t>1</w:t>
      </w:r>
      <w:r w:rsidRPr="00B038CD">
        <w:rPr>
          <w:rFonts w:cstheme="minorHAnsi"/>
          <w:sz w:val="24"/>
          <w:szCs w:val="24"/>
          <w:lang w:val="pl-PL"/>
        </w:rPr>
        <w:t>:</w:t>
      </w:r>
      <w:r w:rsidR="007A6386">
        <w:rPr>
          <w:rFonts w:cstheme="minorHAnsi"/>
          <w:sz w:val="24"/>
          <w:szCs w:val="24"/>
          <w:lang w:val="pl-PL"/>
        </w:rPr>
        <w:t>4</w:t>
      </w:r>
      <w:r w:rsidRPr="00B038CD">
        <w:rPr>
          <w:rFonts w:cstheme="minorHAnsi"/>
          <w:sz w:val="24"/>
          <w:szCs w:val="24"/>
          <w:lang w:val="pl-PL"/>
        </w:rPr>
        <w:t xml:space="preserve">0 - Rozpoczęcie pracy </w:t>
      </w:r>
    </w:p>
    <w:p w14:paraId="564A3BF0" w14:textId="77777777" w:rsidR="00B038CD" w:rsidRPr="00B038CD" w:rsidRDefault="00B038CD" w:rsidP="008E0FD6">
      <w:pPr>
        <w:shd w:val="clear" w:color="auto" w:fill="FFFFFF"/>
        <w:spacing w:after="0"/>
        <w:rPr>
          <w:rFonts w:cstheme="minorHAnsi"/>
          <w:sz w:val="24"/>
          <w:szCs w:val="24"/>
          <w:lang w:val="pl-PL"/>
        </w:rPr>
      </w:pPr>
      <w:r w:rsidRPr="00B038CD">
        <w:rPr>
          <w:rFonts w:cstheme="minorHAnsi"/>
          <w:sz w:val="24"/>
          <w:szCs w:val="24"/>
          <w:lang w:val="pl-PL"/>
        </w:rPr>
        <w:t>1</w:t>
      </w:r>
      <w:r w:rsidR="007A6386">
        <w:rPr>
          <w:rFonts w:cstheme="minorHAnsi"/>
          <w:sz w:val="24"/>
          <w:szCs w:val="24"/>
          <w:lang w:val="pl-PL"/>
        </w:rPr>
        <w:t>3</w:t>
      </w:r>
      <w:r w:rsidRPr="00B038CD">
        <w:rPr>
          <w:rFonts w:cstheme="minorHAnsi"/>
          <w:sz w:val="24"/>
          <w:szCs w:val="24"/>
          <w:lang w:val="pl-PL"/>
        </w:rPr>
        <w:t>:</w:t>
      </w:r>
      <w:r w:rsidR="007A6386">
        <w:rPr>
          <w:rFonts w:cstheme="minorHAnsi"/>
          <w:sz w:val="24"/>
          <w:szCs w:val="24"/>
          <w:lang w:val="pl-PL"/>
        </w:rPr>
        <w:t>0</w:t>
      </w:r>
      <w:r w:rsidRPr="00B038CD">
        <w:rPr>
          <w:rFonts w:cstheme="minorHAnsi"/>
          <w:sz w:val="24"/>
          <w:szCs w:val="24"/>
          <w:lang w:val="pl-PL"/>
        </w:rPr>
        <w:t xml:space="preserve">0 - Serwis dania głównego </w:t>
      </w:r>
    </w:p>
    <w:p w14:paraId="78EA3AA1" w14:textId="77777777" w:rsidR="00B038CD" w:rsidRDefault="00B038CD" w:rsidP="008E0FD6">
      <w:pPr>
        <w:shd w:val="clear" w:color="auto" w:fill="FFFFFF"/>
        <w:spacing w:after="0"/>
        <w:rPr>
          <w:rFonts w:cstheme="minorHAnsi"/>
          <w:sz w:val="24"/>
          <w:szCs w:val="24"/>
          <w:lang w:val="pl-PL"/>
        </w:rPr>
      </w:pPr>
      <w:r w:rsidRPr="00B038CD">
        <w:rPr>
          <w:rFonts w:cstheme="minorHAnsi"/>
          <w:sz w:val="24"/>
          <w:szCs w:val="24"/>
          <w:lang w:val="pl-PL"/>
        </w:rPr>
        <w:t>1</w:t>
      </w:r>
      <w:r w:rsidR="007A6386">
        <w:rPr>
          <w:rFonts w:cstheme="minorHAnsi"/>
          <w:sz w:val="24"/>
          <w:szCs w:val="24"/>
          <w:lang w:val="pl-PL"/>
        </w:rPr>
        <w:t>3</w:t>
      </w:r>
      <w:r w:rsidRPr="00B038CD">
        <w:rPr>
          <w:rFonts w:cstheme="minorHAnsi"/>
          <w:sz w:val="24"/>
          <w:szCs w:val="24"/>
          <w:lang w:val="pl-PL"/>
        </w:rPr>
        <w:t>:</w:t>
      </w:r>
      <w:r w:rsidR="0078525C">
        <w:rPr>
          <w:rFonts w:cstheme="minorHAnsi"/>
          <w:sz w:val="24"/>
          <w:szCs w:val="24"/>
          <w:lang w:val="pl-PL"/>
        </w:rPr>
        <w:t>4</w:t>
      </w:r>
      <w:r w:rsidRPr="00B038CD">
        <w:rPr>
          <w:rFonts w:cstheme="minorHAnsi"/>
          <w:sz w:val="24"/>
          <w:szCs w:val="24"/>
          <w:lang w:val="pl-PL"/>
        </w:rPr>
        <w:t xml:space="preserve">0 - Serwis Deseru </w:t>
      </w:r>
    </w:p>
    <w:p w14:paraId="4CD82787" w14:textId="77777777" w:rsidR="00933BEE" w:rsidRDefault="00933BEE" w:rsidP="008E0FD6">
      <w:pPr>
        <w:shd w:val="clear" w:color="auto" w:fill="FFFFFF"/>
        <w:spacing w:after="0"/>
        <w:rPr>
          <w:rFonts w:cstheme="minorHAnsi"/>
          <w:sz w:val="24"/>
          <w:szCs w:val="24"/>
          <w:lang w:val="pl-PL"/>
        </w:rPr>
      </w:pPr>
    </w:p>
    <w:p w14:paraId="1B713565" w14:textId="77777777" w:rsidR="00933BEE" w:rsidRPr="00B038CD" w:rsidRDefault="00933BEE" w:rsidP="008E0FD6">
      <w:pPr>
        <w:shd w:val="clear" w:color="auto" w:fill="FFFFFF"/>
        <w:spacing w:after="0"/>
        <w:rPr>
          <w:rFonts w:cstheme="minorHAnsi"/>
          <w:sz w:val="24"/>
          <w:szCs w:val="24"/>
          <w:lang w:val="pl-PL"/>
        </w:rPr>
      </w:pPr>
      <w:r w:rsidRPr="00B038CD">
        <w:rPr>
          <w:rFonts w:cstheme="minorHAnsi"/>
          <w:sz w:val="24"/>
          <w:szCs w:val="24"/>
          <w:lang w:val="pl-PL"/>
        </w:rPr>
        <w:t xml:space="preserve">Kuchnia </w:t>
      </w:r>
      <w:r>
        <w:rPr>
          <w:rFonts w:cstheme="minorHAnsi"/>
          <w:sz w:val="24"/>
          <w:szCs w:val="24"/>
          <w:lang w:val="pl-PL"/>
        </w:rPr>
        <w:t>7</w:t>
      </w:r>
      <w:r w:rsidRPr="00B038CD">
        <w:rPr>
          <w:rFonts w:cstheme="minorHAnsi"/>
          <w:sz w:val="24"/>
          <w:szCs w:val="24"/>
          <w:lang w:val="pl-PL"/>
        </w:rPr>
        <w:t xml:space="preserve"> </w:t>
      </w:r>
    </w:p>
    <w:p w14:paraId="611A24E1" w14:textId="77777777" w:rsidR="00933BEE" w:rsidRPr="00B038CD" w:rsidRDefault="00933BEE" w:rsidP="008E0FD6">
      <w:pPr>
        <w:shd w:val="clear" w:color="auto" w:fill="FFFFFF"/>
        <w:spacing w:after="0"/>
        <w:rPr>
          <w:rFonts w:cstheme="minorHAnsi"/>
          <w:sz w:val="24"/>
          <w:szCs w:val="24"/>
          <w:lang w:val="pl-PL"/>
        </w:rPr>
      </w:pPr>
      <w:r>
        <w:rPr>
          <w:rFonts w:cstheme="minorHAnsi"/>
          <w:sz w:val="24"/>
          <w:szCs w:val="24"/>
          <w:lang w:val="pl-PL"/>
        </w:rPr>
        <w:t>1</w:t>
      </w:r>
      <w:r w:rsidR="0078525C">
        <w:rPr>
          <w:rFonts w:cstheme="minorHAnsi"/>
          <w:sz w:val="24"/>
          <w:szCs w:val="24"/>
          <w:lang w:val="pl-PL"/>
        </w:rPr>
        <w:t>1</w:t>
      </w:r>
      <w:r w:rsidRPr="00B038CD">
        <w:rPr>
          <w:rFonts w:cstheme="minorHAnsi"/>
          <w:sz w:val="24"/>
          <w:szCs w:val="24"/>
          <w:lang w:val="pl-PL"/>
        </w:rPr>
        <w:t>:</w:t>
      </w:r>
      <w:r w:rsidR="0078525C">
        <w:rPr>
          <w:rFonts w:cstheme="minorHAnsi"/>
          <w:sz w:val="24"/>
          <w:szCs w:val="24"/>
          <w:lang w:val="pl-PL"/>
        </w:rPr>
        <w:t>2</w:t>
      </w:r>
      <w:r w:rsidRPr="00B038CD">
        <w:rPr>
          <w:rFonts w:cstheme="minorHAnsi"/>
          <w:sz w:val="24"/>
          <w:szCs w:val="24"/>
          <w:lang w:val="pl-PL"/>
        </w:rPr>
        <w:t xml:space="preserve">0 </w:t>
      </w:r>
      <w:proofErr w:type="gramStart"/>
      <w:r w:rsidRPr="00B038CD">
        <w:rPr>
          <w:rFonts w:cstheme="minorHAnsi"/>
          <w:sz w:val="24"/>
          <w:szCs w:val="24"/>
          <w:lang w:val="pl-PL"/>
        </w:rPr>
        <w:t>-  Wejście</w:t>
      </w:r>
      <w:proofErr w:type="gramEnd"/>
      <w:r w:rsidRPr="00B038CD">
        <w:rPr>
          <w:rFonts w:cstheme="minorHAnsi"/>
          <w:sz w:val="24"/>
          <w:szCs w:val="24"/>
          <w:lang w:val="pl-PL"/>
        </w:rPr>
        <w:t xml:space="preserve"> do kuchni</w:t>
      </w:r>
    </w:p>
    <w:p w14:paraId="4305A6A0" w14:textId="77777777" w:rsidR="00933BEE" w:rsidRPr="00B038CD" w:rsidRDefault="00933BEE" w:rsidP="008E0FD6">
      <w:pPr>
        <w:shd w:val="clear" w:color="auto" w:fill="FFFFFF"/>
        <w:spacing w:after="0"/>
        <w:rPr>
          <w:rFonts w:cstheme="minorHAnsi"/>
          <w:sz w:val="24"/>
          <w:szCs w:val="24"/>
          <w:lang w:val="pl-PL"/>
        </w:rPr>
      </w:pPr>
      <w:r>
        <w:rPr>
          <w:rFonts w:cstheme="minorHAnsi"/>
          <w:sz w:val="24"/>
          <w:szCs w:val="24"/>
          <w:lang w:val="pl-PL"/>
        </w:rPr>
        <w:t>1</w:t>
      </w:r>
      <w:r w:rsidR="0078525C">
        <w:rPr>
          <w:rFonts w:cstheme="minorHAnsi"/>
          <w:sz w:val="24"/>
          <w:szCs w:val="24"/>
          <w:lang w:val="pl-PL"/>
        </w:rPr>
        <w:t>1</w:t>
      </w:r>
      <w:r w:rsidRPr="00B038CD">
        <w:rPr>
          <w:rFonts w:cstheme="minorHAnsi"/>
          <w:sz w:val="24"/>
          <w:szCs w:val="24"/>
          <w:lang w:val="pl-PL"/>
        </w:rPr>
        <w:t>:</w:t>
      </w:r>
      <w:r w:rsidR="0078525C">
        <w:rPr>
          <w:rFonts w:cstheme="minorHAnsi"/>
          <w:sz w:val="24"/>
          <w:szCs w:val="24"/>
          <w:lang w:val="pl-PL"/>
        </w:rPr>
        <w:t>3</w:t>
      </w:r>
      <w:r>
        <w:rPr>
          <w:rFonts w:cstheme="minorHAnsi"/>
          <w:sz w:val="24"/>
          <w:szCs w:val="24"/>
          <w:lang w:val="pl-PL"/>
        </w:rPr>
        <w:t>5</w:t>
      </w:r>
      <w:r w:rsidRPr="00B038CD">
        <w:rPr>
          <w:rFonts w:cstheme="minorHAnsi"/>
          <w:sz w:val="24"/>
          <w:szCs w:val="24"/>
          <w:lang w:val="pl-PL"/>
        </w:rPr>
        <w:t xml:space="preserve"> - Sprawdzenie przez jury </w:t>
      </w:r>
      <w:proofErr w:type="spellStart"/>
      <w:r w:rsidRPr="00B038CD">
        <w:rPr>
          <w:rFonts w:cstheme="minorHAnsi"/>
          <w:sz w:val="24"/>
          <w:szCs w:val="24"/>
          <w:lang w:val="pl-PL"/>
        </w:rPr>
        <w:t>mise</w:t>
      </w:r>
      <w:proofErr w:type="spellEnd"/>
      <w:r w:rsidRPr="00B038CD">
        <w:rPr>
          <w:rFonts w:cstheme="minorHAnsi"/>
          <w:sz w:val="24"/>
          <w:szCs w:val="24"/>
          <w:lang w:val="pl-PL"/>
        </w:rPr>
        <w:t xml:space="preserve"> en place </w:t>
      </w:r>
    </w:p>
    <w:p w14:paraId="4AD62EA0" w14:textId="77777777" w:rsidR="00933BEE" w:rsidRPr="00B038CD" w:rsidRDefault="00933BEE" w:rsidP="008E0FD6">
      <w:pPr>
        <w:shd w:val="clear" w:color="auto" w:fill="FFFFFF"/>
        <w:spacing w:after="0"/>
        <w:rPr>
          <w:rFonts w:cstheme="minorHAnsi"/>
          <w:sz w:val="24"/>
          <w:szCs w:val="24"/>
          <w:lang w:val="pl-PL"/>
        </w:rPr>
      </w:pPr>
      <w:r>
        <w:rPr>
          <w:rFonts w:cstheme="minorHAnsi"/>
          <w:sz w:val="24"/>
          <w:szCs w:val="24"/>
          <w:lang w:val="pl-PL"/>
        </w:rPr>
        <w:t>1</w:t>
      </w:r>
      <w:r w:rsidR="0078525C">
        <w:rPr>
          <w:rFonts w:cstheme="minorHAnsi"/>
          <w:sz w:val="24"/>
          <w:szCs w:val="24"/>
          <w:lang w:val="pl-PL"/>
        </w:rPr>
        <w:t>1</w:t>
      </w:r>
      <w:r w:rsidRPr="00B038CD">
        <w:rPr>
          <w:rFonts w:cstheme="minorHAnsi"/>
          <w:sz w:val="24"/>
          <w:szCs w:val="24"/>
          <w:lang w:val="pl-PL"/>
        </w:rPr>
        <w:t>:</w:t>
      </w:r>
      <w:r w:rsidR="0078525C">
        <w:rPr>
          <w:rFonts w:cstheme="minorHAnsi"/>
          <w:sz w:val="24"/>
          <w:szCs w:val="24"/>
          <w:lang w:val="pl-PL"/>
        </w:rPr>
        <w:t>5</w:t>
      </w:r>
      <w:r w:rsidRPr="00B038CD">
        <w:rPr>
          <w:rFonts w:cstheme="minorHAnsi"/>
          <w:sz w:val="24"/>
          <w:szCs w:val="24"/>
          <w:lang w:val="pl-PL"/>
        </w:rPr>
        <w:t xml:space="preserve">0 - Rozpoczęcie pracy </w:t>
      </w:r>
    </w:p>
    <w:p w14:paraId="15C79C8D" w14:textId="77777777" w:rsidR="00933BEE" w:rsidRPr="00B038CD" w:rsidRDefault="00933BEE" w:rsidP="008E0FD6">
      <w:pPr>
        <w:shd w:val="clear" w:color="auto" w:fill="FFFFFF"/>
        <w:spacing w:after="0"/>
        <w:rPr>
          <w:rFonts w:cstheme="minorHAnsi"/>
          <w:sz w:val="24"/>
          <w:szCs w:val="24"/>
          <w:lang w:val="pl-PL"/>
        </w:rPr>
      </w:pPr>
      <w:r>
        <w:rPr>
          <w:rFonts w:cstheme="minorHAnsi"/>
          <w:sz w:val="24"/>
          <w:szCs w:val="24"/>
          <w:lang w:val="pl-PL"/>
        </w:rPr>
        <w:t>1</w:t>
      </w:r>
      <w:r w:rsidR="0078525C">
        <w:rPr>
          <w:rFonts w:cstheme="minorHAnsi"/>
          <w:sz w:val="24"/>
          <w:szCs w:val="24"/>
          <w:lang w:val="pl-PL"/>
        </w:rPr>
        <w:t>3</w:t>
      </w:r>
      <w:r w:rsidRPr="00B038CD">
        <w:rPr>
          <w:rFonts w:cstheme="minorHAnsi"/>
          <w:sz w:val="24"/>
          <w:szCs w:val="24"/>
          <w:lang w:val="pl-PL"/>
        </w:rPr>
        <w:t>:</w:t>
      </w:r>
      <w:r>
        <w:rPr>
          <w:rFonts w:cstheme="minorHAnsi"/>
          <w:sz w:val="24"/>
          <w:szCs w:val="24"/>
          <w:lang w:val="pl-PL"/>
        </w:rPr>
        <w:t>1</w:t>
      </w:r>
      <w:r w:rsidRPr="00B038CD">
        <w:rPr>
          <w:rFonts w:cstheme="minorHAnsi"/>
          <w:sz w:val="24"/>
          <w:szCs w:val="24"/>
          <w:lang w:val="pl-PL"/>
        </w:rPr>
        <w:t xml:space="preserve">0 - Serwis dania głównego </w:t>
      </w:r>
    </w:p>
    <w:p w14:paraId="25CD7A55" w14:textId="77777777" w:rsidR="00933BEE" w:rsidRPr="00B038CD" w:rsidRDefault="00933BEE" w:rsidP="008E0FD6">
      <w:pPr>
        <w:shd w:val="clear" w:color="auto" w:fill="FFFFFF"/>
        <w:spacing w:after="0"/>
        <w:rPr>
          <w:rFonts w:cstheme="minorHAnsi"/>
          <w:sz w:val="24"/>
          <w:szCs w:val="24"/>
          <w:lang w:val="pl-PL"/>
        </w:rPr>
      </w:pPr>
      <w:r w:rsidRPr="00B038CD">
        <w:rPr>
          <w:rFonts w:cstheme="minorHAnsi"/>
          <w:sz w:val="24"/>
          <w:szCs w:val="24"/>
          <w:lang w:val="pl-PL"/>
        </w:rPr>
        <w:t>1</w:t>
      </w:r>
      <w:r w:rsidR="0078525C">
        <w:rPr>
          <w:rFonts w:cstheme="minorHAnsi"/>
          <w:sz w:val="24"/>
          <w:szCs w:val="24"/>
          <w:lang w:val="pl-PL"/>
        </w:rPr>
        <w:t>3</w:t>
      </w:r>
      <w:r w:rsidRPr="00B038CD">
        <w:rPr>
          <w:rFonts w:cstheme="minorHAnsi"/>
          <w:sz w:val="24"/>
          <w:szCs w:val="24"/>
          <w:lang w:val="pl-PL"/>
        </w:rPr>
        <w:t>:</w:t>
      </w:r>
      <w:r w:rsidR="0078525C">
        <w:rPr>
          <w:rFonts w:cstheme="minorHAnsi"/>
          <w:sz w:val="24"/>
          <w:szCs w:val="24"/>
          <w:lang w:val="pl-PL"/>
        </w:rPr>
        <w:t>5</w:t>
      </w:r>
      <w:r w:rsidRPr="00B038CD">
        <w:rPr>
          <w:rFonts w:cstheme="minorHAnsi"/>
          <w:sz w:val="24"/>
          <w:szCs w:val="24"/>
          <w:lang w:val="pl-PL"/>
        </w:rPr>
        <w:t xml:space="preserve">0 - Serwis Deseru </w:t>
      </w:r>
    </w:p>
    <w:p w14:paraId="56DACFB1" w14:textId="77777777" w:rsidR="00933BEE" w:rsidRPr="00B038CD" w:rsidRDefault="00933BEE" w:rsidP="008E0FD6">
      <w:pPr>
        <w:shd w:val="clear" w:color="auto" w:fill="FFFFFF"/>
        <w:spacing w:after="0"/>
        <w:rPr>
          <w:rFonts w:cstheme="minorHAnsi"/>
          <w:sz w:val="24"/>
          <w:szCs w:val="24"/>
          <w:lang w:val="pl-PL"/>
        </w:rPr>
      </w:pPr>
    </w:p>
    <w:p w14:paraId="235E97B6" w14:textId="77777777" w:rsidR="00933BEE" w:rsidRPr="00B038CD" w:rsidRDefault="00933BEE" w:rsidP="008E0FD6">
      <w:pPr>
        <w:shd w:val="clear" w:color="auto" w:fill="FFFFFF"/>
        <w:spacing w:after="0"/>
        <w:rPr>
          <w:rFonts w:cstheme="minorHAnsi"/>
          <w:sz w:val="24"/>
          <w:szCs w:val="24"/>
          <w:lang w:val="pl-PL"/>
        </w:rPr>
      </w:pPr>
      <w:r w:rsidRPr="00B038CD">
        <w:rPr>
          <w:rFonts w:cstheme="minorHAnsi"/>
          <w:sz w:val="24"/>
          <w:szCs w:val="24"/>
          <w:lang w:val="pl-PL"/>
        </w:rPr>
        <w:t xml:space="preserve">Kuchnia </w:t>
      </w:r>
      <w:r>
        <w:rPr>
          <w:rFonts w:cstheme="minorHAnsi"/>
          <w:sz w:val="24"/>
          <w:szCs w:val="24"/>
          <w:lang w:val="pl-PL"/>
        </w:rPr>
        <w:t>8</w:t>
      </w:r>
      <w:r w:rsidRPr="00B038CD">
        <w:rPr>
          <w:rFonts w:cstheme="minorHAnsi"/>
          <w:sz w:val="24"/>
          <w:szCs w:val="24"/>
          <w:lang w:val="pl-PL"/>
        </w:rPr>
        <w:t xml:space="preserve"> </w:t>
      </w:r>
    </w:p>
    <w:p w14:paraId="7EEEF5DC" w14:textId="77777777" w:rsidR="00933BEE" w:rsidRPr="00B038CD" w:rsidRDefault="00933BEE" w:rsidP="008E0FD6">
      <w:pPr>
        <w:shd w:val="clear" w:color="auto" w:fill="FFFFFF"/>
        <w:spacing w:after="0"/>
        <w:rPr>
          <w:rFonts w:cstheme="minorHAnsi"/>
          <w:sz w:val="24"/>
          <w:szCs w:val="24"/>
          <w:lang w:val="pl-PL"/>
        </w:rPr>
      </w:pPr>
      <w:r>
        <w:rPr>
          <w:rFonts w:cstheme="minorHAnsi"/>
          <w:sz w:val="24"/>
          <w:szCs w:val="24"/>
          <w:lang w:val="pl-PL"/>
        </w:rPr>
        <w:t>1</w:t>
      </w:r>
      <w:r w:rsidR="0078525C">
        <w:rPr>
          <w:rFonts w:cstheme="minorHAnsi"/>
          <w:sz w:val="24"/>
          <w:szCs w:val="24"/>
          <w:lang w:val="pl-PL"/>
        </w:rPr>
        <w:t>1</w:t>
      </w:r>
      <w:r w:rsidRPr="00B038CD">
        <w:rPr>
          <w:rFonts w:cstheme="minorHAnsi"/>
          <w:sz w:val="24"/>
          <w:szCs w:val="24"/>
          <w:lang w:val="pl-PL"/>
        </w:rPr>
        <w:t>:</w:t>
      </w:r>
      <w:r w:rsidR="0078525C">
        <w:rPr>
          <w:rFonts w:cstheme="minorHAnsi"/>
          <w:sz w:val="24"/>
          <w:szCs w:val="24"/>
          <w:lang w:val="pl-PL"/>
        </w:rPr>
        <w:t>3</w:t>
      </w:r>
      <w:r w:rsidRPr="00B038CD">
        <w:rPr>
          <w:rFonts w:cstheme="minorHAnsi"/>
          <w:sz w:val="24"/>
          <w:szCs w:val="24"/>
          <w:lang w:val="pl-PL"/>
        </w:rPr>
        <w:t xml:space="preserve">0 </w:t>
      </w:r>
      <w:proofErr w:type="gramStart"/>
      <w:r w:rsidRPr="00B038CD">
        <w:rPr>
          <w:rFonts w:cstheme="minorHAnsi"/>
          <w:sz w:val="24"/>
          <w:szCs w:val="24"/>
          <w:lang w:val="pl-PL"/>
        </w:rPr>
        <w:t>-  Wejście</w:t>
      </w:r>
      <w:proofErr w:type="gramEnd"/>
      <w:r w:rsidRPr="00B038CD">
        <w:rPr>
          <w:rFonts w:cstheme="minorHAnsi"/>
          <w:sz w:val="24"/>
          <w:szCs w:val="24"/>
          <w:lang w:val="pl-PL"/>
        </w:rPr>
        <w:t xml:space="preserve"> do kuchni</w:t>
      </w:r>
    </w:p>
    <w:p w14:paraId="305AE379" w14:textId="77777777" w:rsidR="00933BEE" w:rsidRPr="00B038CD" w:rsidRDefault="00933BEE" w:rsidP="008E0FD6">
      <w:pPr>
        <w:shd w:val="clear" w:color="auto" w:fill="FFFFFF"/>
        <w:spacing w:after="0"/>
        <w:rPr>
          <w:rFonts w:cstheme="minorHAnsi"/>
          <w:sz w:val="24"/>
          <w:szCs w:val="24"/>
          <w:lang w:val="pl-PL"/>
        </w:rPr>
      </w:pPr>
      <w:r>
        <w:rPr>
          <w:rFonts w:cstheme="minorHAnsi"/>
          <w:sz w:val="24"/>
          <w:szCs w:val="24"/>
          <w:lang w:val="pl-PL"/>
        </w:rPr>
        <w:t>1</w:t>
      </w:r>
      <w:r w:rsidR="0078525C">
        <w:rPr>
          <w:rFonts w:cstheme="minorHAnsi"/>
          <w:sz w:val="24"/>
          <w:szCs w:val="24"/>
          <w:lang w:val="pl-PL"/>
        </w:rPr>
        <w:t>1</w:t>
      </w:r>
      <w:r w:rsidRPr="00B038CD">
        <w:rPr>
          <w:rFonts w:cstheme="minorHAnsi"/>
          <w:sz w:val="24"/>
          <w:szCs w:val="24"/>
          <w:lang w:val="pl-PL"/>
        </w:rPr>
        <w:t>:</w:t>
      </w:r>
      <w:r w:rsidR="0078525C">
        <w:rPr>
          <w:rFonts w:cstheme="minorHAnsi"/>
          <w:sz w:val="24"/>
          <w:szCs w:val="24"/>
          <w:lang w:val="pl-PL"/>
        </w:rPr>
        <w:t>4</w:t>
      </w:r>
      <w:r>
        <w:rPr>
          <w:rFonts w:cstheme="minorHAnsi"/>
          <w:sz w:val="24"/>
          <w:szCs w:val="24"/>
          <w:lang w:val="pl-PL"/>
        </w:rPr>
        <w:t>5</w:t>
      </w:r>
      <w:r w:rsidRPr="00B038CD">
        <w:rPr>
          <w:rFonts w:cstheme="minorHAnsi"/>
          <w:sz w:val="24"/>
          <w:szCs w:val="24"/>
          <w:lang w:val="pl-PL"/>
        </w:rPr>
        <w:t xml:space="preserve"> - Sprawdzenie przez jury </w:t>
      </w:r>
      <w:proofErr w:type="spellStart"/>
      <w:r w:rsidRPr="00B038CD">
        <w:rPr>
          <w:rFonts w:cstheme="minorHAnsi"/>
          <w:sz w:val="24"/>
          <w:szCs w:val="24"/>
          <w:lang w:val="pl-PL"/>
        </w:rPr>
        <w:t>mise</w:t>
      </w:r>
      <w:proofErr w:type="spellEnd"/>
      <w:r w:rsidRPr="00B038CD">
        <w:rPr>
          <w:rFonts w:cstheme="minorHAnsi"/>
          <w:sz w:val="24"/>
          <w:szCs w:val="24"/>
          <w:lang w:val="pl-PL"/>
        </w:rPr>
        <w:t xml:space="preserve"> en place </w:t>
      </w:r>
    </w:p>
    <w:p w14:paraId="29D557D3" w14:textId="77777777" w:rsidR="00933BEE" w:rsidRPr="00B038CD" w:rsidRDefault="00933BEE" w:rsidP="008E0FD6">
      <w:pPr>
        <w:shd w:val="clear" w:color="auto" w:fill="FFFFFF"/>
        <w:spacing w:after="0"/>
        <w:rPr>
          <w:rFonts w:cstheme="minorHAnsi"/>
          <w:sz w:val="24"/>
          <w:szCs w:val="24"/>
          <w:lang w:val="pl-PL"/>
        </w:rPr>
      </w:pPr>
      <w:r>
        <w:rPr>
          <w:rFonts w:cstheme="minorHAnsi"/>
          <w:sz w:val="24"/>
          <w:szCs w:val="24"/>
          <w:lang w:val="pl-PL"/>
        </w:rPr>
        <w:t>1</w:t>
      </w:r>
      <w:r w:rsidR="0078525C">
        <w:rPr>
          <w:rFonts w:cstheme="minorHAnsi"/>
          <w:sz w:val="24"/>
          <w:szCs w:val="24"/>
          <w:lang w:val="pl-PL"/>
        </w:rPr>
        <w:t>2</w:t>
      </w:r>
      <w:r w:rsidRPr="00B038CD">
        <w:rPr>
          <w:rFonts w:cstheme="minorHAnsi"/>
          <w:sz w:val="24"/>
          <w:szCs w:val="24"/>
          <w:lang w:val="pl-PL"/>
        </w:rPr>
        <w:t>:</w:t>
      </w:r>
      <w:r w:rsidR="0078525C">
        <w:rPr>
          <w:rFonts w:cstheme="minorHAnsi"/>
          <w:sz w:val="24"/>
          <w:szCs w:val="24"/>
          <w:lang w:val="pl-PL"/>
        </w:rPr>
        <w:t>0</w:t>
      </w:r>
      <w:r>
        <w:rPr>
          <w:rFonts w:cstheme="minorHAnsi"/>
          <w:sz w:val="24"/>
          <w:szCs w:val="24"/>
          <w:lang w:val="pl-PL"/>
        </w:rPr>
        <w:t>0</w:t>
      </w:r>
      <w:r w:rsidRPr="00B038CD">
        <w:rPr>
          <w:rFonts w:cstheme="minorHAnsi"/>
          <w:sz w:val="24"/>
          <w:szCs w:val="24"/>
          <w:lang w:val="pl-PL"/>
        </w:rPr>
        <w:t xml:space="preserve"> - Rozpoczęcie pracy </w:t>
      </w:r>
    </w:p>
    <w:p w14:paraId="7896FC56" w14:textId="77777777" w:rsidR="00933BEE" w:rsidRPr="00B038CD" w:rsidRDefault="00933BEE" w:rsidP="008E0FD6">
      <w:pPr>
        <w:shd w:val="clear" w:color="auto" w:fill="FFFFFF"/>
        <w:spacing w:after="0"/>
        <w:rPr>
          <w:rFonts w:cstheme="minorHAnsi"/>
          <w:sz w:val="24"/>
          <w:szCs w:val="24"/>
          <w:lang w:val="pl-PL"/>
        </w:rPr>
      </w:pPr>
      <w:r>
        <w:rPr>
          <w:rFonts w:cstheme="minorHAnsi"/>
          <w:sz w:val="24"/>
          <w:szCs w:val="24"/>
          <w:lang w:val="pl-PL"/>
        </w:rPr>
        <w:t>1</w:t>
      </w:r>
      <w:r w:rsidR="0078525C">
        <w:rPr>
          <w:rFonts w:cstheme="minorHAnsi"/>
          <w:sz w:val="24"/>
          <w:szCs w:val="24"/>
          <w:lang w:val="pl-PL"/>
        </w:rPr>
        <w:t>3</w:t>
      </w:r>
      <w:r w:rsidRPr="00B038CD">
        <w:rPr>
          <w:rFonts w:cstheme="minorHAnsi"/>
          <w:sz w:val="24"/>
          <w:szCs w:val="24"/>
          <w:lang w:val="pl-PL"/>
        </w:rPr>
        <w:t>:</w:t>
      </w:r>
      <w:r w:rsidR="0078525C">
        <w:rPr>
          <w:rFonts w:cstheme="minorHAnsi"/>
          <w:sz w:val="24"/>
          <w:szCs w:val="24"/>
          <w:lang w:val="pl-PL"/>
        </w:rPr>
        <w:t>2</w:t>
      </w:r>
      <w:r w:rsidRPr="00B038CD">
        <w:rPr>
          <w:rFonts w:cstheme="minorHAnsi"/>
          <w:sz w:val="24"/>
          <w:szCs w:val="24"/>
          <w:lang w:val="pl-PL"/>
        </w:rPr>
        <w:t xml:space="preserve">0 - Serwis dania głównego </w:t>
      </w:r>
    </w:p>
    <w:p w14:paraId="535B6268" w14:textId="77777777" w:rsidR="00933BEE" w:rsidRPr="00B038CD" w:rsidRDefault="00933BEE" w:rsidP="008E0FD6">
      <w:pPr>
        <w:shd w:val="clear" w:color="auto" w:fill="FFFFFF"/>
        <w:spacing w:after="0"/>
        <w:rPr>
          <w:rFonts w:cstheme="minorHAnsi"/>
          <w:sz w:val="24"/>
          <w:szCs w:val="24"/>
          <w:lang w:val="pl-PL"/>
        </w:rPr>
      </w:pPr>
      <w:r>
        <w:rPr>
          <w:rFonts w:cstheme="minorHAnsi"/>
          <w:sz w:val="24"/>
          <w:szCs w:val="24"/>
          <w:lang w:val="pl-PL"/>
        </w:rPr>
        <w:t>1</w:t>
      </w:r>
      <w:r w:rsidR="0078525C">
        <w:rPr>
          <w:rFonts w:cstheme="minorHAnsi"/>
          <w:sz w:val="24"/>
          <w:szCs w:val="24"/>
          <w:lang w:val="pl-PL"/>
        </w:rPr>
        <w:t>4</w:t>
      </w:r>
      <w:r w:rsidRPr="00B038CD">
        <w:rPr>
          <w:rFonts w:cstheme="minorHAnsi"/>
          <w:sz w:val="24"/>
          <w:szCs w:val="24"/>
          <w:lang w:val="pl-PL"/>
        </w:rPr>
        <w:t>:</w:t>
      </w:r>
      <w:r>
        <w:rPr>
          <w:rFonts w:cstheme="minorHAnsi"/>
          <w:sz w:val="24"/>
          <w:szCs w:val="24"/>
          <w:lang w:val="pl-PL"/>
        </w:rPr>
        <w:t>0</w:t>
      </w:r>
      <w:r w:rsidRPr="00B038CD">
        <w:rPr>
          <w:rFonts w:cstheme="minorHAnsi"/>
          <w:sz w:val="24"/>
          <w:szCs w:val="24"/>
          <w:lang w:val="pl-PL"/>
        </w:rPr>
        <w:t xml:space="preserve">0 - Serwis Deseru </w:t>
      </w:r>
    </w:p>
    <w:p w14:paraId="73DB10A9" w14:textId="77777777" w:rsidR="00933BEE" w:rsidRDefault="00933BEE" w:rsidP="008E0FD6">
      <w:pPr>
        <w:shd w:val="clear" w:color="auto" w:fill="FFFFFF"/>
        <w:spacing w:after="0"/>
        <w:rPr>
          <w:rFonts w:cstheme="minorHAnsi"/>
          <w:sz w:val="24"/>
          <w:szCs w:val="24"/>
          <w:lang w:val="pl-PL"/>
        </w:rPr>
      </w:pPr>
    </w:p>
    <w:p w14:paraId="361B1E47" w14:textId="77777777" w:rsidR="00933BEE" w:rsidRDefault="00933BEE" w:rsidP="008E0FD6">
      <w:pPr>
        <w:shd w:val="clear" w:color="auto" w:fill="FFFFFF"/>
        <w:spacing w:after="0"/>
        <w:rPr>
          <w:rFonts w:cstheme="minorHAnsi"/>
          <w:sz w:val="24"/>
          <w:szCs w:val="24"/>
          <w:lang w:val="pl-PL"/>
        </w:rPr>
      </w:pPr>
    </w:p>
    <w:p w14:paraId="49655F70" w14:textId="77777777" w:rsidR="00933BEE" w:rsidRPr="00B038CD" w:rsidRDefault="00933BEE" w:rsidP="008E0FD6">
      <w:pPr>
        <w:shd w:val="clear" w:color="auto" w:fill="FFFFFF"/>
        <w:spacing w:after="0"/>
        <w:rPr>
          <w:rFonts w:cstheme="minorHAnsi"/>
          <w:sz w:val="24"/>
          <w:szCs w:val="24"/>
          <w:lang w:val="pl-PL"/>
        </w:rPr>
      </w:pPr>
    </w:p>
    <w:p w14:paraId="510B16C4" w14:textId="77777777" w:rsidR="00B038CD" w:rsidRPr="00B038CD" w:rsidRDefault="00B038CD" w:rsidP="008E0FD6">
      <w:pPr>
        <w:shd w:val="clear" w:color="auto" w:fill="FFFFFF"/>
        <w:spacing w:after="0"/>
        <w:rPr>
          <w:rFonts w:cstheme="minorHAnsi"/>
          <w:sz w:val="24"/>
          <w:szCs w:val="24"/>
          <w:lang w:val="pl-PL"/>
        </w:rPr>
      </w:pPr>
    </w:p>
    <w:p w14:paraId="31753731" w14:textId="77777777" w:rsidR="00B038CD" w:rsidRPr="00B038CD" w:rsidRDefault="00B038CD" w:rsidP="008E0FD6">
      <w:pPr>
        <w:shd w:val="clear" w:color="auto" w:fill="FFFFFF"/>
        <w:spacing w:after="0"/>
        <w:rPr>
          <w:rFonts w:cstheme="minorHAnsi"/>
          <w:sz w:val="24"/>
          <w:szCs w:val="24"/>
          <w:lang w:val="pl-PL"/>
        </w:rPr>
      </w:pPr>
    </w:p>
    <w:p w14:paraId="78D33268" w14:textId="77777777" w:rsidR="00B038CD" w:rsidRPr="00B038CD" w:rsidRDefault="00B038CD" w:rsidP="008E0FD6">
      <w:pPr>
        <w:shd w:val="clear" w:color="auto" w:fill="FFFFFF"/>
        <w:spacing w:after="0"/>
        <w:rPr>
          <w:rFonts w:cstheme="minorHAnsi"/>
          <w:sz w:val="24"/>
          <w:szCs w:val="24"/>
          <w:lang w:val="pl-PL"/>
        </w:rPr>
      </w:pPr>
    </w:p>
    <w:p w14:paraId="5941B74A" w14:textId="77777777" w:rsidR="00B038CD" w:rsidRPr="008E0FD6" w:rsidRDefault="00B038CD" w:rsidP="008E0FD6">
      <w:pPr>
        <w:pStyle w:val="Akapitzlist"/>
        <w:numPr>
          <w:ilvl w:val="0"/>
          <w:numId w:val="22"/>
        </w:numPr>
        <w:shd w:val="clear" w:color="auto" w:fill="FFFFFF"/>
        <w:spacing w:after="0"/>
        <w:rPr>
          <w:rFonts w:cstheme="minorHAnsi"/>
          <w:sz w:val="24"/>
          <w:szCs w:val="24"/>
          <w:lang w:val="pl-PL"/>
        </w:rPr>
      </w:pPr>
      <w:r w:rsidRPr="008E0FD6">
        <w:rPr>
          <w:rFonts w:cstheme="minorHAnsi"/>
          <w:sz w:val="24"/>
          <w:szCs w:val="24"/>
          <w:lang w:val="pl-PL"/>
        </w:rPr>
        <w:t>Zespoły będą zajmować stanowiska po wcześniejszym ich wylosowaniu w</w:t>
      </w:r>
      <w:r w:rsidR="008E0FD6">
        <w:rPr>
          <w:rFonts w:cstheme="minorHAnsi"/>
          <w:sz w:val="24"/>
          <w:szCs w:val="24"/>
          <w:lang w:val="pl-PL"/>
        </w:rPr>
        <w:t xml:space="preserve"> </w:t>
      </w:r>
      <w:r w:rsidRPr="008E0FD6">
        <w:rPr>
          <w:rFonts w:cstheme="minorHAnsi"/>
          <w:sz w:val="24"/>
          <w:szCs w:val="24"/>
          <w:lang w:val="pl-PL"/>
        </w:rPr>
        <w:t>dniu odprawy.</w:t>
      </w:r>
      <w:r w:rsidR="00C830E5">
        <w:rPr>
          <w:rFonts w:cstheme="minorHAnsi"/>
          <w:sz w:val="24"/>
          <w:szCs w:val="24"/>
          <w:lang w:val="pl-PL"/>
        </w:rPr>
        <w:t xml:space="preserve"> Odprawa Konkursowa odbędzie się dnia </w:t>
      </w:r>
      <w:r w:rsidR="0078525C">
        <w:rPr>
          <w:rFonts w:cstheme="minorHAnsi"/>
          <w:sz w:val="24"/>
          <w:szCs w:val="24"/>
          <w:lang w:val="pl-PL"/>
        </w:rPr>
        <w:t>9</w:t>
      </w:r>
      <w:r w:rsidR="00C830E5">
        <w:rPr>
          <w:rFonts w:cstheme="minorHAnsi"/>
          <w:sz w:val="24"/>
          <w:szCs w:val="24"/>
          <w:lang w:val="pl-PL"/>
        </w:rPr>
        <w:t>.03.2026 roku o godzinie 1</w:t>
      </w:r>
      <w:r w:rsidR="0078525C">
        <w:rPr>
          <w:rFonts w:cstheme="minorHAnsi"/>
          <w:sz w:val="24"/>
          <w:szCs w:val="24"/>
          <w:lang w:val="pl-PL"/>
        </w:rPr>
        <w:t>8</w:t>
      </w:r>
      <w:r w:rsidR="00C830E5">
        <w:rPr>
          <w:rFonts w:cstheme="minorHAnsi"/>
          <w:sz w:val="24"/>
          <w:szCs w:val="24"/>
          <w:lang w:val="pl-PL"/>
        </w:rPr>
        <w:t>:</w:t>
      </w:r>
      <w:r w:rsidR="0078525C">
        <w:rPr>
          <w:rFonts w:cstheme="minorHAnsi"/>
          <w:sz w:val="24"/>
          <w:szCs w:val="24"/>
          <w:lang w:val="pl-PL"/>
        </w:rPr>
        <w:t>0</w:t>
      </w:r>
      <w:r w:rsidR="00C830E5">
        <w:rPr>
          <w:rFonts w:cstheme="minorHAnsi"/>
          <w:sz w:val="24"/>
          <w:szCs w:val="24"/>
          <w:lang w:val="pl-PL"/>
        </w:rPr>
        <w:t xml:space="preserve">0 </w:t>
      </w:r>
    </w:p>
    <w:p w14:paraId="4921874C" w14:textId="77777777" w:rsidR="00B038CD" w:rsidRPr="008E0FD6" w:rsidRDefault="00B038CD" w:rsidP="008E0FD6">
      <w:pPr>
        <w:pStyle w:val="Akapitzlist"/>
        <w:numPr>
          <w:ilvl w:val="0"/>
          <w:numId w:val="22"/>
        </w:numPr>
        <w:shd w:val="clear" w:color="auto" w:fill="FFFFFF"/>
        <w:spacing w:after="0"/>
        <w:rPr>
          <w:rFonts w:cstheme="minorHAnsi"/>
          <w:sz w:val="24"/>
          <w:szCs w:val="24"/>
          <w:lang w:val="pl-PL"/>
        </w:rPr>
      </w:pPr>
      <w:r w:rsidRPr="008E0FD6">
        <w:rPr>
          <w:rFonts w:cstheme="minorHAnsi"/>
          <w:sz w:val="24"/>
          <w:szCs w:val="24"/>
          <w:lang w:val="pl-PL"/>
        </w:rPr>
        <w:t xml:space="preserve">Wszystkie składniki niezbędne do przygotowania dań konkursowych każda z ekip zabezpiecza we własnym zakresie (składniki obowiązkowe zapewnia organizator) </w:t>
      </w:r>
    </w:p>
    <w:p w14:paraId="26503A4A" w14:textId="77777777" w:rsidR="00B038CD" w:rsidRPr="008E0FD6" w:rsidRDefault="00B038CD" w:rsidP="008E0FD6">
      <w:pPr>
        <w:pStyle w:val="Akapitzlist"/>
        <w:numPr>
          <w:ilvl w:val="0"/>
          <w:numId w:val="22"/>
        </w:numPr>
        <w:shd w:val="clear" w:color="auto" w:fill="FFFFFF"/>
        <w:spacing w:after="0"/>
        <w:rPr>
          <w:rFonts w:cstheme="minorHAnsi"/>
          <w:sz w:val="24"/>
          <w:szCs w:val="24"/>
          <w:lang w:val="pl-PL"/>
        </w:rPr>
      </w:pPr>
      <w:r w:rsidRPr="008E0FD6">
        <w:rPr>
          <w:rFonts w:cstheme="minorHAnsi"/>
          <w:sz w:val="24"/>
          <w:szCs w:val="24"/>
          <w:lang w:val="pl-PL"/>
        </w:rPr>
        <w:t>Wszystkie produkty oraz składniki użyte do dań konkursowych, łącznie z dekoracją muszą być jadalne, świeże, nietrujące oraz nie zakazane przez polskie prawo.</w:t>
      </w:r>
    </w:p>
    <w:p w14:paraId="6ED8EDE4" w14:textId="77777777" w:rsidR="00B038CD" w:rsidRPr="00B038CD" w:rsidRDefault="00B038CD" w:rsidP="008E0FD6">
      <w:pPr>
        <w:shd w:val="clear" w:color="auto" w:fill="FFFFFF"/>
        <w:spacing w:after="0"/>
        <w:rPr>
          <w:rFonts w:cstheme="minorHAnsi"/>
          <w:sz w:val="24"/>
          <w:szCs w:val="24"/>
          <w:lang w:val="pl-PL"/>
        </w:rPr>
      </w:pPr>
    </w:p>
    <w:p w14:paraId="132B28D6" w14:textId="77777777" w:rsidR="00B038CD" w:rsidRPr="008E0FD6" w:rsidRDefault="00B038CD" w:rsidP="008E0FD6">
      <w:pPr>
        <w:pStyle w:val="Akapitzlist"/>
        <w:numPr>
          <w:ilvl w:val="0"/>
          <w:numId w:val="22"/>
        </w:numPr>
        <w:shd w:val="clear" w:color="auto" w:fill="FFFFFF"/>
        <w:spacing w:after="0"/>
        <w:rPr>
          <w:rFonts w:cstheme="minorHAnsi"/>
          <w:sz w:val="24"/>
          <w:szCs w:val="24"/>
          <w:lang w:val="pl-PL"/>
        </w:rPr>
      </w:pPr>
      <w:r w:rsidRPr="008E0FD6">
        <w:rPr>
          <w:rFonts w:cstheme="minorHAnsi"/>
          <w:sz w:val="24"/>
          <w:szCs w:val="24"/>
          <w:lang w:val="pl-PL"/>
        </w:rPr>
        <w:t>Wszystkie składniki użyte do przygotowania dań konkursowych powinny być</w:t>
      </w:r>
      <w:r w:rsidR="008E0FD6" w:rsidRPr="008E0FD6">
        <w:rPr>
          <w:rFonts w:cstheme="minorHAnsi"/>
          <w:sz w:val="24"/>
          <w:szCs w:val="24"/>
          <w:lang w:val="pl-PL"/>
        </w:rPr>
        <w:t xml:space="preserve"> </w:t>
      </w:r>
      <w:r w:rsidRPr="008E0FD6">
        <w:rPr>
          <w:rFonts w:cstheme="minorHAnsi"/>
          <w:sz w:val="24"/>
          <w:szCs w:val="24"/>
          <w:lang w:val="pl-PL"/>
        </w:rPr>
        <w:t>odważone i zapakowane w pojemniki wielokrotnego użytku. Produkty nie mogą być przyniesione w oryginalnych opakowaniach z logiem producenta.</w:t>
      </w:r>
    </w:p>
    <w:p w14:paraId="79CA4785" w14:textId="77777777" w:rsidR="00B038CD" w:rsidRPr="00B038CD" w:rsidRDefault="00B038CD" w:rsidP="008E0FD6">
      <w:pPr>
        <w:shd w:val="clear" w:color="auto" w:fill="FFFFFF"/>
        <w:spacing w:after="0"/>
        <w:rPr>
          <w:rFonts w:cstheme="minorHAnsi"/>
          <w:sz w:val="24"/>
          <w:szCs w:val="24"/>
          <w:lang w:val="pl-PL"/>
        </w:rPr>
      </w:pPr>
    </w:p>
    <w:p w14:paraId="6026B8D8" w14:textId="77777777" w:rsidR="00B038CD" w:rsidRPr="008E0FD6" w:rsidRDefault="00B038CD" w:rsidP="008E0FD6">
      <w:pPr>
        <w:pStyle w:val="Akapitzlist"/>
        <w:numPr>
          <w:ilvl w:val="0"/>
          <w:numId w:val="22"/>
        </w:numPr>
        <w:shd w:val="clear" w:color="auto" w:fill="FFFFFF"/>
        <w:spacing w:after="0"/>
        <w:rPr>
          <w:rFonts w:cstheme="minorHAnsi"/>
          <w:sz w:val="24"/>
          <w:szCs w:val="24"/>
        </w:rPr>
      </w:pPr>
      <w:proofErr w:type="spellStart"/>
      <w:r w:rsidRPr="008E0FD6">
        <w:rPr>
          <w:rFonts w:cstheme="minorHAnsi"/>
          <w:sz w:val="24"/>
          <w:szCs w:val="24"/>
        </w:rPr>
        <w:t>Dozwolone</w:t>
      </w:r>
      <w:proofErr w:type="spellEnd"/>
      <w:r w:rsidRPr="008E0FD6">
        <w:rPr>
          <w:rFonts w:cstheme="minorHAnsi"/>
          <w:sz w:val="24"/>
          <w:szCs w:val="24"/>
        </w:rPr>
        <w:t xml:space="preserve"> jest:</w:t>
      </w:r>
    </w:p>
    <w:p w14:paraId="488E164D" w14:textId="77777777" w:rsidR="00B038CD" w:rsidRPr="00B038CD" w:rsidRDefault="00C830E5" w:rsidP="008E0FD6">
      <w:pPr>
        <w:numPr>
          <w:ilvl w:val="0"/>
          <w:numId w:val="20"/>
        </w:numPr>
        <w:shd w:val="clear" w:color="auto" w:fill="FFFFFF"/>
        <w:spacing w:after="0"/>
        <w:rPr>
          <w:rFonts w:cstheme="minorHAnsi"/>
          <w:sz w:val="24"/>
          <w:szCs w:val="24"/>
          <w:lang w:val="pl-PL"/>
        </w:rPr>
      </w:pPr>
      <w:r>
        <w:rPr>
          <w:rFonts w:cstheme="minorHAnsi"/>
          <w:sz w:val="24"/>
          <w:szCs w:val="24"/>
          <w:lang w:val="pl-PL"/>
        </w:rPr>
        <w:t>Użycie</w:t>
      </w:r>
      <w:r w:rsidR="00B038CD" w:rsidRPr="00B038CD">
        <w:rPr>
          <w:rFonts w:cstheme="minorHAnsi"/>
          <w:sz w:val="24"/>
          <w:szCs w:val="24"/>
          <w:lang w:val="pl-PL"/>
        </w:rPr>
        <w:t xml:space="preserve"> owoców i warzyw obranych, ale nie pokrojonych </w:t>
      </w:r>
      <w:r>
        <w:rPr>
          <w:rFonts w:cstheme="minorHAnsi"/>
          <w:sz w:val="24"/>
          <w:szCs w:val="24"/>
          <w:lang w:val="pl-PL"/>
        </w:rPr>
        <w:t xml:space="preserve">i niepoddanych obróbce </w:t>
      </w:r>
      <w:proofErr w:type="spellStart"/>
      <w:r>
        <w:rPr>
          <w:rFonts w:cstheme="minorHAnsi"/>
          <w:sz w:val="24"/>
          <w:szCs w:val="24"/>
          <w:lang w:val="pl-PL"/>
        </w:rPr>
        <w:t>trmicznej</w:t>
      </w:r>
      <w:proofErr w:type="spellEnd"/>
    </w:p>
    <w:p w14:paraId="0DFA6E07" w14:textId="77777777" w:rsidR="00B038CD" w:rsidRPr="00B038CD" w:rsidRDefault="00B038CD" w:rsidP="008E0FD6">
      <w:pPr>
        <w:numPr>
          <w:ilvl w:val="0"/>
          <w:numId w:val="20"/>
        </w:numPr>
        <w:shd w:val="clear" w:color="auto" w:fill="FFFFFF"/>
        <w:spacing w:after="0"/>
        <w:rPr>
          <w:rFonts w:cstheme="minorHAnsi"/>
          <w:sz w:val="24"/>
          <w:szCs w:val="24"/>
          <w:lang w:val="pl-PL"/>
        </w:rPr>
      </w:pPr>
      <w:r w:rsidRPr="00B038CD">
        <w:rPr>
          <w:rFonts w:cstheme="minorHAnsi"/>
          <w:sz w:val="24"/>
          <w:szCs w:val="24"/>
          <w:lang w:val="pl-PL"/>
        </w:rPr>
        <w:t>Użycie przygotowanych wcześniej, nie zredukowanych i niedoprawionych wywarów</w:t>
      </w:r>
    </w:p>
    <w:p w14:paraId="5B5BC527" w14:textId="77777777" w:rsidR="00B038CD" w:rsidRPr="00B038CD" w:rsidRDefault="00B038CD" w:rsidP="008E0FD6">
      <w:pPr>
        <w:numPr>
          <w:ilvl w:val="0"/>
          <w:numId w:val="20"/>
        </w:numPr>
        <w:shd w:val="clear" w:color="auto" w:fill="FFFFFF"/>
        <w:spacing w:after="0"/>
        <w:rPr>
          <w:rFonts w:cstheme="minorHAnsi"/>
          <w:sz w:val="24"/>
          <w:szCs w:val="24"/>
          <w:lang w:val="pl-PL"/>
        </w:rPr>
      </w:pPr>
      <w:r w:rsidRPr="00B038CD">
        <w:rPr>
          <w:rFonts w:cstheme="minorHAnsi"/>
          <w:sz w:val="24"/>
          <w:szCs w:val="24"/>
          <w:lang w:val="pl-PL"/>
        </w:rPr>
        <w:t xml:space="preserve">Użycie puree owocowych i warzywnych, nie zredukowanych i nie doprawionych </w:t>
      </w:r>
    </w:p>
    <w:p w14:paraId="6AA7555D" w14:textId="77777777" w:rsidR="00B038CD" w:rsidRPr="00B038CD" w:rsidRDefault="00B038CD" w:rsidP="008E0FD6">
      <w:pPr>
        <w:numPr>
          <w:ilvl w:val="0"/>
          <w:numId w:val="20"/>
        </w:numPr>
        <w:shd w:val="clear" w:color="auto" w:fill="FFFFFF"/>
        <w:spacing w:after="0"/>
        <w:rPr>
          <w:rFonts w:cstheme="minorHAnsi"/>
          <w:sz w:val="24"/>
          <w:szCs w:val="24"/>
          <w:lang w:val="pl-PL"/>
        </w:rPr>
      </w:pPr>
      <w:r w:rsidRPr="00B038CD">
        <w:rPr>
          <w:rFonts w:cstheme="minorHAnsi"/>
          <w:sz w:val="24"/>
          <w:szCs w:val="24"/>
          <w:lang w:val="pl-PL"/>
        </w:rPr>
        <w:t>Użycie soków owocowych i warzywnych, nie zredukowanych i nie doprawionych</w:t>
      </w:r>
    </w:p>
    <w:p w14:paraId="3082B5B7" w14:textId="77777777" w:rsidR="00B038CD" w:rsidRPr="00B038CD" w:rsidRDefault="00B038CD" w:rsidP="008E0FD6">
      <w:pPr>
        <w:numPr>
          <w:ilvl w:val="0"/>
          <w:numId w:val="20"/>
        </w:numPr>
        <w:shd w:val="clear" w:color="auto" w:fill="FFFFFF"/>
        <w:spacing w:after="0"/>
        <w:rPr>
          <w:rFonts w:cstheme="minorHAnsi"/>
          <w:sz w:val="24"/>
          <w:szCs w:val="24"/>
          <w:lang w:val="pl-PL"/>
        </w:rPr>
      </w:pPr>
      <w:r w:rsidRPr="00B038CD">
        <w:rPr>
          <w:rFonts w:cstheme="minorHAnsi"/>
          <w:sz w:val="24"/>
          <w:szCs w:val="24"/>
          <w:lang w:val="pl-PL"/>
        </w:rPr>
        <w:t xml:space="preserve">Użycie gotowych, </w:t>
      </w:r>
      <w:proofErr w:type="gramStart"/>
      <w:r w:rsidRPr="00B038CD">
        <w:rPr>
          <w:rFonts w:cstheme="minorHAnsi"/>
          <w:sz w:val="24"/>
          <w:szCs w:val="24"/>
          <w:lang w:val="pl-PL"/>
        </w:rPr>
        <w:t>zagniecionych</w:t>
      </w:r>
      <w:proofErr w:type="gramEnd"/>
      <w:r w:rsidRPr="00B038CD">
        <w:rPr>
          <w:rFonts w:cstheme="minorHAnsi"/>
          <w:sz w:val="24"/>
          <w:szCs w:val="24"/>
          <w:lang w:val="pl-PL"/>
        </w:rPr>
        <w:t xml:space="preserve"> ale nie uformowanych i nie wypieczonych</w:t>
      </w:r>
      <w:r w:rsidR="00C830E5">
        <w:rPr>
          <w:rFonts w:cstheme="minorHAnsi"/>
          <w:sz w:val="24"/>
          <w:szCs w:val="24"/>
          <w:lang w:val="pl-PL"/>
        </w:rPr>
        <w:t xml:space="preserve">/ugotowanych </w:t>
      </w:r>
      <w:r w:rsidRPr="00B038CD">
        <w:rPr>
          <w:rFonts w:cstheme="minorHAnsi"/>
          <w:sz w:val="24"/>
          <w:szCs w:val="24"/>
          <w:lang w:val="pl-PL"/>
        </w:rPr>
        <w:t>ciast</w:t>
      </w:r>
    </w:p>
    <w:p w14:paraId="2181FAA9" w14:textId="77777777" w:rsidR="00B038CD" w:rsidRPr="00B038CD" w:rsidRDefault="00B038CD" w:rsidP="008E0FD6">
      <w:pPr>
        <w:numPr>
          <w:ilvl w:val="0"/>
          <w:numId w:val="20"/>
        </w:numPr>
        <w:shd w:val="clear" w:color="auto" w:fill="FFFFFF"/>
        <w:spacing w:after="0"/>
        <w:rPr>
          <w:rFonts w:cstheme="minorHAnsi"/>
          <w:sz w:val="24"/>
          <w:szCs w:val="24"/>
          <w:lang w:val="pl-PL"/>
        </w:rPr>
      </w:pPr>
      <w:r w:rsidRPr="00B038CD">
        <w:rPr>
          <w:rFonts w:cstheme="minorHAnsi"/>
          <w:sz w:val="24"/>
          <w:szCs w:val="24"/>
          <w:lang w:val="pl-PL"/>
        </w:rPr>
        <w:t xml:space="preserve">Użycie liofilizowanych i suszonych owoców i warzyw </w:t>
      </w:r>
    </w:p>
    <w:p w14:paraId="1279DC52" w14:textId="77777777" w:rsidR="00B038CD" w:rsidRPr="00B038CD" w:rsidRDefault="00B038CD" w:rsidP="008E0FD6">
      <w:pPr>
        <w:numPr>
          <w:ilvl w:val="0"/>
          <w:numId w:val="20"/>
        </w:numPr>
        <w:shd w:val="clear" w:color="auto" w:fill="FFFFFF"/>
        <w:spacing w:after="0"/>
        <w:rPr>
          <w:rFonts w:cstheme="minorHAnsi"/>
          <w:sz w:val="24"/>
          <w:szCs w:val="24"/>
          <w:lang w:val="pl-PL"/>
        </w:rPr>
      </w:pPr>
      <w:r w:rsidRPr="00B038CD">
        <w:rPr>
          <w:rFonts w:cstheme="minorHAnsi"/>
          <w:sz w:val="24"/>
          <w:szCs w:val="24"/>
          <w:lang w:val="pl-PL"/>
        </w:rPr>
        <w:t xml:space="preserve">Użycie wcześniej </w:t>
      </w:r>
      <w:proofErr w:type="gramStart"/>
      <w:r w:rsidRPr="00B038CD">
        <w:rPr>
          <w:rFonts w:cstheme="minorHAnsi"/>
          <w:sz w:val="24"/>
          <w:szCs w:val="24"/>
          <w:lang w:val="pl-PL"/>
        </w:rPr>
        <w:t>oczyszczonego</w:t>
      </w:r>
      <w:proofErr w:type="gramEnd"/>
      <w:r w:rsidRPr="00B038CD">
        <w:rPr>
          <w:rFonts w:cstheme="minorHAnsi"/>
          <w:sz w:val="24"/>
          <w:szCs w:val="24"/>
          <w:lang w:val="pl-PL"/>
        </w:rPr>
        <w:t xml:space="preserve"> ale nieuformowanego i nie pokrojonego elementu ryby lub mięsa  </w:t>
      </w:r>
    </w:p>
    <w:p w14:paraId="6805EEBC" w14:textId="77777777" w:rsidR="00B038CD" w:rsidRDefault="00B038CD" w:rsidP="008E0FD6">
      <w:pPr>
        <w:numPr>
          <w:ilvl w:val="0"/>
          <w:numId w:val="20"/>
        </w:numPr>
        <w:shd w:val="clear" w:color="auto" w:fill="FFFFFF"/>
        <w:spacing w:after="0"/>
        <w:rPr>
          <w:rFonts w:cstheme="minorHAnsi"/>
          <w:sz w:val="24"/>
          <w:szCs w:val="24"/>
          <w:lang w:val="pl-PL"/>
        </w:rPr>
      </w:pPr>
      <w:r w:rsidRPr="00B038CD">
        <w:rPr>
          <w:rFonts w:cstheme="minorHAnsi"/>
          <w:sz w:val="24"/>
          <w:szCs w:val="24"/>
          <w:lang w:val="pl-PL"/>
        </w:rPr>
        <w:t xml:space="preserve">Użycie skorupiaków bez głowy i pancerza/muszli, ale niepoddanych żadnej obróbce termicznej oraz kalibracji </w:t>
      </w:r>
    </w:p>
    <w:p w14:paraId="46A47DEF" w14:textId="77777777" w:rsidR="0078525C" w:rsidRPr="00D65043" w:rsidRDefault="0078525C" w:rsidP="0078525C">
      <w:pPr>
        <w:numPr>
          <w:ilvl w:val="0"/>
          <w:numId w:val="20"/>
        </w:numPr>
        <w:shd w:val="clear" w:color="auto" w:fill="FFFFFF"/>
        <w:spacing w:after="0"/>
        <w:rPr>
          <w:rFonts w:cstheme="minorHAnsi"/>
          <w:sz w:val="24"/>
          <w:szCs w:val="24"/>
        </w:rPr>
      </w:pPr>
      <w:proofErr w:type="spellStart"/>
      <w:r>
        <w:rPr>
          <w:rFonts w:cstheme="minorHAnsi"/>
          <w:sz w:val="24"/>
          <w:szCs w:val="24"/>
        </w:rPr>
        <w:t>U</w:t>
      </w:r>
      <w:r w:rsidRPr="00D65043">
        <w:rPr>
          <w:rFonts w:cstheme="minorHAnsi"/>
          <w:sz w:val="24"/>
          <w:szCs w:val="24"/>
        </w:rPr>
        <w:t>życie</w:t>
      </w:r>
      <w:proofErr w:type="spellEnd"/>
      <w:r w:rsidRPr="00D65043">
        <w:rPr>
          <w:rFonts w:cstheme="minorHAnsi"/>
          <w:sz w:val="24"/>
          <w:szCs w:val="24"/>
        </w:rPr>
        <w:t xml:space="preserve"> </w:t>
      </w:r>
      <w:proofErr w:type="spellStart"/>
      <w:r w:rsidRPr="00D65043">
        <w:rPr>
          <w:rFonts w:cstheme="minorHAnsi"/>
          <w:sz w:val="24"/>
          <w:szCs w:val="24"/>
        </w:rPr>
        <w:t>aromatyzowanych</w:t>
      </w:r>
      <w:proofErr w:type="spellEnd"/>
      <w:r w:rsidRPr="00D65043">
        <w:rPr>
          <w:rFonts w:cstheme="minorHAnsi"/>
          <w:sz w:val="24"/>
          <w:szCs w:val="24"/>
        </w:rPr>
        <w:t xml:space="preserve"> </w:t>
      </w:r>
      <w:proofErr w:type="spellStart"/>
      <w:r w:rsidRPr="00D65043">
        <w:rPr>
          <w:rFonts w:cstheme="minorHAnsi"/>
          <w:sz w:val="24"/>
          <w:szCs w:val="24"/>
        </w:rPr>
        <w:t>syropów</w:t>
      </w:r>
      <w:proofErr w:type="spellEnd"/>
    </w:p>
    <w:p w14:paraId="2F801949" w14:textId="77777777" w:rsidR="0078525C" w:rsidRDefault="0078525C" w:rsidP="0078525C">
      <w:pPr>
        <w:numPr>
          <w:ilvl w:val="0"/>
          <w:numId w:val="20"/>
        </w:numPr>
        <w:shd w:val="clear" w:color="auto" w:fill="FFFFFF"/>
        <w:spacing w:after="0"/>
        <w:rPr>
          <w:rFonts w:cstheme="minorHAnsi"/>
          <w:sz w:val="24"/>
          <w:szCs w:val="24"/>
          <w:lang w:val="pl-PL"/>
        </w:rPr>
      </w:pPr>
      <w:r w:rsidRPr="00B038CD">
        <w:rPr>
          <w:rFonts w:cstheme="minorHAnsi"/>
          <w:sz w:val="24"/>
          <w:szCs w:val="24"/>
          <w:lang w:val="pl-PL"/>
        </w:rPr>
        <w:t>Użycie gotowych pudrów, aromatyzowanych soli i cukrów</w:t>
      </w:r>
    </w:p>
    <w:p w14:paraId="6056C8BB" w14:textId="77777777" w:rsidR="0078525C" w:rsidRPr="00B038CD" w:rsidRDefault="0078525C" w:rsidP="0078525C">
      <w:pPr>
        <w:shd w:val="clear" w:color="auto" w:fill="FFFFFF"/>
        <w:spacing w:after="0"/>
        <w:ind w:left="720"/>
        <w:rPr>
          <w:rFonts w:cstheme="minorHAnsi"/>
          <w:sz w:val="24"/>
          <w:szCs w:val="24"/>
          <w:lang w:val="pl-PL"/>
        </w:rPr>
      </w:pPr>
    </w:p>
    <w:p w14:paraId="7C5F8526" w14:textId="77777777" w:rsidR="00B038CD" w:rsidRPr="00B038CD" w:rsidRDefault="00B038CD" w:rsidP="008E0FD6">
      <w:pPr>
        <w:shd w:val="clear" w:color="auto" w:fill="FFFFFF"/>
        <w:spacing w:after="0"/>
        <w:ind w:left="720"/>
        <w:rPr>
          <w:rFonts w:cstheme="minorHAnsi"/>
          <w:sz w:val="24"/>
          <w:szCs w:val="24"/>
          <w:lang w:val="pl-PL"/>
        </w:rPr>
      </w:pPr>
    </w:p>
    <w:p w14:paraId="7783ED20" w14:textId="77777777" w:rsidR="00B038CD" w:rsidRDefault="00B038CD" w:rsidP="008E0FD6">
      <w:pPr>
        <w:shd w:val="clear" w:color="auto" w:fill="FFFFFF"/>
        <w:spacing w:after="0"/>
        <w:rPr>
          <w:rFonts w:cstheme="minorHAnsi"/>
          <w:sz w:val="24"/>
          <w:szCs w:val="24"/>
          <w:lang w:val="pl-PL"/>
        </w:rPr>
      </w:pPr>
    </w:p>
    <w:p w14:paraId="1B2CDB3D" w14:textId="77777777" w:rsidR="00FB4546" w:rsidRDefault="00FB4546" w:rsidP="008E0FD6">
      <w:pPr>
        <w:shd w:val="clear" w:color="auto" w:fill="FFFFFF"/>
        <w:spacing w:after="0"/>
        <w:rPr>
          <w:rFonts w:cstheme="minorHAnsi"/>
          <w:sz w:val="24"/>
          <w:szCs w:val="24"/>
          <w:lang w:val="pl-PL"/>
        </w:rPr>
      </w:pPr>
    </w:p>
    <w:p w14:paraId="22E37B51" w14:textId="77777777" w:rsidR="00FB4546" w:rsidRDefault="00FB4546" w:rsidP="008E0FD6">
      <w:pPr>
        <w:shd w:val="clear" w:color="auto" w:fill="FFFFFF"/>
        <w:spacing w:after="0"/>
        <w:rPr>
          <w:rFonts w:cstheme="minorHAnsi"/>
          <w:sz w:val="24"/>
          <w:szCs w:val="24"/>
          <w:lang w:val="pl-PL"/>
        </w:rPr>
      </w:pPr>
    </w:p>
    <w:p w14:paraId="0BFEA932" w14:textId="77777777" w:rsidR="00FB4546" w:rsidRDefault="00FB4546" w:rsidP="008E0FD6">
      <w:pPr>
        <w:shd w:val="clear" w:color="auto" w:fill="FFFFFF"/>
        <w:spacing w:after="0"/>
        <w:rPr>
          <w:rFonts w:cstheme="minorHAnsi"/>
          <w:sz w:val="24"/>
          <w:szCs w:val="24"/>
          <w:lang w:val="pl-PL"/>
        </w:rPr>
      </w:pPr>
    </w:p>
    <w:p w14:paraId="43ADA3AD" w14:textId="77777777" w:rsidR="00FB4546" w:rsidRPr="00B038CD" w:rsidRDefault="00FB4546" w:rsidP="008E0FD6">
      <w:pPr>
        <w:shd w:val="clear" w:color="auto" w:fill="FFFFFF"/>
        <w:spacing w:after="0"/>
        <w:rPr>
          <w:rFonts w:cstheme="minorHAnsi"/>
          <w:sz w:val="24"/>
          <w:szCs w:val="24"/>
          <w:lang w:val="pl-PL"/>
        </w:rPr>
      </w:pPr>
    </w:p>
    <w:p w14:paraId="776D0CBF" w14:textId="77777777" w:rsidR="00B038CD" w:rsidRPr="008E0FD6" w:rsidRDefault="00B038CD" w:rsidP="008E0FD6">
      <w:pPr>
        <w:pStyle w:val="Akapitzlist"/>
        <w:numPr>
          <w:ilvl w:val="0"/>
          <w:numId w:val="22"/>
        </w:numPr>
        <w:shd w:val="clear" w:color="auto" w:fill="FFFFFF"/>
        <w:tabs>
          <w:tab w:val="left" w:pos="567"/>
        </w:tabs>
        <w:spacing w:after="0"/>
        <w:rPr>
          <w:rFonts w:cstheme="minorHAnsi"/>
          <w:sz w:val="24"/>
          <w:szCs w:val="24"/>
        </w:rPr>
      </w:pPr>
      <w:proofErr w:type="spellStart"/>
      <w:r w:rsidRPr="008E0FD6">
        <w:rPr>
          <w:rFonts w:cstheme="minorHAnsi"/>
          <w:sz w:val="24"/>
          <w:szCs w:val="24"/>
        </w:rPr>
        <w:t>Zabrania</w:t>
      </w:r>
      <w:proofErr w:type="spellEnd"/>
      <w:r w:rsidRPr="008E0FD6">
        <w:rPr>
          <w:rFonts w:cstheme="minorHAnsi"/>
          <w:sz w:val="24"/>
          <w:szCs w:val="24"/>
        </w:rPr>
        <w:t xml:space="preserve"> </w:t>
      </w:r>
      <w:proofErr w:type="spellStart"/>
      <w:r w:rsidRPr="008E0FD6">
        <w:rPr>
          <w:rFonts w:cstheme="minorHAnsi"/>
          <w:sz w:val="24"/>
          <w:szCs w:val="24"/>
        </w:rPr>
        <w:t>się</w:t>
      </w:r>
      <w:proofErr w:type="spellEnd"/>
      <w:r w:rsidRPr="008E0FD6">
        <w:rPr>
          <w:rFonts w:cstheme="minorHAnsi"/>
          <w:sz w:val="24"/>
          <w:szCs w:val="24"/>
        </w:rPr>
        <w:t>:</w:t>
      </w:r>
    </w:p>
    <w:p w14:paraId="2D8EE09E" w14:textId="77777777" w:rsidR="00B038CD" w:rsidRPr="00B038CD" w:rsidRDefault="00B038CD" w:rsidP="008E0FD6">
      <w:pPr>
        <w:numPr>
          <w:ilvl w:val="0"/>
          <w:numId w:val="21"/>
        </w:numPr>
        <w:pBdr>
          <w:top w:val="nil"/>
          <w:left w:val="nil"/>
          <w:bottom w:val="nil"/>
          <w:right w:val="nil"/>
          <w:between w:val="nil"/>
        </w:pBdr>
        <w:shd w:val="clear" w:color="auto" w:fill="FFFFFF"/>
        <w:spacing w:after="0"/>
        <w:rPr>
          <w:rFonts w:cstheme="minorHAnsi"/>
          <w:sz w:val="24"/>
          <w:szCs w:val="24"/>
          <w:lang w:val="pl-PL"/>
        </w:rPr>
      </w:pPr>
      <w:r w:rsidRPr="00B038CD">
        <w:rPr>
          <w:rFonts w:cstheme="minorHAnsi"/>
          <w:sz w:val="24"/>
          <w:szCs w:val="24"/>
          <w:lang w:val="pl-PL"/>
        </w:rPr>
        <w:t>Stosowanie produktów wcześniej wyporcjowanych oraz uformowanych</w:t>
      </w:r>
    </w:p>
    <w:p w14:paraId="5D4BD028" w14:textId="77777777" w:rsidR="00B038CD" w:rsidRPr="00C830E5" w:rsidRDefault="00B038CD" w:rsidP="008E0FD6">
      <w:pPr>
        <w:numPr>
          <w:ilvl w:val="0"/>
          <w:numId w:val="21"/>
        </w:numPr>
        <w:pBdr>
          <w:top w:val="nil"/>
          <w:left w:val="nil"/>
          <w:bottom w:val="nil"/>
          <w:right w:val="nil"/>
          <w:between w:val="nil"/>
        </w:pBdr>
        <w:shd w:val="clear" w:color="auto" w:fill="FFFFFF"/>
        <w:spacing w:after="0"/>
        <w:rPr>
          <w:rFonts w:cstheme="minorHAnsi"/>
          <w:sz w:val="24"/>
          <w:szCs w:val="24"/>
          <w:lang w:val="pl-PL"/>
        </w:rPr>
      </w:pPr>
      <w:r w:rsidRPr="00C830E5">
        <w:rPr>
          <w:rFonts w:cstheme="minorHAnsi"/>
          <w:sz w:val="24"/>
          <w:szCs w:val="24"/>
          <w:lang w:val="pl-PL"/>
        </w:rPr>
        <w:t xml:space="preserve">Stosowania gotowych sosów, farszów, nadzień </w:t>
      </w:r>
    </w:p>
    <w:p w14:paraId="407D88AA" w14:textId="77777777" w:rsidR="00B038CD" w:rsidRPr="00D65043" w:rsidRDefault="00B038CD" w:rsidP="008E0FD6">
      <w:pPr>
        <w:numPr>
          <w:ilvl w:val="0"/>
          <w:numId w:val="21"/>
        </w:numPr>
        <w:pBdr>
          <w:top w:val="nil"/>
          <w:left w:val="nil"/>
          <w:bottom w:val="nil"/>
          <w:right w:val="nil"/>
          <w:between w:val="nil"/>
        </w:pBdr>
        <w:shd w:val="clear" w:color="auto" w:fill="FFFFFF"/>
        <w:tabs>
          <w:tab w:val="left" w:pos="567"/>
        </w:tabs>
        <w:spacing w:after="0"/>
        <w:rPr>
          <w:rFonts w:cstheme="minorHAnsi"/>
          <w:sz w:val="24"/>
          <w:szCs w:val="24"/>
        </w:rPr>
      </w:pPr>
      <w:r w:rsidRPr="00C830E5">
        <w:rPr>
          <w:rFonts w:cstheme="minorHAnsi"/>
          <w:sz w:val="24"/>
          <w:szCs w:val="24"/>
          <w:lang w:val="pl-PL"/>
        </w:rPr>
        <w:t xml:space="preserve">   </w:t>
      </w:r>
      <w:proofErr w:type="spellStart"/>
      <w:r w:rsidRPr="00D65043">
        <w:rPr>
          <w:rFonts w:cstheme="minorHAnsi"/>
          <w:sz w:val="24"/>
          <w:szCs w:val="24"/>
        </w:rPr>
        <w:t>Stosowania</w:t>
      </w:r>
      <w:proofErr w:type="spellEnd"/>
      <w:r w:rsidRPr="00D65043">
        <w:rPr>
          <w:rFonts w:cstheme="minorHAnsi"/>
          <w:sz w:val="24"/>
          <w:szCs w:val="24"/>
        </w:rPr>
        <w:t xml:space="preserve"> </w:t>
      </w:r>
      <w:proofErr w:type="spellStart"/>
      <w:r w:rsidRPr="00D65043">
        <w:rPr>
          <w:rFonts w:cstheme="minorHAnsi"/>
          <w:sz w:val="24"/>
          <w:szCs w:val="24"/>
        </w:rPr>
        <w:t>sztucznych</w:t>
      </w:r>
      <w:proofErr w:type="spellEnd"/>
      <w:r>
        <w:rPr>
          <w:rFonts w:cstheme="minorHAnsi"/>
          <w:sz w:val="24"/>
          <w:szCs w:val="24"/>
        </w:rPr>
        <w:t xml:space="preserve">, </w:t>
      </w:r>
      <w:proofErr w:type="spellStart"/>
      <w:r>
        <w:rPr>
          <w:rFonts w:cstheme="minorHAnsi"/>
          <w:sz w:val="24"/>
          <w:szCs w:val="24"/>
        </w:rPr>
        <w:t>niejadalnych</w:t>
      </w:r>
      <w:proofErr w:type="spellEnd"/>
      <w:r w:rsidRPr="00D65043">
        <w:rPr>
          <w:rFonts w:cstheme="minorHAnsi"/>
          <w:sz w:val="24"/>
          <w:szCs w:val="24"/>
        </w:rPr>
        <w:t xml:space="preserve"> </w:t>
      </w:r>
      <w:proofErr w:type="spellStart"/>
      <w:r w:rsidRPr="00D65043">
        <w:rPr>
          <w:rFonts w:cstheme="minorHAnsi"/>
          <w:sz w:val="24"/>
          <w:szCs w:val="24"/>
        </w:rPr>
        <w:t>dekoracji</w:t>
      </w:r>
      <w:proofErr w:type="spellEnd"/>
    </w:p>
    <w:p w14:paraId="2AF0BE72" w14:textId="77777777" w:rsidR="00B038CD" w:rsidRPr="00D65043" w:rsidRDefault="00B038CD" w:rsidP="008E0FD6">
      <w:pPr>
        <w:numPr>
          <w:ilvl w:val="0"/>
          <w:numId w:val="21"/>
        </w:numPr>
        <w:pBdr>
          <w:top w:val="nil"/>
          <w:left w:val="nil"/>
          <w:bottom w:val="nil"/>
          <w:right w:val="nil"/>
          <w:between w:val="nil"/>
        </w:pBdr>
        <w:shd w:val="clear" w:color="auto" w:fill="FFFFFF"/>
        <w:spacing w:after="0"/>
        <w:rPr>
          <w:rFonts w:cstheme="minorHAnsi"/>
          <w:sz w:val="24"/>
          <w:szCs w:val="24"/>
        </w:rPr>
      </w:pPr>
      <w:proofErr w:type="spellStart"/>
      <w:r w:rsidRPr="00D65043">
        <w:rPr>
          <w:rFonts w:cstheme="minorHAnsi"/>
          <w:sz w:val="24"/>
          <w:szCs w:val="24"/>
        </w:rPr>
        <w:t>Stosowania</w:t>
      </w:r>
      <w:proofErr w:type="spellEnd"/>
      <w:r w:rsidRPr="00D65043">
        <w:rPr>
          <w:rFonts w:cstheme="minorHAnsi"/>
          <w:sz w:val="24"/>
          <w:szCs w:val="24"/>
        </w:rPr>
        <w:t xml:space="preserve"> </w:t>
      </w:r>
      <w:proofErr w:type="spellStart"/>
      <w:r w:rsidRPr="00D65043">
        <w:rPr>
          <w:rFonts w:cstheme="minorHAnsi"/>
          <w:sz w:val="24"/>
          <w:szCs w:val="24"/>
        </w:rPr>
        <w:t>wcześniej</w:t>
      </w:r>
      <w:proofErr w:type="spellEnd"/>
      <w:r w:rsidRPr="00D65043">
        <w:rPr>
          <w:rFonts w:cstheme="minorHAnsi"/>
          <w:sz w:val="24"/>
          <w:szCs w:val="24"/>
        </w:rPr>
        <w:t xml:space="preserve"> </w:t>
      </w:r>
      <w:proofErr w:type="spellStart"/>
      <w:r w:rsidRPr="00D65043">
        <w:rPr>
          <w:rFonts w:cstheme="minorHAnsi"/>
          <w:sz w:val="24"/>
          <w:szCs w:val="24"/>
        </w:rPr>
        <w:t>rozdrobnionych</w:t>
      </w:r>
      <w:proofErr w:type="spellEnd"/>
      <w:r w:rsidRPr="00D65043">
        <w:rPr>
          <w:rFonts w:cstheme="minorHAnsi"/>
          <w:sz w:val="24"/>
          <w:szCs w:val="24"/>
        </w:rPr>
        <w:t xml:space="preserve"> </w:t>
      </w:r>
      <w:proofErr w:type="spellStart"/>
      <w:r w:rsidRPr="00D65043">
        <w:rPr>
          <w:rFonts w:cstheme="minorHAnsi"/>
          <w:sz w:val="24"/>
          <w:szCs w:val="24"/>
        </w:rPr>
        <w:t>produktów</w:t>
      </w:r>
      <w:proofErr w:type="spellEnd"/>
    </w:p>
    <w:p w14:paraId="70C6E956" w14:textId="77777777" w:rsidR="00B038CD" w:rsidRPr="00B038CD" w:rsidRDefault="00B038CD" w:rsidP="008E0FD6">
      <w:pPr>
        <w:numPr>
          <w:ilvl w:val="0"/>
          <w:numId w:val="21"/>
        </w:numPr>
        <w:pBdr>
          <w:top w:val="nil"/>
          <w:left w:val="nil"/>
          <w:bottom w:val="nil"/>
          <w:right w:val="nil"/>
          <w:between w:val="nil"/>
        </w:pBdr>
        <w:shd w:val="clear" w:color="auto" w:fill="FFFFFF"/>
        <w:spacing w:after="0"/>
        <w:rPr>
          <w:rFonts w:cstheme="minorHAnsi"/>
          <w:sz w:val="24"/>
          <w:szCs w:val="24"/>
          <w:lang w:val="pl-PL"/>
        </w:rPr>
      </w:pPr>
      <w:r w:rsidRPr="00B038CD">
        <w:rPr>
          <w:rFonts w:cstheme="minorHAnsi"/>
          <w:sz w:val="24"/>
          <w:szCs w:val="24"/>
          <w:lang w:val="pl-PL"/>
        </w:rPr>
        <w:t>Stosowanie produktów poddanych wcześniejszej obróbce termicznej</w:t>
      </w:r>
    </w:p>
    <w:p w14:paraId="19F284DA" w14:textId="77777777" w:rsidR="00B038CD" w:rsidRPr="00B038CD" w:rsidRDefault="00B038CD" w:rsidP="008E0FD6">
      <w:pPr>
        <w:numPr>
          <w:ilvl w:val="0"/>
          <w:numId w:val="21"/>
        </w:numPr>
        <w:pBdr>
          <w:top w:val="nil"/>
          <w:left w:val="nil"/>
          <w:bottom w:val="nil"/>
          <w:right w:val="nil"/>
          <w:between w:val="nil"/>
        </w:pBdr>
        <w:shd w:val="clear" w:color="auto" w:fill="FFFFFF"/>
        <w:tabs>
          <w:tab w:val="left" w:pos="567"/>
        </w:tabs>
        <w:spacing w:after="0"/>
        <w:ind w:left="708"/>
        <w:rPr>
          <w:rFonts w:cstheme="minorHAnsi"/>
          <w:sz w:val="24"/>
          <w:szCs w:val="24"/>
          <w:lang w:val="pl-PL"/>
        </w:rPr>
      </w:pPr>
      <w:r w:rsidRPr="00B038CD">
        <w:rPr>
          <w:rFonts w:cstheme="minorHAnsi"/>
          <w:sz w:val="24"/>
          <w:szCs w:val="24"/>
          <w:lang w:val="pl-PL"/>
        </w:rPr>
        <w:t xml:space="preserve">   Stosowania niejadalnych produktów wchodzących w skład dań konkursowych</w:t>
      </w:r>
    </w:p>
    <w:p w14:paraId="07DF555F" w14:textId="77777777" w:rsidR="00B038CD" w:rsidRPr="00B038CD" w:rsidRDefault="00B038CD" w:rsidP="008E0FD6">
      <w:pPr>
        <w:numPr>
          <w:ilvl w:val="0"/>
          <w:numId w:val="21"/>
        </w:numPr>
        <w:pBdr>
          <w:top w:val="nil"/>
          <w:left w:val="nil"/>
          <w:bottom w:val="nil"/>
          <w:right w:val="nil"/>
          <w:between w:val="nil"/>
        </w:pBdr>
        <w:shd w:val="clear" w:color="auto" w:fill="FFFFFF"/>
        <w:tabs>
          <w:tab w:val="left" w:pos="567"/>
        </w:tabs>
        <w:spacing w:after="0"/>
        <w:rPr>
          <w:rFonts w:cstheme="minorHAnsi"/>
          <w:sz w:val="24"/>
          <w:szCs w:val="24"/>
          <w:lang w:val="pl-PL"/>
        </w:rPr>
      </w:pPr>
      <w:r w:rsidRPr="00B038CD">
        <w:rPr>
          <w:rFonts w:cstheme="minorHAnsi"/>
          <w:sz w:val="24"/>
          <w:szCs w:val="24"/>
          <w:lang w:val="pl-PL"/>
        </w:rPr>
        <w:t xml:space="preserve">   Użycia wcześniej przygotowanych dekoracji i elementów dekoracyjnych </w:t>
      </w:r>
    </w:p>
    <w:p w14:paraId="1DDADD81" w14:textId="77777777" w:rsidR="00C830E5" w:rsidRDefault="00C830E5" w:rsidP="00C830E5">
      <w:pPr>
        <w:shd w:val="clear" w:color="auto" w:fill="FFFFFF"/>
        <w:spacing w:after="0"/>
        <w:ind w:left="720"/>
        <w:rPr>
          <w:rFonts w:cstheme="minorHAnsi"/>
          <w:sz w:val="24"/>
          <w:szCs w:val="24"/>
          <w:lang w:val="pl-PL"/>
        </w:rPr>
      </w:pPr>
    </w:p>
    <w:p w14:paraId="707055FB" w14:textId="77777777" w:rsidR="003D3961" w:rsidRPr="003D3961" w:rsidRDefault="003D3961" w:rsidP="003D3961">
      <w:pPr>
        <w:pStyle w:val="Akapitzlist"/>
        <w:numPr>
          <w:ilvl w:val="0"/>
          <w:numId w:val="22"/>
        </w:numPr>
        <w:shd w:val="clear" w:color="auto" w:fill="FFFFFF"/>
        <w:spacing w:after="0"/>
        <w:rPr>
          <w:rFonts w:cstheme="minorHAnsi"/>
          <w:sz w:val="24"/>
          <w:szCs w:val="24"/>
          <w:lang w:val="pl-PL"/>
        </w:rPr>
      </w:pPr>
      <w:r w:rsidRPr="003D3961">
        <w:rPr>
          <w:rFonts w:cstheme="minorHAnsi"/>
          <w:sz w:val="24"/>
          <w:szCs w:val="24"/>
          <w:lang w:val="pl-PL"/>
        </w:rPr>
        <w:t xml:space="preserve">Podczas całego startu, w kuchni konkursowej zabrania się używania przyrządów i </w:t>
      </w:r>
      <w:r w:rsidRPr="0078525C">
        <w:rPr>
          <w:rFonts w:cstheme="minorHAnsi"/>
          <w:sz w:val="24"/>
          <w:szCs w:val="24"/>
          <w:u w:val="single"/>
          <w:lang w:val="pl-PL"/>
        </w:rPr>
        <w:t>naczyń wykonanych ze szkła i innych materiałów, których uszkodzenie powodowałoby zanieczyszczenie przygotowywanej potrawy.</w:t>
      </w:r>
    </w:p>
    <w:p w14:paraId="209F8043" w14:textId="77777777" w:rsidR="003D3961" w:rsidRPr="003D3961" w:rsidRDefault="003D3961" w:rsidP="003D3961">
      <w:pPr>
        <w:pStyle w:val="Akapitzlist"/>
        <w:pBdr>
          <w:top w:val="nil"/>
          <w:left w:val="nil"/>
          <w:bottom w:val="nil"/>
          <w:right w:val="nil"/>
          <w:between w:val="nil"/>
        </w:pBdr>
        <w:shd w:val="clear" w:color="auto" w:fill="FFFFFF"/>
        <w:tabs>
          <w:tab w:val="left" w:pos="567"/>
        </w:tabs>
        <w:spacing w:after="0"/>
        <w:jc w:val="both"/>
        <w:rPr>
          <w:rFonts w:cstheme="minorHAnsi"/>
          <w:sz w:val="24"/>
          <w:szCs w:val="24"/>
          <w:lang w:val="pl-PL"/>
        </w:rPr>
      </w:pPr>
    </w:p>
    <w:p w14:paraId="22084A68" w14:textId="77777777" w:rsidR="003D3961" w:rsidRPr="003D3961" w:rsidRDefault="003D3961" w:rsidP="003D3961">
      <w:pPr>
        <w:pStyle w:val="Akapitzlist"/>
        <w:numPr>
          <w:ilvl w:val="0"/>
          <w:numId w:val="22"/>
        </w:numPr>
        <w:pBdr>
          <w:top w:val="nil"/>
          <w:left w:val="nil"/>
          <w:bottom w:val="nil"/>
          <w:right w:val="nil"/>
          <w:between w:val="nil"/>
        </w:pBdr>
        <w:shd w:val="clear" w:color="auto" w:fill="FFFFFF"/>
        <w:tabs>
          <w:tab w:val="left" w:pos="567"/>
        </w:tabs>
        <w:spacing w:after="0"/>
        <w:jc w:val="both"/>
        <w:rPr>
          <w:rFonts w:cstheme="minorHAnsi"/>
          <w:sz w:val="24"/>
          <w:szCs w:val="24"/>
          <w:lang w:val="pl-PL"/>
        </w:rPr>
      </w:pPr>
      <w:r w:rsidRPr="003D3961">
        <w:rPr>
          <w:rFonts w:cstheme="minorHAnsi"/>
          <w:sz w:val="24"/>
          <w:szCs w:val="24"/>
          <w:lang w:val="pl-PL"/>
        </w:rPr>
        <w:t xml:space="preserve">W kuchni konkursowej zawodnicy zobowiązani są do przestrzegania i stosowania się do ogólnych zasad HACCP. </w:t>
      </w:r>
    </w:p>
    <w:p w14:paraId="331B36DF" w14:textId="77777777" w:rsidR="00B038CD" w:rsidRPr="00B038CD" w:rsidRDefault="00B038CD" w:rsidP="008E0FD6">
      <w:pPr>
        <w:pBdr>
          <w:top w:val="nil"/>
          <w:left w:val="nil"/>
          <w:bottom w:val="nil"/>
          <w:right w:val="nil"/>
          <w:between w:val="nil"/>
        </w:pBdr>
        <w:shd w:val="clear" w:color="auto" w:fill="FFFFFF"/>
        <w:tabs>
          <w:tab w:val="left" w:pos="567"/>
        </w:tabs>
        <w:spacing w:after="0"/>
        <w:ind w:left="720"/>
        <w:rPr>
          <w:rFonts w:cstheme="minorHAnsi"/>
          <w:sz w:val="24"/>
          <w:szCs w:val="24"/>
          <w:lang w:val="pl-PL"/>
        </w:rPr>
      </w:pPr>
    </w:p>
    <w:p w14:paraId="3614E09B" w14:textId="77777777" w:rsidR="007D3EA8" w:rsidRPr="00E77508" w:rsidRDefault="007D3EA8">
      <w:pPr>
        <w:rPr>
          <w:lang w:val="pl-PL"/>
        </w:rPr>
      </w:pPr>
    </w:p>
    <w:p w14:paraId="59F95ABF" w14:textId="77777777" w:rsidR="00E77508" w:rsidRDefault="00E77508">
      <w:pPr>
        <w:rPr>
          <w:lang w:val="pl-PL"/>
        </w:rPr>
      </w:pPr>
    </w:p>
    <w:p w14:paraId="4E1B3351" w14:textId="77777777" w:rsidR="00FB4546" w:rsidRDefault="00FB4546">
      <w:pPr>
        <w:rPr>
          <w:lang w:val="pl-PL"/>
        </w:rPr>
      </w:pPr>
    </w:p>
    <w:p w14:paraId="048C93C7" w14:textId="77777777" w:rsidR="00FB4546" w:rsidRDefault="00FB4546">
      <w:pPr>
        <w:rPr>
          <w:lang w:val="pl-PL"/>
        </w:rPr>
      </w:pPr>
    </w:p>
    <w:p w14:paraId="200DFB9B" w14:textId="77777777" w:rsidR="00FB4546" w:rsidRDefault="00FB4546">
      <w:pPr>
        <w:rPr>
          <w:lang w:val="pl-PL"/>
        </w:rPr>
      </w:pPr>
    </w:p>
    <w:p w14:paraId="537A39A2" w14:textId="77777777" w:rsidR="00FB4546" w:rsidRDefault="00FB4546">
      <w:pPr>
        <w:rPr>
          <w:lang w:val="pl-PL"/>
        </w:rPr>
      </w:pPr>
    </w:p>
    <w:p w14:paraId="1301CAE7" w14:textId="77777777" w:rsidR="00FB4546" w:rsidRDefault="00FB4546">
      <w:pPr>
        <w:rPr>
          <w:lang w:val="pl-PL"/>
        </w:rPr>
      </w:pPr>
    </w:p>
    <w:p w14:paraId="46D1CB98" w14:textId="77777777" w:rsidR="00FB4546" w:rsidRDefault="00FB4546">
      <w:pPr>
        <w:rPr>
          <w:lang w:val="pl-PL"/>
        </w:rPr>
      </w:pPr>
    </w:p>
    <w:p w14:paraId="797C7196" w14:textId="77777777" w:rsidR="00FB4546" w:rsidRDefault="00FB4546">
      <w:pPr>
        <w:rPr>
          <w:lang w:val="pl-PL"/>
        </w:rPr>
      </w:pPr>
    </w:p>
    <w:p w14:paraId="361E92DC" w14:textId="77777777" w:rsidR="00FB4546" w:rsidRDefault="00FB4546">
      <w:pPr>
        <w:rPr>
          <w:lang w:val="pl-PL"/>
        </w:rPr>
      </w:pPr>
    </w:p>
    <w:p w14:paraId="4DF4D611" w14:textId="77777777" w:rsidR="00FB4546" w:rsidRDefault="00FB4546">
      <w:pPr>
        <w:rPr>
          <w:lang w:val="pl-PL"/>
        </w:rPr>
      </w:pPr>
    </w:p>
    <w:p w14:paraId="44C52357" w14:textId="77777777" w:rsidR="00FB4546" w:rsidRDefault="00FB4546">
      <w:pPr>
        <w:rPr>
          <w:lang w:val="pl-PL"/>
        </w:rPr>
      </w:pPr>
    </w:p>
    <w:p w14:paraId="59E9A04A" w14:textId="77777777" w:rsidR="00FB4546" w:rsidRDefault="00FB4546">
      <w:pPr>
        <w:rPr>
          <w:lang w:val="pl-PL"/>
        </w:rPr>
      </w:pPr>
    </w:p>
    <w:p w14:paraId="72B70EFF" w14:textId="77777777" w:rsidR="007D3EA8" w:rsidRPr="00E77508" w:rsidRDefault="00000000" w:rsidP="00E77508">
      <w:pPr>
        <w:jc w:val="center"/>
        <w:rPr>
          <w:b/>
          <w:bCs/>
          <w:lang w:val="pl-PL"/>
        </w:rPr>
      </w:pPr>
      <w:r w:rsidRPr="00E77508">
        <w:rPr>
          <w:b/>
          <w:bCs/>
          <w:lang w:val="pl-PL"/>
        </w:rPr>
        <w:t>§ 4 OCENA KONKURSOWA</w:t>
      </w:r>
    </w:p>
    <w:p w14:paraId="73C73DDA" w14:textId="77777777" w:rsidR="003D3961" w:rsidRPr="003D3961" w:rsidRDefault="003D3961" w:rsidP="003D3961">
      <w:pPr>
        <w:pStyle w:val="Akapitzlist"/>
        <w:numPr>
          <w:ilvl w:val="0"/>
          <w:numId w:val="24"/>
        </w:numPr>
        <w:pBdr>
          <w:top w:val="nil"/>
          <w:left w:val="nil"/>
          <w:bottom w:val="nil"/>
          <w:right w:val="nil"/>
          <w:between w:val="nil"/>
        </w:pBdr>
        <w:shd w:val="clear" w:color="auto" w:fill="FFFFFF"/>
        <w:tabs>
          <w:tab w:val="left" w:pos="567"/>
        </w:tabs>
        <w:spacing w:after="0"/>
        <w:jc w:val="both"/>
        <w:rPr>
          <w:rFonts w:cstheme="minorHAnsi"/>
          <w:bCs/>
          <w:sz w:val="24"/>
          <w:szCs w:val="24"/>
          <w:lang w:val="pl-PL"/>
        </w:rPr>
      </w:pPr>
      <w:r w:rsidRPr="003D3961">
        <w:rPr>
          <w:rFonts w:cstheme="minorHAnsi"/>
          <w:bCs/>
          <w:sz w:val="24"/>
          <w:szCs w:val="24"/>
          <w:lang w:val="pl-PL"/>
        </w:rPr>
        <w:t>Jury Konkursu</w:t>
      </w:r>
      <w:r>
        <w:rPr>
          <w:rFonts w:cstheme="minorHAnsi"/>
          <w:bCs/>
          <w:sz w:val="24"/>
          <w:szCs w:val="24"/>
          <w:lang w:val="pl-PL"/>
        </w:rPr>
        <w:t>:</w:t>
      </w:r>
    </w:p>
    <w:p w14:paraId="3D9CBFB8" w14:textId="77777777" w:rsidR="003D3961" w:rsidRPr="003D3961" w:rsidRDefault="003D3961" w:rsidP="003D3961">
      <w:pPr>
        <w:pStyle w:val="Akapitzlist"/>
        <w:pBdr>
          <w:top w:val="nil"/>
          <w:left w:val="nil"/>
          <w:bottom w:val="nil"/>
          <w:right w:val="nil"/>
          <w:between w:val="nil"/>
        </w:pBdr>
        <w:shd w:val="clear" w:color="auto" w:fill="FFFFFF"/>
        <w:tabs>
          <w:tab w:val="left" w:pos="567"/>
        </w:tabs>
        <w:spacing w:after="0"/>
        <w:ind w:left="502"/>
        <w:jc w:val="both"/>
        <w:rPr>
          <w:rFonts w:cstheme="minorHAnsi"/>
          <w:bCs/>
          <w:sz w:val="24"/>
          <w:szCs w:val="24"/>
          <w:lang w:val="pl-PL"/>
        </w:rPr>
      </w:pPr>
      <w:r w:rsidRPr="003D3961">
        <w:rPr>
          <w:rFonts w:cstheme="minorHAnsi"/>
          <w:bCs/>
          <w:sz w:val="24"/>
          <w:szCs w:val="24"/>
          <w:lang w:val="pl-PL"/>
        </w:rPr>
        <w:t xml:space="preserve">Jury konkursu będzie się składało z </w:t>
      </w:r>
      <w:r>
        <w:rPr>
          <w:rFonts w:cstheme="minorHAnsi"/>
          <w:bCs/>
          <w:sz w:val="24"/>
          <w:szCs w:val="24"/>
          <w:lang w:val="pl-PL"/>
        </w:rPr>
        <w:t>10</w:t>
      </w:r>
      <w:r w:rsidRPr="003D3961">
        <w:rPr>
          <w:rFonts w:cstheme="minorHAnsi"/>
          <w:bCs/>
          <w:sz w:val="24"/>
          <w:szCs w:val="24"/>
          <w:lang w:val="pl-PL"/>
        </w:rPr>
        <w:t xml:space="preserve"> członków, w tym:</w:t>
      </w:r>
    </w:p>
    <w:p w14:paraId="4173C27F" w14:textId="77777777" w:rsidR="003D3961" w:rsidRPr="003D3961" w:rsidRDefault="003D3961" w:rsidP="003D3961">
      <w:pPr>
        <w:pStyle w:val="Akapitzlist"/>
        <w:pBdr>
          <w:top w:val="nil"/>
          <w:left w:val="nil"/>
          <w:bottom w:val="nil"/>
          <w:right w:val="nil"/>
          <w:between w:val="nil"/>
        </w:pBdr>
        <w:shd w:val="clear" w:color="auto" w:fill="FFFFFF"/>
        <w:tabs>
          <w:tab w:val="left" w:pos="567"/>
        </w:tabs>
        <w:spacing w:after="0"/>
        <w:ind w:left="502"/>
        <w:jc w:val="both"/>
        <w:rPr>
          <w:rFonts w:cstheme="minorHAnsi"/>
          <w:bCs/>
          <w:sz w:val="24"/>
          <w:szCs w:val="24"/>
          <w:lang w:val="pl-PL"/>
        </w:rPr>
      </w:pPr>
      <w:r w:rsidRPr="003D3961">
        <w:rPr>
          <w:rFonts w:cstheme="minorHAnsi"/>
          <w:bCs/>
          <w:sz w:val="24"/>
          <w:szCs w:val="24"/>
          <w:lang w:val="pl-PL"/>
        </w:rPr>
        <w:t xml:space="preserve">5 członków Jury degustacyjnego wraz z Przewodniczącym Jury </w:t>
      </w:r>
    </w:p>
    <w:p w14:paraId="10F95503" w14:textId="77777777" w:rsidR="003D3961" w:rsidRPr="003D3961" w:rsidRDefault="003D3961" w:rsidP="003D3961">
      <w:pPr>
        <w:pStyle w:val="Akapitzlist"/>
        <w:pBdr>
          <w:top w:val="nil"/>
          <w:left w:val="nil"/>
          <w:bottom w:val="nil"/>
          <w:right w:val="nil"/>
          <w:between w:val="nil"/>
        </w:pBdr>
        <w:shd w:val="clear" w:color="auto" w:fill="FFFFFF"/>
        <w:tabs>
          <w:tab w:val="left" w:pos="567"/>
        </w:tabs>
        <w:spacing w:after="0"/>
        <w:ind w:left="502"/>
        <w:jc w:val="both"/>
        <w:rPr>
          <w:rFonts w:cstheme="minorHAnsi"/>
          <w:bCs/>
          <w:sz w:val="24"/>
          <w:szCs w:val="24"/>
          <w:lang w:val="pl-PL"/>
        </w:rPr>
      </w:pPr>
      <w:r w:rsidRPr="003D3961">
        <w:rPr>
          <w:rFonts w:cstheme="minorHAnsi"/>
          <w:bCs/>
          <w:sz w:val="24"/>
          <w:szCs w:val="24"/>
          <w:lang w:val="pl-PL"/>
        </w:rPr>
        <w:t xml:space="preserve">4 członków Jury technicznego </w:t>
      </w:r>
    </w:p>
    <w:p w14:paraId="483F0385" w14:textId="77777777" w:rsidR="003D3961" w:rsidRDefault="003D3961" w:rsidP="003D3961">
      <w:pPr>
        <w:pStyle w:val="Akapitzlist"/>
        <w:pBdr>
          <w:top w:val="nil"/>
          <w:left w:val="nil"/>
          <w:bottom w:val="nil"/>
          <w:right w:val="nil"/>
          <w:between w:val="nil"/>
        </w:pBdr>
        <w:shd w:val="clear" w:color="auto" w:fill="FFFFFF"/>
        <w:tabs>
          <w:tab w:val="left" w:pos="567"/>
        </w:tabs>
        <w:spacing w:after="0"/>
        <w:ind w:left="502"/>
        <w:jc w:val="both"/>
        <w:rPr>
          <w:rFonts w:cstheme="minorHAnsi"/>
          <w:bCs/>
          <w:sz w:val="24"/>
          <w:szCs w:val="24"/>
          <w:lang w:val="pl-PL"/>
        </w:rPr>
      </w:pPr>
      <w:r w:rsidRPr="003D3961">
        <w:rPr>
          <w:rFonts w:cstheme="minorHAnsi"/>
          <w:bCs/>
          <w:sz w:val="24"/>
          <w:szCs w:val="24"/>
          <w:lang w:val="pl-PL"/>
        </w:rPr>
        <w:t xml:space="preserve">Sekretarza Konkursu </w:t>
      </w:r>
    </w:p>
    <w:p w14:paraId="3476DE55" w14:textId="77777777" w:rsidR="003D3961" w:rsidRDefault="003D3961" w:rsidP="003D3961">
      <w:pPr>
        <w:pStyle w:val="Akapitzlist"/>
        <w:pBdr>
          <w:top w:val="nil"/>
          <w:left w:val="nil"/>
          <w:bottom w:val="nil"/>
          <w:right w:val="nil"/>
          <w:between w:val="nil"/>
        </w:pBdr>
        <w:shd w:val="clear" w:color="auto" w:fill="FFFFFF"/>
        <w:tabs>
          <w:tab w:val="left" w:pos="567"/>
        </w:tabs>
        <w:spacing w:after="0"/>
        <w:ind w:left="502"/>
        <w:jc w:val="both"/>
        <w:rPr>
          <w:rFonts w:cstheme="minorHAnsi"/>
          <w:bCs/>
          <w:sz w:val="24"/>
          <w:szCs w:val="24"/>
          <w:lang w:val="pl-PL"/>
        </w:rPr>
      </w:pPr>
    </w:p>
    <w:p w14:paraId="4F3C34A0" w14:textId="77777777" w:rsidR="003D3961" w:rsidRPr="003D3961" w:rsidRDefault="003D3961" w:rsidP="003D3961">
      <w:pPr>
        <w:pStyle w:val="Akapitzlist"/>
        <w:numPr>
          <w:ilvl w:val="0"/>
          <w:numId w:val="24"/>
        </w:numPr>
        <w:pBdr>
          <w:top w:val="nil"/>
          <w:left w:val="nil"/>
          <w:bottom w:val="nil"/>
          <w:right w:val="nil"/>
          <w:between w:val="nil"/>
        </w:pBdr>
        <w:shd w:val="clear" w:color="auto" w:fill="FFFFFF"/>
        <w:tabs>
          <w:tab w:val="left" w:pos="567"/>
        </w:tabs>
        <w:spacing w:after="0"/>
        <w:rPr>
          <w:rFonts w:cstheme="minorHAnsi"/>
          <w:bCs/>
          <w:sz w:val="24"/>
          <w:szCs w:val="24"/>
          <w:lang w:val="pl-PL"/>
        </w:rPr>
      </w:pPr>
      <w:r w:rsidRPr="003D3961">
        <w:rPr>
          <w:rFonts w:cstheme="minorHAnsi"/>
          <w:bCs/>
          <w:sz w:val="24"/>
          <w:szCs w:val="24"/>
          <w:lang w:val="pl-PL"/>
        </w:rPr>
        <w:t>Każdy członek jury degustacyjnego będzie oceniał według następujących wytycznych:</w:t>
      </w:r>
    </w:p>
    <w:p w14:paraId="53BBBE7B" w14:textId="77777777" w:rsidR="003D3961" w:rsidRPr="003D3961" w:rsidRDefault="003D3961" w:rsidP="003D3961">
      <w:pPr>
        <w:pStyle w:val="Akapitzlist"/>
        <w:pBdr>
          <w:top w:val="nil"/>
          <w:left w:val="nil"/>
          <w:bottom w:val="nil"/>
          <w:right w:val="nil"/>
          <w:between w:val="nil"/>
        </w:pBdr>
        <w:shd w:val="clear" w:color="auto" w:fill="FFFFFF"/>
        <w:tabs>
          <w:tab w:val="left" w:pos="567"/>
        </w:tabs>
        <w:spacing w:after="0"/>
        <w:ind w:left="502"/>
        <w:rPr>
          <w:rFonts w:cstheme="minorHAnsi"/>
          <w:b/>
          <w:sz w:val="24"/>
          <w:szCs w:val="24"/>
          <w:lang w:val="pl-PL"/>
        </w:rPr>
      </w:pPr>
      <w:r w:rsidRPr="003D3961">
        <w:rPr>
          <w:rFonts w:cstheme="minorHAnsi"/>
          <w:b/>
          <w:sz w:val="24"/>
          <w:szCs w:val="24"/>
          <w:lang w:val="pl-PL"/>
        </w:rPr>
        <w:t>Ocena Jury:</w:t>
      </w:r>
    </w:p>
    <w:p w14:paraId="64876526" w14:textId="77777777" w:rsidR="003D3961" w:rsidRPr="003D3961" w:rsidRDefault="003D3961" w:rsidP="003D3961">
      <w:pPr>
        <w:pStyle w:val="Akapitzlist"/>
        <w:pBdr>
          <w:top w:val="nil"/>
          <w:left w:val="nil"/>
          <w:bottom w:val="nil"/>
          <w:right w:val="nil"/>
          <w:between w:val="nil"/>
        </w:pBdr>
        <w:shd w:val="clear" w:color="auto" w:fill="FFFFFF"/>
        <w:tabs>
          <w:tab w:val="left" w:pos="567"/>
        </w:tabs>
        <w:spacing w:after="0"/>
        <w:ind w:left="502"/>
        <w:rPr>
          <w:rFonts w:cstheme="minorHAnsi"/>
          <w:sz w:val="24"/>
          <w:szCs w:val="24"/>
          <w:lang w:val="pl-PL"/>
        </w:rPr>
      </w:pPr>
      <w:proofErr w:type="spellStart"/>
      <w:r w:rsidRPr="003D3961">
        <w:rPr>
          <w:rFonts w:cstheme="minorHAnsi"/>
          <w:sz w:val="24"/>
          <w:szCs w:val="24"/>
          <w:lang w:val="pl-PL"/>
        </w:rPr>
        <w:t>Mise</w:t>
      </w:r>
      <w:proofErr w:type="spellEnd"/>
      <w:r w:rsidRPr="003D3961">
        <w:rPr>
          <w:rFonts w:cstheme="minorHAnsi"/>
          <w:sz w:val="24"/>
          <w:szCs w:val="24"/>
          <w:lang w:val="pl-PL"/>
        </w:rPr>
        <w:t xml:space="preserve"> en place                                                    </w:t>
      </w:r>
      <w:proofErr w:type="gramStart"/>
      <w:r w:rsidRPr="003D3961">
        <w:rPr>
          <w:rFonts w:cstheme="minorHAnsi"/>
          <w:sz w:val="24"/>
          <w:szCs w:val="24"/>
          <w:lang w:val="pl-PL"/>
        </w:rPr>
        <w:t>5  punktów</w:t>
      </w:r>
      <w:proofErr w:type="gramEnd"/>
      <w:r w:rsidRPr="003D3961">
        <w:rPr>
          <w:rFonts w:cstheme="minorHAnsi"/>
          <w:sz w:val="24"/>
          <w:szCs w:val="24"/>
          <w:lang w:val="pl-PL"/>
        </w:rPr>
        <w:t xml:space="preserve"> </w:t>
      </w:r>
    </w:p>
    <w:p w14:paraId="3940554C" w14:textId="77777777" w:rsidR="003D3961" w:rsidRPr="003D3961" w:rsidRDefault="003D3961" w:rsidP="003D3961">
      <w:pPr>
        <w:pStyle w:val="Akapitzlist"/>
        <w:pBdr>
          <w:top w:val="nil"/>
          <w:left w:val="nil"/>
          <w:bottom w:val="nil"/>
          <w:right w:val="nil"/>
          <w:between w:val="nil"/>
        </w:pBdr>
        <w:shd w:val="clear" w:color="auto" w:fill="FFFFFF"/>
        <w:tabs>
          <w:tab w:val="left" w:pos="567"/>
        </w:tabs>
        <w:spacing w:after="0"/>
        <w:ind w:left="502"/>
        <w:rPr>
          <w:rFonts w:cstheme="minorHAnsi"/>
          <w:sz w:val="24"/>
          <w:szCs w:val="24"/>
          <w:lang w:val="pl-PL"/>
        </w:rPr>
      </w:pPr>
      <w:r w:rsidRPr="003D3961">
        <w:rPr>
          <w:rFonts w:cstheme="minorHAnsi"/>
          <w:sz w:val="24"/>
          <w:szCs w:val="24"/>
          <w:lang w:val="pl-PL"/>
        </w:rPr>
        <w:t xml:space="preserve">Higiena i organizacja pracy                        10 punktów </w:t>
      </w:r>
    </w:p>
    <w:p w14:paraId="74150D10" w14:textId="77777777" w:rsidR="003D3961" w:rsidRPr="003D3961" w:rsidRDefault="003D3961" w:rsidP="003D3961">
      <w:pPr>
        <w:pStyle w:val="Akapitzlist"/>
        <w:pBdr>
          <w:top w:val="nil"/>
          <w:left w:val="nil"/>
          <w:bottom w:val="nil"/>
          <w:right w:val="nil"/>
          <w:between w:val="nil"/>
        </w:pBdr>
        <w:shd w:val="clear" w:color="auto" w:fill="FFFFFF"/>
        <w:tabs>
          <w:tab w:val="left" w:pos="567"/>
        </w:tabs>
        <w:spacing w:after="0"/>
        <w:ind w:left="502"/>
        <w:rPr>
          <w:rFonts w:cstheme="minorHAnsi"/>
          <w:sz w:val="24"/>
          <w:szCs w:val="24"/>
          <w:lang w:val="pl-PL"/>
        </w:rPr>
      </w:pPr>
      <w:r w:rsidRPr="003D3961">
        <w:rPr>
          <w:rFonts w:cstheme="minorHAnsi"/>
          <w:sz w:val="24"/>
          <w:szCs w:val="24"/>
          <w:lang w:val="pl-PL"/>
        </w:rPr>
        <w:t xml:space="preserve">Przygotowanie i techniki kulinarne   </w:t>
      </w:r>
      <w:r>
        <w:rPr>
          <w:rFonts w:cstheme="minorHAnsi"/>
          <w:sz w:val="24"/>
          <w:szCs w:val="24"/>
          <w:lang w:val="pl-PL"/>
        </w:rPr>
        <w:t xml:space="preserve"> </w:t>
      </w:r>
      <w:r w:rsidRPr="003D3961">
        <w:rPr>
          <w:rFonts w:cstheme="minorHAnsi"/>
          <w:sz w:val="24"/>
          <w:szCs w:val="24"/>
          <w:lang w:val="pl-PL"/>
        </w:rPr>
        <w:t xml:space="preserve">     20 punktów </w:t>
      </w:r>
    </w:p>
    <w:p w14:paraId="66A31173" w14:textId="77777777" w:rsidR="003D3961" w:rsidRPr="003D3961" w:rsidRDefault="003D3961" w:rsidP="003D3961">
      <w:pPr>
        <w:pStyle w:val="Akapitzlist"/>
        <w:pBdr>
          <w:top w:val="nil"/>
          <w:left w:val="nil"/>
          <w:bottom w:val="nil"/>
          <w:right w:val="nil"/>
          <w:between w:val="nil"/>
        </w:pBdr>
        <w:shd w:val="clear" w:color="auto" w:fill="FFFFFF"/>
        <w:tabs>
          <w:tab w:val="left" w:pos="567"/>
        </w:tabs>
        <w:spacing w:after="0"/>
        <w:ind w:left="502"/>
        <w:rPr>
          <w:rFonts w:cstheme="minorHAnsi"/>
          <w:sz w:val="24"/>
          <w:szCs w:val="24"/>
          <w:lang w:val="pl-PL"/>
        </w:rPr>
      </w:pPr>
      <w:r w:rsidRPr="003D3961">
        <w:rPr>
          <w:rFonts w:cstheme="minorHAnsi"/>
          <w:sz w:val="24"/>
          <w:szCs w:val="24"/>
          <w:lang w:val="pl-PL"/>
        </w:rPr>
        <w:t xml:space="preserve">Prezentacja                                                      15 punktów </w:t>
      </w:r>
    </w:p>
    <w:p w14:paraId="18E165AF" w14:textId="77777777" w:rsidR="003D3961" w:rsidRPr="003D3961" w:rsidRDefault="003D3961" w:rsidP="003D3961">
      <w:pPr>
        <w:pStyle w:val="Akapitzlist"/>
        <w:pBdr>
          <w:top w:val="nil"/>
          <w:left w:val="nil"/>
          <w:bottom w:val="nil"/>
          <w:right w:val="nil"/>
          <w:between w:val="nil"/>
        </w:pBdr>
        <w:shd w:val="clear" w:color="auto" w:fill="FFFFFF"/>
        <w:tabs>
          <w:tab w:val="left" w:pos="567"/>
        </w:tabs>
        <w:spacing w:after="0"/>
        <w:ind w:left="502"/>
        <w:rPr>
          <w:rFonts w:cstheme="minorHAnsi"/>
          <w:sz w:val="24"/>
          <w:szCs w:val="24"/>
          <w:lang w:val="pl-PL"/>
        </w:rPr>
      </w:pPr>
      <w:r w:rsidRPr="003D3961">
        <w:rPr>
          <w:rFonts w:cstheme="minorHAnsi"/>
          <w:sz w:val="24"/>
          <w:szCs w:val="24"/>
          <w:lang w:val="pl-PL"/>
        </w:rPr>
        <w:t xml:space="preserve">Smak                                                           </w:t>
      </w:r>
      <w:r>
        <w:rPr>
          <w:rFonts w:cstheme="minorHAnsi"/>
          <w:sz w:val="24"/>
          <w:szCs w:val="24"/>
          <w:lang w:val="pl-PL"/>
        </w:rPr>
        <w:t xml:space="preserve"> </w:t>
      </w:r>
      <w:r w:rsidRPr="003D3961">
        <w:rPr>
          <w:rFonts w:cstheme="minorHAnsi"/>
          <w:sz w:val="24"/>
          <w:szCs w:val="24"/>
          <w:lang w:val="pl-PL"/>
        </w:rPr>
        <w:t xml:space="preserve">      50 punktów </w:t>
      </w:r>
    </w:p>
    <w:p w14:paraId="1A06BC8C" w14:textId="77777777" w:rsidR="003D3961" w:rsidRPr="003D3961" w:rsidRDefault="003D3961" w:rsidP="003D3961">
      <w:pPr>
        <w:pStyle w:val="Akapitzlist"/>
        <w:pBdr>
          <w:top w:val="nil"/>
          <w:left w:val="nil"/>
          <w:bottom w:val="nil"/>
          <w:right w:val="nil"/>
          <w:between w:val="nil"/>
        </w:pBdr>
        <w:shd w:val="clear" w:color="auto" w:fill="FFFFFF"/>
        <w:tabs>
          <w:tab w:val="left" w:pos="567"/>
        </w:tabs>
        <w:spacing w:after="0"/>
        <w:ind w:left="502"/>
        <w:rPr>
          <w:rFonts w:cstheme="minorHAnsi"/>
          <w:sz w:val="24"/>
          <w:szCs w:val="24"/>
          <w:lang w:val="pl-PL"/>
        </w:rPr>
      </w:pPr>
      <w:r w:rsidRPr="003D3961">
        <w:rPr>
          <w:rFonts w:cstheme="minorHAnsi"/>
          <w:sz w:val="24"/>
          <w:szCs w:val="24"/>
          <w:lang w:val="pl-PL"/>
        </w:rPr>
        <w:t xml:space="preserve">Maksymalna suma punktów                   </w:t>
      </w:r>
      <w:r w:rsidR="00900459">
        <w:rPr>
          <w:rFonts w:cstheme="minorHAnsi"/>
          <w:sz w:val="24"/>
          <w:szCs w:val="24"/>
          <w:lang w:val="pl-PL"/>
        </w:rPr>
        <w:t xml:space="preserve"> </w:t>
      </w:r>
      <w:r w:rsidRPr="003D3961">
        <w:rPr>
          <w:rFonts w:cstheme="minorHAnsi"/>
          <w:sz w:val="24"/>
          <w:szCs w:val="24"/>
          <w:lang w:val="pl-PL"/>
        </w:rPr>
        <w:t>100 punktów</w:t>
      </w:r>
    </w:p>
    <w:p w14:paraId="0F7C15C3" w14:textId="77777777" w:rsidR="003D3961" w:rsidRPr="003D3961" w:rsidRDefault="003D3961" w:rsidP="003D3961">
      <w:pPr>
        <w:pStyle w:val="Akapitzlist"/>
        <w:pBdr>
          <w:top w:val="nil"/>
          <w:left w:val="nil"/>
          <w:bottom w:val="nil"/>
          <w:right w:val="nil"/>
          <w:between w:val="nil"/>
        </w:pBdr>
        <w:shd w:val="clear" w:color="auto" w:fill="FFFFFF"/>
        <w:tabs>
          <w:tab w:val="left" w:pos="567"/>
        </w:tabs>
        <w:spacing w:after="0"/>
        <w:ind w:left="502"/>
        <w:rPr>
          <w:rFonts w:cstheme="minorHAnsi"/>
          <w:sz w:val="24"/>
          <w:szCs w:val="24"/>
          <w:lang w:val="pl-PL"/>
        </w:rPr>
      </w:pPr>
    </w:p>
    <w:p w14:paraId="265B9795" w14:textId="77777777" w:rsidR="003D3961" w:rsidRPr="003D3961" w:rsidRDefault="003D3961" w:rsidP="003D3961">
      <w:pPr>
        <w:pStyle w:val="Akapitzlist"/>
        <w:pBdr>
          <w:top w:val="nil"/>
          <w:left w:val="nil"/>
          <w:bottom w:val="nil"/>
          <w:right w:val="nil"/>
          <w:between w:val="nil"/>
        </w:pBdr>
        <w:shd w:val="clear" w:color="auto" w:fill="FFFFFF"/>
        <w:tabs>
          <w:tab w:val="left" w:pos="567"/>
        </w:tabs>
        <w:spacing w:after="0"/>
        <w:ind w:left="502"/>
        <w:rPr>
          <w:rFonts w:cstheme="minorHAnsi"/>
          <w:sz w:val="24"/>
          <w:szCs w:val="24"/>
          <w:lang w:val="pl-PL"/>
        </w:rPr>
      </w:pPr>
      <w:r w:rsidRPr="003D3961">
        <w:rPr>
          <w:rFonts w:cstheme="minorHAnsi"/>
          <w:sz w:val="24"/>
          <w:szCs w:val="24"/>
          <w:lang w:val="pl-PL"/>
        </w:rPr>
        <w:t>Składowe oceny:</w:t>
      </w:r>
    </w:p>
    <w:p w14:paraId="22D2FC62" w14:textId="77777777" w:rsidR="003D3961" w:rsidRPr="003D3961" w:rsidRDefault="003D3961" w:rsidP="003D3961">
      <w:pPr>
        <w:pStyle w:val="Akapitzlist"/>
        <w:pBdr>
          <w:top w:val="nil"/>
          <w:left w:val="nil"/>
          <w:bottom w:val="nil"/>
          <w:right w:val="nil"/>
          <w:between w:val="nil"/>
        </w:pBdr>
        <w:shd w:val="clear" w:color="auto" w:fill="FFFFFF"/>
        <w:tabs>
          <w:tab w:val="left" w:pos="567"/>
        </w:tabs>
        <w:spacing w:after="0"/>
        <w:ind w:left="502"/>
        <w:rPr>
          <w:rFonts w:cstheme="minorHAnsi"/>
          <w:sz w:val="24"/>
          <w:szCs w:val="24"/>
          <w:lang w:val="pl-PL"/>
        </w:rPr>
      </w:pPr>
      <w:r w:rsidRPr="003D3961">
        <w:rPr>
          <w:rFonts w:cstheme="minorHAnsi"/>
          <w:sz w:val="24"/>
          <w:szCs w:val="24"/>
          <w:lang w:val="pl-PL"/>
        </w:rPr>
        <w:t xml:space="preserve">Danie główne                                                100 punktów </w:t>
      </w:r>
    </w:p>
    <w:p w14:paraId="1328F97F" w14:textId="77777777" w:rsidR="003D3961" w:rsidRPr="003D3961" w:rsidRDefault="003D3961" w:rsidP="003D3961">
      <w:pPr>
        <w:pStyle w:val="Akapitzlist"/>
        <w:pBdr>
          <w:top w:val="nil"/>
          <w:left w:val="nil"/>
          <w:bottom w:val="nil"/>
          <w:right w:val="nil"/>
          <w:between w:val="nil"/>
        </w:pBdr>
        <w:shd w:val="clear" w:color="auto" w:fill="FFFFFF"/>
        <w:tabs>
          <w:tab w:val="left" w:pos="567"/>
        </w:tabs>
        <w:spacing w:after="0"/>
        <w:ind w:left="502"/>
        <w:rPr>
          <w:rFonts w:cstheme="minorHAnsi"/>
          <w:sz w:val="24"/>
          <w:szCs w:val="24"/>
          <w:lang w:val="pl-PL"/>
        </w:rPr>
      </w:pPr>
      <w:r w:rsidRPr="003D3961">
        <w:rPr>
          <w:rFonts w:cstheme="minorHAnsi"/>
          <w:sz w:val="24"/>
          <w:szCs w:val="24"/>
          <w:lang w:val="pl-PL"/>
        </w:rPr>
        <w:t xml:space="preserve">Deser                                                              </w:t>
      </w:r>
      <w:r w:rsidR="00900459">
        <w:rPr>
          <w:rFonts w:cstheme="minorHAnsi"/>
          <w:sz w:val="24"/>
          <w:szCs w:val="24"/>
          <w:lang w:val="pl-PL"/>
        </w:rPr>
        <w:t xml:space="preserve"> </w:t>
      </w:r>
      <w:r w:rsidRPr="003D3961">
        <w:rPr>
          <w:rFonts w:cstheme="minorHAnsi"/>
          <w:sz w:val="24"/>
          <w:szCs w:val="24"/>
          <w:lang w:val="pl-PL"/>
        </w:rPr>
        <w:t xml:space="preserve">100 punktów </w:t>
      </w:r>
    </w:p>
    <w:p w14:paraId="25F831F7" w14:textId="77777777" w:rsidR="003D3961" w:rsidRPr="003D3961" w:rsidRDefault="003D3961" w:rsidP="003D3961">
      <w:pPr>
        <w:pStyle w:val="Akapitzlist"/>
        <w:pBdr>
          <w:top w:val="nil"/>
          <w:left w:val="nil"/>
          <w:bottom w:val="nil"/>
          <w:right w:val="nil"/>
          <w:between w:val="nil"/>
        </w:pBdr>
        <w:shd w:val="clear" w:color="auto" w:fill="FFFFFF"/>
        <w:tabs>
          <w:tab w:val="left" w:pos="567"/>
        </w:tabs>
        <w:spacing w:after="0"/>
        <w:ind w:left="502"/>
        <w:rPr>
          <w:rFonts w:cstheme="minorHAnsi"/>
          <w:sz w:val="24"/>
          <w:szCs w:val="24"/>
          <w:lang w:val="pl-PL"/>
        </w:rPr>
      </w:pPr>
      <w:r w:rsidRPr="003D3961">
        <w:rPr>
          <w:rFonts w:cstheme="minorHAnsi"/>
          <w:sz w:val="24"/>
          <w:szCs w:val="24"/>
          <w:lang w:val="pl-PL"/>
        </w:rPr>
        <w:t xml:space="preserve">Końcowa ocena                             </w:t>
      </w:r>
      <w:r>
        <w:rPr>
          <w:rFonts w:cstheme="minorHAnsi"/>
          <w:sz w:val="24"/>
          <w:szCs w:val="24"/>
          <w:lang w:val="pl-PL"/>
        </w:rPr>
        <w:t>2</w:t>
      </w:r>
      <w:r w:rsidRPr="003D3961">
        <w:rPr>
          <w:rFonts w:cstheme="minorHAnsi"/>
          <w:sz w:val="24"/>
          <w:szCs w:val="24"/>
          <w:lang w:val="pl-PL"/>
        </w:rPr>
        <w:t>00/</w:t>
      </w:r>
      <w:r>
        <w:rPr>
          <w:rFonts w:cstheme="minorHAnsi"/>
          <w:sz w:val="24"/>
          <w:szCs w:val="24"/>
          <w:lang w:val="pl-PL"/>
        </w:rPr>
        <w:t>2</w:t>
      </w:r>
      <w:r w:rsidRPr="003D3961">
        <w:rPr>
          <w:rFonts w:cstheme="minorHAnsi"/>
          <w:sz w:val="24"/>
          <w:szCs w:val="24"/>
          <w:lang w:val="pl-PL"/>
        </w:rPr>
        <w:t xml:space="preserve"> = 100 punktów</w:t>
      </w:r>
    </w:p>
    <w:p w14:paraId="3DA18661" w14:textId="77777777" w:rsidR="003D3961" w:rsidRPr="003D3961" w:rsidRDefault="003D3961" w:rsidP="003D3961">
      <w:pPr>
        <w:pStyle w:val="Akapitzlist"/>
        <w:pBdr>
          <w:top w:val="nil"/>
          <w:left w:val="nil"/>
          <w:bottom w:val="nil"/>
          <w:right w:val="nil"/>
          <w:between w:val="nil"/>
        </w:pBdr>
        <w:shd w:val="clear" w:color="auto" w:fill="FFFFFF"/>
        <w:tabs>
          <w:tab w:val="left" w:pos="567"/>
        </w:tabs>
        <w:spacing w:after="0"/>
        <w:ind w:left="502"/>
        <w:rPr>
          <w:rFonts w:cstheme="minorHAnsi"/>
          <w:sz w:val="24"/>
          <w:szCs w:val="24"/>
          <w:lang w:val="pl-PL"/>
        </w:rPr>
      </w:pPr>
    </w:p>
    <w:p w14:paraId="78AD132C" w14:textId="77777777" w:rsidR="003D3961" w:rsidRPr="003D3961" w:rsidRDefault="003D3961" w:rsidP="003D3961">
      <w:pPr>
        <w:pStyle w:val="Akapitzlist"/>
        <w:numPr>
          <w:ilvl w:val="0"/>
          <w:numId w:val="24"/>
        </w:numPr>
        <w:pBdr>
          <w:top w:val="nil"/>
          <w:left w:val="nil"/>
          <w:bottom w:val="nil"/>
          <w:right w:val="nil"/>
          <w:between w:val="nil"/>
        </w:pBdr>
        <w:shd w:val="clear" w:color="auto" w:fill="FFFFFF"/>
        <w:tabs>
          <w:tab w:val="left" w:pos="567"/>
        </w:tabs>
        <w:spacing w:after="0"/>
        <w:jc w:val="both"/>
        <w:rPr>
          <w:rFonts w:cstheme="minorHAnsi"/>
          <w:sz w:val="24"/>
          <w:szCs w:val="24"/>
          <w:lang w:val="pl-PL"/>
        </w:rPr>
      </w:pPr>
      <w:r w:rsidRPr="003D3961">
        <w:rPr>
          <w:rFonts w:cstheme="minorHAnsi"/>
          <w:sz w:val="24"/>
          <w:szCs w:val="24"/>
          <w:lang w:val="pl-PL"/>
        </w:rPr>
        <w:t>Za każde opóźnienie w serwowaniu poszczególnych dań przewodniczący jury ma prawo do odjęcia punktów:</w:t>
      </w:r>
    </w:p>
    <w:p w14:paraId="22C57A52" w14:textId="77777777" w:rsidR="003D3961" w:rsidRPr="0063335D" w:rsidRDefault="003D3961" w:rsidP="00900459">
      <w:pPr>
        <w:pStyle w:val="Akapitzlist"/>
        <w:pBdr>
          <w:top w:val="nil"/>
          <w:left w:val="nil"/>
          <w:bottom w:val="nil"/>
          <w:right w:val="nil"/>
          <w:between w:val="nil"/>
        </w:pBdr>
        <w:shd w:val="clear" w:color="auto" w:fill="FFFFFF"/>
        <w:tabs>
          <w:tab w:val="left" w:pos="567"/>
        </w:tabs>
        <w:spacing w:after="0"/>
        <w:ind w:left="502"/>
        <w:jc w:val="both"/>
        <w:rPr>
          <w:rFonts w:cstheme="minorHAnsi"/>
          <w:sz w:val="24"/>
          <w:szCs w:val="24"/>
          <w:lang w:val="pl-PL"/>
        </w:rPr>
      </w:pPr>
      <w:r w:rsidRPr="0063335D">
        <w:rPr>
          <w:rFonts w:cstheme="minorHAnsi"/>
          <w:sz w:val="24"/>
          <w:szCs w:val="24"/>
          <w:lang w:val="pl-PL"/>
        </w:rPr>
        <w:t xml:space="preserve">1 minuta - 2 punkty </w:t>
      </w:r>
    </w:p>
    <w:p w14:paraId="0CF24EAB" w14:textId="77777777" w:rsidR="003D3961" w:rsidRPr="0063335D" w:rsidRDefault="003D3961" w:rsidP="00900459">
      <w:pPr>
        <w:pStyle w:val="Akapitzlist"/>
        <w:pBdr>
          <w:top w:val="nil"/>
          <w:left w:val="nil"/>
          <w:bottom w:val="nil"/>
          <w:right w:val="nil"/>
          <w:between w:val="nil"/>
        </w:pBdr>
        <w:shd w:val="clear" w:color="auto" w:fill="FFFFFF"/>
        <w:tabs>
          <w:tab w:val="left" w:pos="567"/>
        </w:tabs>
        <w:spacing w:after="0"/>
        <w:ind w:left="502"/>
        <w:jc w:val="both"/>
        <w:rPr>
          <w:rFonts w:cstheme="minorHAnsi"/>
          <w:sz w:val="24"/>
          <w:szCs w:val="24"/>
          <w:lang w:val="pl-PL"/>
        </w:rPr>
      </w:pPr>
      <w:r w:rsidRPr="0063335D">
        <w:rPr>
          <w:rFonts w:cstheme="minorHAnsi"/>
          <w:sz w:val="24"/>
          <w:szCs w:val="24"/>
          <w:lang w:val="pl-PL"/>
        </w:rPr>
        <w:t xml:space="preserve">5 minut - 10 punktów </w:t>
      </w:r>
    </w:p>
    <w:p w14:paraId="46C0B669" w14:textId="77777777" w:rsidR="003D3961" w:rsidRDefault="003D3961" w:rsidP="00900459">
      <w:pPr>
        <w:pStyle w:val="Akapitzlist"/>
        <w:pBdr>
          <w:top w:val="nil"/>
          <w:left w:val="nil"/>
          <w:bottom w:val="nil"/>
          <w:right w:val="nil"/>
          <w:between w:val="nil"/>
        </w:pBdr>
        <w:shd w:val="clear" w:color="auto" w:fill="FFFFFF"/>
        <w:tabs>
          <w:tab w:val="left" w:pos="567"/>
        </w:tabs>
        <w:spacing w:after="0"/>
        <w:ind w:left="502"/>
        <w:jc w:val="both"/>
        <w:rPr>
          <w:rFonts w:cstheme="minorHAnsi"/>
          <w:sz w:val="24"/>
          <w:szCs w:val="24"/>
          <w:lang w:val="pl-PL"/>
        </w:rPr>
      </w:pPr>
      <w:r w:rsidRPr="003D3961">
        <w:rPr>
          <w:rFonts w:cstheme="minorHAnsi"/>
          <w:sz w:val="24"/>
          <w:szCs w:val="24"/>
          <w:lang w:val="pl-PL"/>
        </w:rPr>
        <w:t>10 minut i więcej - zaprzestanie oceny Jury, wynik oceny danego dania = 0 punktów u każdego z członków jury degustacyjnego.</w:t>
      </w:r>
    </w:p>
    <w:p w14:paraId="6A22AE23" w14:textId="77777777" w:rsidR="00FB4546" w:rsidRDefault="00FB4546" w:rsidP="00FB4546">
      <w:pPr>
        <w:pBdr>
          <w:top w:val="nil"/>
          <w:left w:val="nil"/>
          <w:bottom w:val="nil"/>
          <w:right w:val="nil"/>
          <w:between w:val="nil"/>
        </w:pBdr>
        <w:shd w:val="clear" w:color="auto" w:fill="FFFFFF"/>
        <w:tabs>
          <w:tab w:val="left" w:pos="567"/>
        </w:tabs>
        <w:spacing w:after="0"/>
        <w:jc w:val="both"/>
        <w:rPr>
          <w:rFonts w:cstheme="minorHAnsi"/>
          <w:sz w:val="24"/>
          <w:szCs w:val="24"/>
          <w:lang w:val="pl-PL"/>
        </w:rPr>
      </w:pPr>
    </w:p>
    <w:p w14:paraId="4F7F664E" w14:textId="77777777" w:rsidR="00FB4546" w:rsidRDefault="00FB4546" w:rsidP="00FB4546">
      <w:pPr>
        <w:pBdr>
          <w:top w:val="nil"/>
          <w:left w:val="nil"/>
          <w:bottom w:val="nil"/>
          <w:right w:val="nil"/>
          <w:between w:val="nil"/>
        </w:pBdr>
        <w:shd w:val="clear" w:color="auto" w:fill="FFFFFF"/>
        <w:tabs>
          <w:tab w:val="left" w:pos="567"/>
        </w:tabs>
        <w:spacing w:after="0"/>
        <w:jc w:val="both"/>
        <w:rPr>
          <w:rFonts w:cstheme="minorHAnsi"/>
          <w:sz w:val="24"/>
          <w:szCs w:val="24"/>
          <w:lang w:val="pl-PL"/>
        </w:rPr>
      </w:pPr>
    </w:p>
    <w:p w14:paraId="6584A642" w14:textId="77777777" w:rsidR="003D3961" w:rsidRPr="003D3961" w:rsidRDefault="003D3961" w:rsidP="003D3961">
      <w:pPr>
        <w:pStyle w:val="Akapitzlist"/>
        <w:pBdr>
          <w:top w:val="nil"/>
          <w:left w:val="nil"/>
          <w:bottom w:val="nil"/>
          <w:right w:val="nil"/>
          <w:between w:val="nil"/>
        </w:pBdr>
        <w:shd w:val="clear" w:color="auto" w:fill="FFFFFF"/>
        <w:tabs>
          <w:tab w:val="left" w:pos="567"/>
        </w:tabs>
        <w:spacing w:after="0"/>
        <w:ind w:left="502"/>
        <w:jc w:val="both"/>
        <w:rPr>
          <w:rFonts w:cstheme="minorHAnsi"/>
          <w:sz w:val="24"/>
          <w:szCs w:val="24"/>
          <w:lang w:val="pl-PL"/>
        </w:rPr>
      </w:pPr>
    </w:p>
    <w:p w14:paraId="2CEB2FB5" w14:textId="77777777" w:rsidR="003D3961" w:rsidRPr="003D3961" w:rsidRDefault="003D3961" w:rsidP="008F48D5">
      <w:pPr>
        <w:pStyle w:val="Akapitzlist"/>
        <w:numPr>
          <w:ilvl w:val="0"/>
          <w:numId w:val="24"/>
        </w:numPr>
        <w:pBdr>
          <w:top w:val="nil"/>
          <w:left w:val="nil"/>
          <w:bottom w:val="nil"/>
          <w:right w:val="nil"/>
          <w:between w:val="nil"/>
        </w:pBdr>
        <w:shd w:val="clear" w:color="auto" w:fill="FFFFFF"/>
        <w:tabs>
          <w:tab w:val="left" w:pos="567"/>
        </w:tabs>
        <w:spacing w:after="0"/>
        <w:rPr>
          <w:rFonts w:cstheme="minorHAnsi"/>
          <w:sz w:val="24"/>
          <w:szCs w:val="24"/>
          <w:lang w:val="pl-PL"/>
        </w:rPr>
      </w:pPr>
      <w:r w:rsidRPr="003D3961">
        <w:rPr>
          <w:rFonts w:cstheme="minorHAnsi"/>
          <w:sz w:val="24"/>
          <w:szCs w:val="24"/>
          <w:lang w:val="pl-PL"/>
        </w:rPr>
        <w:lastRenderedPageBreak/>
        <w:t xml:space="preserve">Po zakończeniu pracy w kuchni, każdy zespół w czasie </w:t>
      </w:r>
      <w:r>
        <w:rPr>
          <w:rFonts w:cstheme="minorHAnsi"/>
          <w:sz w:val="24"/>
          <w:szCs w:val="24"/>
          <w:lang w:val="pl-PL"/>
        </w:rPr>
        <w:t>15</w:t>
      </w:r>
      <w:r w:rsidRPr="003D3961">
        <w:rPr>
          <w:rFonts w:cstheme="minorHAnsi"/>
          <w:sz w:val="24"/>
          <w:szCs w:val="24"/>
          <w:lang w:val="pl-PL"/>
        </w:rPr>
        <w:t xml:space="preserve"> minut od zakończenia zmagań konkursowych jest zobowiązany do posprzątania kuchni i pozostawienia jej w stanie sprzed rozpoczęcia pracy. Po tym czasie członkowie jury technicznego sprawdzą stan kuchni. Za odchylenia w stanie zdawanej kuchni przez uczestników, jury techniczne konkursu ma prawo do odjęcia maksymalnie 5 punktów z ostatecznej oceny jury konkursowego. </w:t>
      </w:r>
    </w:p>
    <w:p w14:paraId="559204A6" w14:textId="77777777" w:rsidR="003D3961" w:rsidRPr="003D3961" w:rsidRDefault="003D3961" w:rsidP="008F48D5">
      <w:pPr>
        <w:pStyle w:val="Akapitzlist"/>
        <w:pBdr>
          <w:top w:val="nil"/>
          <w:left w:val="nil"/>
          <w:bottom w:val="nil"/>
          <w:right w:val="nil"/>
          <w:between w:val="nil"/>
        </w:pBdr>
        <w:shd w:val="clear" w:color="auto" w:fill="FFFFFF"/>
        <w:tabs>
          <w:tab w:val="left" w:pos="567"/>
        </w:tabs>
        <w:spacing w:after="0"/>
        <w:ind w:left="502"/>
        <w:rPr>
          <w:rFonts w:cstheme="minorHAnsi"/>
          <w:sz w:val="24"/>
          <w:szCs w:val="24"/>
          <w:lang w:val="pl-PL"/>
        </w:rPr>
      </w:pPr>
    </w:p>
    <w:p w14:paraId="5DC94299" w14:textId="77777777" w:rsidR="003D3961" w:rsidRPr="003D3961" w:rsidRDefault="003D3961" w:rsidP="008F48D5">
      <w:pPr>
        <w:pStyle w:val="Akapitzlist"/>
        <w:numPr>
          <w:ilvl w:val="0"/>
          <w:numId w:val="24"/>
        </w:numPr>
        <w:pBdr>
          <w:top w:val="nil"/>
          <w:left w:val="nil"/>
          <w:bottom w:val="nil"/>
          <w:right w:val="nil"/>
          <w:between w:val="nil"/>
        </w:pBdr>
        <w:shd w:val="clear" w:color="auto" w:fill="FFFFFF"/>
        <w:tabs>
          <w:tab w:val="left" w:pos="567"/>
        </w:tabs>
        <w:spacing w:after="0"/>
        <w:rPr>
          <w:rFonts w:cstheme="minorHAnsi"/>
          <w:sz w:val="24"/>
          <w:szCs w:val="24"/>
          <w:lang w:val="pl-PL"/>
        </w:rPr>
      </w:pPr>
      <w:r w:rsidRPr="003D3961">
        <w:rPr>
          <w:rFonts w:cstheme="minorHAnsi"/>
          <w:sz w:val="24"/>
          <w:szCs w:val="24"/>
          <w:lang w:val="pl-PL"/>
        </w:rPr>
        <w:t xml:space="preserve">W sytuacjach spornych lub w przypadku uzyskania przez dwie lub więcej zespołów takiego samego wyniku ostateczną i niepodważalną decyzję, po konsultacji z pozostałymi członkami Jury podejmuje Przewodniczący Jury. </w:t>
      </w:r>
    </w:p>
    <w:p w14:paraId="0D0CCFD0" w14:textId="77777777" w:rsidR="003D3961" w:rsidRPr="003D3961" w:rsidRDefault="003D3961" w:rsidP="008F48D5">
      <w:pPr>
        <w:pStyle w:val="Akapitzlist"/>
        <w:pBdr>
          <w:top w:val="nil"/>
          <w:left w:val="nil"/>
          <w:bottom w:val="nil"/>
          <w:right w:val="nil"/>
          <w:between w:val="nil"/>
        </w:pBdr>
        <w:shd w:val="clear" w:color="auto" w:fill="FFFFFF"/>
        <w:tabs>
          <w:tab w:val="left" w:pos="567"/>
        </w:tabs>
        <w:spacing w:after="0"/>
        <w:ind w:left="502"/>
        <w:rPr>
          <w:rFonts w:cstheme="minorHAnsi"/>
          <w:sz w:val="24"/>
          <w:szCs w:val="24"/>
          <w:lang w:val="pl-PL"/>
        </w:rPr>
      </w:pPr>
    </w:p>
    <w:p w14:paraId="3F8D0513" w14:textId="77777777" w:rsidR="003D3961" w:rsidRPr="003D3961" w:rsidRDefault="003D3961" w:rsidP="008F48D5">
      <w:pPr>
        <w:pStyle w:val="Akapitzlist"/>
        <w:numPr>
          <w:ilvl w:val="0"/>
          <w:numId w:val="24"/>
        </w:numPr>
        <w:pBdr>
          <w:top w:val="nil"/>
          <w:left w:val="nil"/>
          <w:bottom w:val="nil"/>
          <w:right w:val="nil"/>
          <w:between w:val="nil"/>
        </w:pBdr>
        <w:shd w:val="clear" w:color="auto" w:fill="FFFFFF"/>
        <w:tabs>
          <w:tab w:val="left" w:pos="567"/>
        </w:tabs>
        <w:spacing w:after="0"/>
        <w:rPr>
          <w:rFonts w:cstheme="minorHAnsi"/>
          <w:sz w:val="24"/>
          <w:szCs w:val="24"/>
          <w:lang w:val="pl-PL"/>
        </w:rPr>
      </w:pPr>
      <w:r w:rsidRPr="003D3961">
        <w:rPr>
          <w:rFonts w:cstheme="minorHAnsi"/>
          <w:sz w:val="24"/>
          <w:szCs w:val="24"/>
          <w:lang w:val="pl-PL"/>
        </w:rPr>
        <w:t>W dniu konkursu, o godzinie 1</w:t>
      </w:r>
      <w:r w:rsidR="0078525C">
        <w:rPr>
          <w:rFonts w:cstheme="minorHAnsi"/>
          <w:sz w:val="24"/>
          <w:szCs w:val="24"/>
          <w:lang w:val="pl-PL"/>
        </w:rPr>
        <w:t>4</w:t>
      </w:r>
      <w:r w:rsidRPr="003D3961">
        <w:rPr>
          <w:rFonts w:cstheme="minorHAnsi"/>
          <w:sz w:val="24"/>
          <w:szCs w:val="24"/>
          <w:lang w:val="pl-PL"/>
        </w:rPr>
        <w:t>:</w:t>
      </w:r>
      <w:r>
        <w:rPr>
          <w:rFonts w:cstheme="minorHAnsi"/>
          <w:sz w:val="24"/>
          <w:szCs w:val="24"/>
          <w:lang w:val="pl-PL"/>
        </w:rPr>
        <w:t>3</w:t>
      </w:r>
      <w:r w:rsidRPr="003D3961">
        <w:rPr>
          <w:rFonts w:cstheme="minorHAnsi"/>
          <w:sz w:val="24"/>
          <w:szCs w:val="24"/>
          <w:lang w:val="pl-PL"/>
        </w:rPr>
        <w:t xml:space="preserve">0 odbędzie się podsumowanie przez Jury konkursu wraz z </w:t>
      </w:r>
      <w:proofErr w:type="gramStart"/>
      <w:r w:rsidRPr="003D3961">
        <w:rPr>
          <w:rFonts w:cstheme="minorHAnsi"/>
          <w:sz w:val="24"/>
          <w:szCs w:val="24"/>
          <w:lang w:val="pl-PL"/>
        </w:rPr>
        <w:t>uczestnikami,</w:t>
      </w:r>
      <w:proofErr w:type="gramEnd"/>
      <w:r w:rsidRPr="003D3961">
        <w:rPr>
          <w:rFonts w:cstheme="minorHAnsi"/>
          <w:sz w:val="24"/>
          <w:szCs w:val="24"/>
          <w:lang w:val="pl-PL"/>
        </w:rPr>
        <w:t xml:space="preserve"> oraz indywidualne omówienie dań każdej z drużyn. Obecność uczestników na podsumowaniu konkursu jest obowiązkow</w:t>
      </w:r>
      <w:r w:rsidR="00900459">
        <w:rPr>
          <w:rFonts w:cstheme="minorHAnsi"/>
          <w:sz w:val="24"/>
          <w:szCs w:val="24"/>
          <w:lang w:val="pl-PL"/>
        </w:rPr>
        <w:t>a</w:t>
      </w:r>
      <w:r w:rsidRPr="003D3961">
        <w:rPr>
          <w:rFonts w:cstheme="minorHAnsi"/>
          <w:sz w:val="24"/>
          <w:szCs w:val="24"/>
          <w:lang w:val="pl-PL"/>
        </w:rPr>
        <w:t>.</w:t>
      </w:r>
    </w:p>
    <w:p w14:paraId="200891AE" w14:textId="77777777" w:rsidR="00FB4546" w:rsidRDefault="00FB4546" w:rsidP="008F48D5">
      <w:pPr>
        <w:pStyle w:val="Akapitzlist"/>
        <w:pBdr>
          <w:top w:val="nil"/>
          <w:left w:val="nil"/>
          <w:bottom w:val="nil"/>
          <w:right w:val="nil"/>
          <w:between w:val="nil"/>
        </w:pBdr>
        <w:shd w:val="clear" w:color="auto" w:fill="FFFFFF"/>
        <w:tabs>
          <w:tab w:val="left" w:pos="567"/>
        </w:tabs>
        <w:spacing w:after="0"/>
        <w:ind w:left="502"/>
        <w:rPr>
          <w:rFonts w:cstheme="minorHAnsi"/>
          <w:bCs/>
          <w:sz w:val="24"/>
          <w:szCs w:val="24"/>
          <w:lang w:val="pl-PL"/>
        </w:rPr>
      </w:pPr>
    </w:p>
    <w:p w14:paraId="03C989A5" w14:textId="77777777" w:rsidR="003D3961" w:rsidRPr="003D3961" w:rsidRDefault="003D3961" w:rsidP="003D3961">
      <w:pPr>
        <w:pStyle w:val="Akapitzlist"/>
        <w:pBdr>
          <w:top w:val="nil"/>
          <w:left w:val="nil"/>
          <w:bottom w:val="nil"/>
          <w:right w:val="nil"/>
          <w:between w:val="nil"/>
        </w:pBdr>
        <w:shd w:val="clear" w:color="auto" w:fill="FFFFFF"/>
        <w:tabs>
          <w:tab w:val="left" w:pos="567"/>
        </w:tabs>
        <w:spacing w:after="0"/>
        <w:ind w:left="502"/>
        <w:jc w:val="both"/>
        <w:rPr>
          <w:rFonts w:cstheme="minorHAnsi"/>
          <w:bCs/>
          <w:sz w:val="24"/>
          <w:szCs w:val="24"/>
          <w:lang w:val="pl-PL"/>
        </w:rPr>
      </w:pPr>
      <w:r>
        <w:rPr>
          <w:rFonts w:cstheme="minorHAnsi"/>
          <w:bCs/>
          <w:sz w:val="24"/>
          <w:szCs w:val="24"/>
          <w:lang w:val="pl-PL"/>
        </w:rPr>
        <w:t xml:space="preserve"> </w:t>
      </w:r>
    </w:p>
    <w:p w14:paraId="65B232B7" w14:textId="77777777" w:rsidR="003D3961" w:rsidRDefault="003D3961" w:rsidP="003D3961">
      <w:pPr>
        <w:jc w:val="center"/>
        <w:rPr>
          <w:b/>
          <w:bCs/>
          <w:lang w:val="pl-PL"/>
        </w:rPr>
      </w:pPr>
      <w:r w:rsidRPr="00E77508">
        <w:rPr>
          <w:b/>
          <w:bCs/>
          <w:lang w:val="pl-PL"/>
        </w:rPr>
        <w:t xml:space="preserve">§ </w:t>
      </w:r>
      <w:r>
        <w:rPr>
          <w:b/>
          <w:bCs/>
          <w:lang w:val="pl-PL"/>
        </w:rPr>
        <w:t>5</w:t>
      </w:r>
      <w:r w:rsidRPr="00E77508">
        <w:rPr>
          <w:b/>
          <w:bCs/>
          <w:lang w:val="pl-PL"/>
        </w:rPr>
        <w:t xml:space="preserve"> </w:t>
      </w:r>
      <w:r>
        <w:rPr>
          <w:b/>
          <w:bCs/>
          <w:lang w:val="pl-PL"/>
        </w:rPr>
        <w:t xml:space="preserve">NAGRODY W KONKURSIE </w:t>
      </w:r>
    </w:p>
    <w:p w14:paraId="00508408" w14:textId="77777777" w:rsidR="003109FD" w:rsidRDefault="003109FD" w:rsidP="003D3961">
      <w:pPr>
        <w:jc w:val="center"/>
        <w:rPr>
          <w:b/>
          <w:bCs/>
          <w:lang w:val="pl-PL"/>
        </w:rPr>
      </w:pPr>
    </w:p>
    <w:p w14:paraId="2BE5C973" w14:textId="77777777" w:rsidR="003109FD" w:rsidRPr="003109FD" w:rsidRDefault="003109FD" w:rsidP="003109FD">
      <w:pPr>
        <w:pStyle w:val="Akapitzlist"/>
        <w:numPr>
          <w:ilvl w:val="0"/>
          <w:numId w:val="25"/>
        </w:numPr>
        <w:shd w:val="clear" w:color="auto" w:fill="FFFFFF"/>
        <w:spacing w:after="0"/>
        <w:rPr>
          <w:rFonts w:cstheme="minorHAnsi"/>
          <w:sz w:val="24"/>
          <w:szCs w:val="24"/>
          <w:lang w:val="pl-PL"/>
        </w:rPr>
      </w:pPr>
      <w:r w:rsidRPr="003109FD">
        <w:rPr>
          <w:rFonts w:cstheme="minorHAnsi"/>
          <w:sz w:val="24"/>
          <w:szCs w:val="24"/>
          <w:lang w:val="pl-PL"/>
        </w:rPr>
        <w:t xml:space="preserve">Wszyscy uczestnicy konkursu otrzymają dyplomy pamiątkowe i medale za udział w konkursie. </w:t>
      </w:r>
    </w:p>
    <w:p w14:paraId="296E1081" w14:textId="77777777" w:rsidR="003109FD" w:rsidRPr="003109FD" w:rsidRDefault="003109FD" w:rsidP="003109FD">
      <w:pPr>
        <w:pStyle w:val="Akapitzlist"/>
        <w:ind w:left="502"/>
        <w:rPr>
          <w:b/>
          <w:bCs/>
          <w:lang w:val="pl-PL"/>
        </w:rPr>
      </w:pPr>
    </w:p>
    <w:p w14:paraId="7E7BF0E9" w14:textId="77777777" w:rsidR="003109FD" w:rsidRPr="003109FD" w:rsidRDefault="003109FD" w:rsidP="003109FD">
      <w:pPr>
        <w:pStyle w:val="Akapitzlist"/>
        <w:numPr>
          <w:ilvl w:val="0"/>
          <w:numId w:val="25"/>
        </w:numPr>
        <w:rPr>
          <w:lang w:val="pl-PL"/>
        </w:rPr>
      </w:pPr>
      <w:r w:rsidRPr="003109FD">
        <w:rPr>
          <w:rFonts w:cstheme="minorHAnsi"/>
          <w:sz w:val="24"/>
          <w:szCs w:val="24"/>
          <w:lang w:val="pl-PL"/>
        </w:rPr>
        <w:t xml:space="preserve">Laureaci trzech pierwszych miejsc w konkursie </w:t>
      </w:r>
      <w:r w:rsidRPr="003109FD">
        <w:rPr>
          <w:lang w:val="pl-PL"/>
        </w:rPr>
        <w:t xml:space="preserve">„TRADYCJE KUCHNI POLSKIEJ” </w:t>
      </w:r>
      <w:r w:rsidR="00900459">
        <w:rPr>
          <w:lang w:val="pl-PL"/>
        </w:rPr>
        <w:t>-</w:t>
      </w:r>
      <w:r w:rsidRPr="003109FD">
        <w:rPr>
          <w:lang w:val="pl-PL"/>
        </w:rPr>
        <w:t xml:space="preserve"> EDYCJA PIERWSZA</w:t>
      </w:r>
      <w:r>
        <w:rPr>
          <w:lang w:val="pl-PL"/>
        </w:rPr>
        <w:t>, otrzymają następujące nagrody</w:t>
      </w:r>
    </w:p>
    <w:p w14:paraId="73D628DB" w14:textId="77777777" w:rsidR="003109FD" w:rsidRDefault="003109FD" w:rsidP="003109FD">
      <w:pPr>
        <w:pStyle w:val="Akapitzlist"/>
        <w:shd w:val="clear" w:color="auto" w:fill="FFFFFF"/>
        <w:spacing w:after="0"/>
        <w:ind w:left="502"/>
        <w:rPr>
          <w:rFonts w:cstheme="minorHAnsi"/>
          <w:sz w:val="24"/>
          <w:szCs w:val="24"/>
          <w:lang w:val="pl-PL"/>
        </w:rPr>
      </w:pPr>
    </w:p>
    <w:p w14:paraId="79EA5077" w14:textId="77777777" w:rsidR="003109FD" w:rsidRDefault="003109FD" w:rsidP="003109FD">
      <w:pPr>
        <w:pStyle w:val="Akapitzlist"/>
        <w:numPr>
          <w:ilvl w:val="0"/>
          <w:numId w:val="26"/>
        </w:numPr>
        <w:shd w:val="clear" w:color="auto" w:fill="FFFFFF"/>
        <w:spacing w:after="0"/>
        <w:rPr>
          <w:rFonts w:cstheme="minorHAnsi"/>
          <w:sz w:val="24"/>
          <w:szCs w:val="24"/>
          <w:lang w:val="pl-PL"/>
        </w:rPr>
      </w:pPr>
      <w:r w:rsidRPr="003109FD">
        <w:rPr>
          <w:rFonts w:cstheme="minorHAnsi"/>
          <w:sz w:val="24"/>
          <w:szCs w:val="24"/>
          <w:lang w:val="pl-PL"/>
        </w:rPr>
        <w:t>1 miejsce: Pami</w:t>
      </w:r>
      <w:r w:rsidR="005B7FCD">
        <w:rPr>
          <w:rFonts w:cstheme="minorHAnsi"/>
          <w:sz w:val="24"/>
          <w:szCs w:val="24"/>
          <w:lang w:val="pl-PL"/>
        </w:rPr>
        <w:t>ą</w:t>
      </w:r>
      <w:r w:rsidRPr="003109FD">
        <w:rPr>
          <w:rFonts w:cstheme="minorHAnsi"/>
          <w:sz w:val="24"/>
          <w:szCs w:val="24"/>
          <w:lang w:val="pl-PL"/>
        </w:rPr>
        <w:t>tkowy puchar za zdobycie 1-go miejsca, medale</w:t>
      </w:r>
      <w:r>
        <w:rPr>
          <w:rFonts w:cstheme="minorHAnsi"/>
          <w:sz w:val="24"/>
          <w:szCs w:val="24"/>
          <w:lang w:val="pl-PL"/>
        </w:rPr>
        <w:t>,</w:t>
      </w:r>
      <w:r w:rsidRPr="003109FD">
        <w:rPr>
          <w:rFonts w:cstheme="minorHAnsi"/>
          <w:b/>
          <w:bCs/>
          <w:sz w:val="24"/>
          <w:szCs w:val="24"/>
          <w:lang w:val="pl-PL"/>
        </w:rPr>
        <w:t xml:space="preserve"> </w:t>
      </w:r>
      <w:r w:rsidRPr="003109FD">
        <w:rPr>
          <w:rFonts w:cstheme="minorHAnsi"/>
          <w:sz w:val="24"/>
          <w:szCs w:val="24"/>
          <w:lang w:val="pl-PL"/>
        </w:rPr>
        <w:t>oraz nagrody</w:t>
      </w:r>
      <w:r>
        <w:rPr>
          <w:rFonts w:cstheme="minorHAnsi"/>
          <w:sz w:val="24"/>
          <w:szCs w:val="24"/>
          <w:lang w:val="pl-PL"/>
        </w:rPr>
        <w:t xml:space="preserve"> </w:t>
      </w:r>
      <w:r w:rsidRPr="003109FD">
        <w:rPr>
          <w:rFonts w:cstheme="minorHAnsi"/>
          <w:sz w:val="24"/>
          <w:szCs w:val="24"/>
          <w:lang w:val="pl-PL"/>
        </w:rPr>
        <w:t xml:space="preserve">rzeczowe, </w:t>
      </w:r>
    </w:p>
    <w:p w14:paraId="2D1DEFA0" w14:textId="77777777" w:rsidR="003109FD" w:rsidRPr="003109FD" w:rsidRDefault="003109FD" w:rsidP="003109FD">
      <w:pPr>
        <w:pStyle w:val="Akapitzlist"/>
        <w:numPr>
          <w:ilvl w:val="0"/>
          <w:numId w:val="26"/>
        </w:numPr>
        <w:shd w:val="clear" w:color="auto" w:fill="FFFFFF"/>
        <w:spacing w:after="0"/>
        <w:rPr>
          <w:rFonts w:cstheme="minorHAnsi"/>
          <w:sz w:val="24"/>
          <w:szCs w:val="24"/>
          <w:lang w:val="pl-PL"/>
        </w:rPr>
      </w:pPr>
      <w:r w:rsidRPr="003109FD">
        <w:rPr>
          <w:rFonts w:cstheme="minorHAnsi"/>
          <w:sz w:val="24"/>
          <w:szCs w:val="24"/>
          <w:lang w:val="pl-PL"/>
        </w:rPr>
        <w:t>2 miejsce: Pami</w:t>
      </w:r>
      <w:r w:rsidR="005B7FCD">
        <w:rPr>
          <w:rFonts w:cstheme="minorHAnsi"/>
          <w:sz w:val="24"/>
          <w:szCs w:val="24"/>
          <w:lang w:val="pl-PL"/>
        </w:rPr>
        <w:t>ą</w:t>
      </w:r>
      <w:r w:rsidRPr="003109FD">
        <w:rPr>
          <w:rFonts w:cstheme="minorHAnsi"/>
          <w:sz w:val="24"/>
          <w:szCs w:val="24"/>
          <w:lang w:val="pl-PL"/>
        </w:rPr>
        <w:t xml:space="preserve">tkowy puchar za zdobycie </w:t>
      </w:r>
      <w:r>
        <w:rPr>
          <w:rFonts w:cstheme="minorHAnsi"/>
          <w:sz w:val="24"/>
          <w:szCs w:val="24"/>
          <w:lang w:val="pl-PL"/>
        </w:rPr>
        <w:t>2</w:t>
      </w:r>
      <w:r w:rsidRPr="003109FD">
        <w:rPr>
          <w:rFonts w:cstheme="minorHAnsi"/>
          <w:sz w:val="24"/>
          <w:szCs w:val="24"/>
          <w:lang w:val="pl-PL"/>
        </w:rPr>
        <w:t>-go miejsca</w:t>
      </w:r>
      <w:r>
        <w:rPr>
          <w:rFonts w:cstheme="minorHAnsi"/>
          <w:sz w:val="24"/>
          <w:szCs w:val="24"/>
          <w:lang w:val="pl-PL"/>
        </w:rPr>
        <w:t>, medale oraz</w:t>
      </w:r>
      <w:r w:rsidRPr="003109FD">
        <w:rPr>
          <w:rFonts w:cstheme="minorHAnsi"/>
          <w:sz w:val="24"/>
          <w:szCs w:val="24"/>
          <w:lang w:val="pl-PL"/>
        </w:rPr>
        <w:t xml:space="preserve"> nagrody rzeczowe </w:t>
      </w:r>
    </w:p>
    <w:p w14:paraId="707E937B" w14:textId="77777777" w:rsidR="003109FD" w:rsidRDefault="003109FD" w:rsidP="003109FD">
      <w:pPr>
        <w:pStyle w:val="Akapitzlist"/>
        <w:numPr>
          <w:ilvl w:val="0"/>
          <w:numId w:val="26"/>
        </w:numPr>
        <w:shd w:val="clear" w:color="auto" w:fill="FFFFFF"/>
        <w:spacing w:after="0"/>
        <w:rPr>
          <w:rFonts w:cstheme="minorHAnsi"/>
          <w:sz w:val="24"/>
          <w:szCs w:val="24"/>
          <w:lang w:val="pl-PL"/>
        </w:rPr>
      </w:pPr>
      <w:r w:rsidRPr="003109FD">
        <w:rPr>
          <w:rFonts w:cstheme="minorHAnsi"/>
          <w:sz w:val="24"/>
          <w:szCs w:val="24"/>
          <w:lang w:val="pl-PL"/>
        </w:rPr>
        <w:t>3 miejsce</w:t>
      </w:r>
      <w:r>
        <w:rPr>
          <w:rFonts w:cstheme="minorHAnsi"/>
          <w:sz w:val="24"/>
          <w:szCs w:val="24"/>
          <w:lang w:val="pl-PL"/>
        </w:rPr>
        <w:t xml:space="preserve">: </w:t>
      </w:r>
      <w:r w:rsidRPr="003109FD">
        <w:rPr>
          <w:rFonts w:cstheme="minorHAnsi"/>
          <w:sz w:val="24"/>
          <w:szCs w:val="24"/>
          <w:lang w:val="pl-PL"/>
        </w:rPr>
        <w:t>Pami</w:t>
      </w:r>
      <w:r w:rsidR="005B7FCD">
        <w:rPr>
          <w:rFonts w:cstheme="minorHAnsi"/>
          <w:sz w:val="24"/>
          <w:szCs w:val="24"/>
          <w:lang w:val="pl-PL"/>
        </w:rPr>
        <w:t>ą</w:t>
      </w:r>
      <w:r w:rsidRPr="003109FD">
        <w:rPr>
          <w:rFonts w:cstheme="minorHAnsi"/>
          <w:sz w:val="24"/>
          <w:szCs w:val="24"/>
          <w:lang w:val="pl-PL"/>
        </w:rPr>
        <w:t xml:space="preserve">tkowy puchar za zdobycie </w:t>
      </w:r>
      <w:r>
        <w:rPr>
          <w:rFonts w:cstheme="minorHAnsi"/>
          <w:sz w:val="24"/>
          <w:szCs w:val="24"/>
          <w:lang w:val="pl-PL"/>
        </w:rPr>
        <w:t>3</w:t>
      </w:r>
      <w:r w:rsidRPr="003109FD">
        <w:rPr>
          <w:rFonts w:cstheme="minorHAnsi"/>
          <w:sz w:val="24"/>
          <w:szCs w:val="24"/>
          <w:lang w:val="pl-PL"/>
        </w:rPr>
        <w:t>-go miejsca</w:t>
      </w:r>
      <w:r>
        <w:rPr>
          <w:rFonts w:cstheme="minorHAnsi"/>
          <w:sz w:val="24"/>
          <w:szCs w:val="24"/>
          <w:lang w:val="pl-PL"/>
        </w:rPr>
        <w:t>, medale</w:t>
      </w:r>
      <w:r w:rsidRPr="003109FD">
        <w:rPr>
          <w:rFonts w:cstheme="minorHAnsi"/>
          <w:sz w:val="24"/>
          <w:szCs w:val="24"/>
          <w:lang w:val="pl-PL"/>
        </w:rPr>
        <w:t xml:space="preserve"> oraz nagrody rzeczowe</w:t>
      </w:r>
    </w:p>
    <w:p w14:paraId="42ECC507" w14:textId="77777777" w:rsidR="0063335D" w:rsidRPr="0063335D" w:rsidRDefault="0063335D" w:rsidP="0063335D">
      <w:pPr>
        <w:shd w:val="clear" w:color="auto" w:fill="FFFFFF"/>
        <w:spacing w:after="0"/>
        <w:rPr>
          <w:rFonts w:cstheme="minorHAnsi"/>
          <w:sz w:val="24"/>
          <w:szCs w:val="24"/>
          <w:u w:val="single"/>
          <w:lang w:val="pl-PL"/>
        </w:rPr>
      </w:pPr>
      <w:r w:rsidRPr="0063335D">
        <w:rPr>
          <w:rFonts w:cstheme="minorHAnsi"/>
          <w:sz w:val="24"/>
          <w:szCs w:val="24"/>
          <w:u w:val="single"/>
          <w:lang w:val="pl-PL"/>
        </w:rPr>
        <w:t>*Ceremonia wręczenia nagród planowana jest na godzinę 1</w:t>
      </w:r>
      <w:r>
        <w:rPr>
          <w:rFonts w:cstheme="minorHAnsi"/>
          <w:sz w:val="24"/>
          <w:szCs w:val="24"/>
          <w:u w:val="single"/>
          <w:lang w:val="pl-PL"/>
        </w:rPr>
        <w:t>5</w:t>
      </w:r>
      <w:r w:rsidRPr="0063335D">
        <w:rPr>
          <w:rFonts w:cstheme="minorHAnsi"/>
          <w:sz w:val="24"/>
          <w:szCs w:val="24"/>
          <w:u w:val="single"/>
          <w:lang w:val="pl-PL"/>
        </w:rPr>
        <w:t>:00 w dniu konkursu.</w:t>
      </w:r>
    </w:p>
    <w:p w14:paraId="104F7463" w14:textId="77777777" w:rsidR="0063335D" w:rsidRPr="0063335D" w:rsidRDefault="0063335D" w:rsidP="0063335D">
      <w:pPr>
        <w:shd w:val="clear" w:color="auto" w:fill="FFFFFF"/>
        <w:spacing w:after="0"/>
        <w:rPr>
          <w:rFonts w:cstheme="minorHAnsi"/>
          <w:sz w:val="24"/>
          <w:szCs w:val="24"/>
          <w:lang w:val="pl-PL"/>
        </w:rPr>
      </w:pPr>
    </w:p>
    <w:p w14:paraId="5330C172" w14:textId="77777777" w:rsidR="00FB4546" w:rsidRDefault="00FB4546" w:rsidP="003109FD">
      <w:pPr>
        <w:pStyle w:val="Akapitzlist"/>
        <w:shd w:val="clear" w:color="auto" w:fill="FFFFFF"/>
        <w:spacing w:after="0"/>
        <w:ind w:left="1200"/>
        <w:jc w:val="both"/>
        <w:rPr>
          <w:rFonts w:cstheme="minorHAnsi"/>
          <w:sz w:val="24"/>
          <w:szCs w:val="24"/>
          <w:lang w:val="pl-PL"/>
        </w:rPr>
      </w:pPr>
    </w:p>
    <w:p w14:paraId="107A1732" w14:textId="77777777" w:rsidR="003109FD" w:rsidRDefault="003109FD" w:rsidP="003109FD">
      <w:pPr>
        <w:pStyle w:val="Akapitzlist"/>
        <w:shd w:val="clear" w:color="auto" w:fill="FFFFFF"/>
        <w:spacing w:after="0"/>
        <w:ind w:left="1200"/>
        <w:jc w:val="both"/>
        <w:rPr>
          <w:rFonts w:cstheme="minorHAnsi"/>
          <w:b/>
          <w:bCs/>
          <w:sz w:val="24"/>
          <w:szCs w:val="24"/>
          <w:lang w:val="pl-PL"/>
        </w:rPr>
      </w:pPr>
      <w:r w:rsidRPr="003109FD">
        <w:rPr>
          <w:rFonts w:cstheme="minorHAnsi"/>
          <w:b/>
          <w:bCs/>
          <w:sz w:val="24"/>
          <w:szCs w:val="24"/>
          <w:lang w:val="pl-PL"/>
        </w:rPr>
        <w:t>Nagrody rzeczowe dla laureatów pierwszych trzech miejsc zostaną ogłoszone do dnia 31 stycznia 2026 roku.</w:t>
      </w:r>
      <w:r>
        <w:rPr>
          <w:rFonts w:cstheme="minorHAnsi"/>
          <w:b/>
          <w:bCs/>
          <w:sz w:val="24"/>
          <w:szCs w:val="24"/>
          <w:lang w:val="pl-PL"/>
        </w:rPr>
        <w:t xml:space="preserve"> </w:t>
      </w:r>
    </w:p>
    <w:p w14:paraId="36D89868" w14:textId="77777777" w:rsidR="006830FF" w:rsidRDefault="006830FF" w:rsidP="003109FD">
      <w:pPr>
        <w:pStyle w:val="Akapitzlist"/>
        <w:shd w:val="clear" w:color="auto" w:fill="FFFFFF"/>
        <w:spacing w:after="0"/>
        <w:ind w:left="1200"/>
        <w:jc w:val="both"/>
        <w:rPr>
          <w:rFonts w:cstheme="minorHAnsi"/>
          <w:b/>
          <w:bCs/>
          <w:sz w:val="24"/>
          <w:szCs w:val="24"/>
          <w:lang w:val="pl-PL"/>
        </w:rPr>
      </w:pPr>
    </w:p>
    <w:p w14:paraId="2E5B8CF2" w14:textId="77777777" w:rsidR="0078525C" w:rsidRDefault="0078525C" w:rsidP="003109FD">
      <w:pPr>
        <w:pStyle w:val="Akapitzlist"/>
        <w:shd w:val="clear" w:color="auto" w:fill="FFFFFF"/>
        <w:spacing w:after="0"/>
        <w:ind w:left="1200"/>
        <w:jc w:val="both"/>
        <w:rPr>
          <w:rFonts w:cstheme="minorHAnsi"/>
          <w:b/>
          <w:bCs/>
          <w:sz w:val="24"/>
          <w:szCs w:val="24"/>
          <w:lang w:val="pl-PL"/>
        </w:rPr>
      </w:pPr>
    </w:p>
    <w:p w14:paraId="093AFE7A" w14:textId="77777777" w:rsidR="006830FF" w:rsidRPr="00663858" w:rsidRDefault="006830FF" w:rsidP="00FB4546">
      <w:pPr>
        <w:shd w:val="clear" w:color="auto" w:fill="FFFFFF"/>
        <w:spacing w:after="0"/>
        <w:jc w:val="both"/>
        <w:rPr>
          <w:rFonts w:cstheme="minorHAnsi"/>
          <w:b/>
          <w:bCs/>
          <w:lang w:val="pl-PL"/>
        </w:rPr>
      </w:pPr>
    </w:p>
    <w:p w14:paraId="37414AA3" w14:textId="77777777" w:rsidR="006830FF" w:rsidRDefault="006830FF" w:rsidP="006830FF">
      <w:pPr>
        <w:shd w:val="clear" w:color="auto" w:fill="FFFFFF"/>
        <w:spacing w:after="0"/>
        <w:jc w:val="center"/>
        <w:rPr>
          <w:rFonts w:cstheme="minorHAnsi"/>
          <w:b/>
          <w:lang w:val="pl-PL"/>
        </w:rPr>
      </w:pPr>
      <w:r w:rsidRPr="00663858">
        <w:rPr>
          <w:rFonts w:cstheme="minorHAnsi"/>
          <w:b/>
          <w:lang w:val="pl-PL"/>
        </w:rPr>
        <w:t xml:space="preserve">§ 6 WARUNKI ORGANIZACYJNE </w:t>
      </w:r>
      <w:r w:rsidR="00900459">
        <w:rPr>
          <w:rFonts w:cstheme="minorHAnsi"/>
          <w:b/>
          <w:lang w:val="pl-PL"/>
        </w:rPr>
        <w:t xml:space="preserve">- </w:t>
      </w:r>
      <w:r w:rsidRPr="00663858">
        <w:rPr>
          <w:rFonts w:cstheme="minorHAnsi"/>
          <w:b/>
          <w:lang w:val="pl-PL"/>
        </w:rPr>
        <w:t xml:space="preserve">Postanowienia Końcowe </w:t>
      </w:r>
    </w:p>
    <w:p w14:paraId="5ED93185" w14:textId="77777777" w:rsidR="006830FF" w:rsidRPr="006830FF" w:rsidRDefault="006830FF" w:rsidP="006830FF">
      <w:pPr>
        <w:shd w:val="clear" w:color="auto" w:fill="FFFFFF"/>
        <w:spacing w:after="0"/>
        <w:rPr>
          <w:rFonts w:cstheme="minorHAnsi"/>
          <w:sz w:val="24"/>
          <w:szCs w:val="24"/>
          <w:lang w:val="pl-PL"/>
        </w:rPr>
      </w:pPr>
    </w:p>
    <w:p w14:paraId="4D4DA125" w14:textId="77777777" w:rsidR="006830FF" w:rsidRPr="006830FF" w:rsidRDefault="006830FF" w:rsidP="006830FF">
      <w:pPr>
        <w:pStyle w:val="Akapitzlist"/>
        <w:numPr>
          <w:ilvl w:val="0"/>
          <w:numId w:val="27"/>
        </w:numPr>
        <w:shd w:val="clear" w:color="auto" w:fill="FFFFFF"/>
        <w:spacing w:after="0"/>
        <w:rPr>
          <w:rFonts w:cstheme="minorHAnsi"/>
          <w:sz w:val="24"/>
          <w:szCs w:val="24"/>
          <w:lang w:val="pl-PL"/>
        </w:rPr>
      </w:pPr>
      <w:r w:rsidRPr="006830FF">
        <w:rPr>
          <w:rFonts w:cstheme="minorHAnsi"/>
          <w:sz w:val="24"/>
          <w:szCs w:val="24"/>
          <w:lang w:val="pl-PL"/>
        </w:rPr>
        <w:t>Decyzja Jury konkursu jest ostateczna i niepodważalna.</w:t>
      </w:r>
    </w:p>
    <w:p w14:paraId="362BDC83" w14:textId="77777777" w:rsidR="006830FF" w:rsidRPr="006830FF" w:rsidRDefault="006830FF" w:rsidP="006830FF">
      <w:pPr>
        <w:shd w:val="clear" w:color="auto" w:fill="FFFFFF"/>
        <w:spacing w:after="0"/>
        <w:rPr>
          <w:rFonts w:cstheme="minorHAnsi"/>
          <w:sz w:val="24"/>
          <w:szCs w:val="24"/>
          <w:lang w:val="pl-PL"/>
        </w:rPr>
      </w:pPr>
    </w:p>
    <w:p w14:paraId="4BB75FC9" w14:textId="77777777" w:rsidR="006830FF" w:rsidRPr="006830FF" w:rsidRDefault="006830FF" w:rsidP="006830FF">
      <w:pPr>
        <w:pStyle w:val="Akapitzlist"/>
        <w:numPr>
          <w:ilvl w:val="0"/>
          <w:numId w:val="27"/>
        </w:numPr>
        <w:shd w:val="clear" w:color="auto" w:fill="FFFFFF"/>
        <w:spacing w:after="0"/>
        <w:rPr>
          <w:rFonts w:cstheme="minorHAnsi"/>
          <w:sz w:val="24"/>
          <w:szCs w:val="24"/>
          <w:lang w:val="pl-PL"/>
        </w:rPr>
      </w:pPr>
      <w:r w:rsidRPr="006830FF">
        <w:rPr>
          <w:rFonts w:cstheme="minorHAnsi"/>
          <w:sz w:val="24"/>
          <w:szCs w:val="24"/>
          <w:lang w:val="pl-PL"/>
        </w:rPr>
        <w:t>Każdy uczestnik konkursu jest zobowiązany do startu w odpowiednim stroju kucharskim (czarne spodnie, obuwie przystosowane do pracy na kuchni) któr</w:t>
      </w:r>
      <w:r w:rsidR="005B7FCD">
        <w:rPr>
          <w:rFonts w:cstheme="minorHAnsi"/>
          <w:sz w:val="24"/>
          <w:szCs w:val="24"/>
          <w:lang w:val="pl-PL"/>
        </w:rPr>
        <w:t xml:space="preserve">e </w:t>
      </w:r>
      <w:r w:rsidRPr="006830FF">
        <w:rPr>
          <w:rFonts w:cstheme="minorHAnsi"/>
          <w:sz w:val="24"/>
          <w:szCs w:val="24"/>
          <w:lang w:val="pl-PL"/>
        </w:rPr>
        <w:t>w części zabezpiecza organizator (kitel, zapaska, czapka kucharska)</w:t>
      </w:r>
    </w:p>
    <w:p w14:paraId="54E285D3" w14:textId="77777777" w:rsidR="006830FF" w:rsidRPr="006830FF" w:rsidRDefault="006830FF" w:rsidP="006830FF">
      <w:pPr>
        <w:shd w:val="clear" w:color="auto" w:fill="FFFFFF"/>
        <w:spacing w:after="0"/>
        <w:rPr>
          <w:rFonts w:cstheme="minorHAnsi"/>
          <w:sz w:val="24"/>
          <w:szCs w:val="24"/>
          <w:lang w:val="pl-PL"/>
        </w:rPr>
      </w:pPr>
    </w:p>
    <w:p w14:paraId="1134C766" w14:textId="77777777" w:rsidR="006830FF" w:rsidRPr="006830FF" w:rsidRDefault="006830FF" w:rsidP="006830FF">
      <w:pPr>
        <w:pStyle w:val="Akapitzlist"/>
        <w:numPr>
          <w:ilvl w:val="0"/>
          <w:numId w:val="27"/>
        </w:numPr>
        <w:shd w:val="clear" w:color="auto" w:fill="FFFFFF"/>
        <w:spacing w:after="0"/>
        <w:rPr>
          <w:rFonts w:cstheme="minorHAnsi"/>
          <w:sz w:val="24"/>
          <w:szCs w:val="24"/>
          <w:lang w:val="pl-PL"/>
        </w:rPr>
      </w:pPr>
      <w:r w:rsidRPr="006830FF">
        <w:rPr>
          <w:rFonts w:cstheme="minorHAnsi"/>
          <w:sz w:val="24"/>
          <w:szCs w:val="24"/>
          <w:lang w:val="pl-PL"/>
        </w:rPr>
        <w:t>Organizator w dniach trwania konkursu zapewni wyżywienie w postaci śniadania w dniu konkursu oraz obiadokolacji w dniu odprawy (dzień poprzedzający dzień konkursu)</w:t>
      </w:r>
    </w:p>
    <w:p w14:paraId="30D23C11" w14:textId="77777777" w:rsidR="006830FF" w:rsidRPr="006830FF" w:rsidRDefault="006830FF" w:rsidP="006830FF">
      <w:pPr>
        <w:shd w:val="clear" w:color="auto" w:fill="FFFFFF"/>
        <w:spacing w:after="0"/>
        <w:rPr>
          <w:rFonts w:cstheme="minorHAnsi"/>
          <w:sz w:val="24"/>
          <w:szCs w:val="24"/>
          <w:lang w:val="pl-PL"/>
        </w:rPr>
      </w:pPr>
    </w:p>
    <w:p w14:paraId="0C5731DE" w14:textId="77777777" w:rsidR="00F33700" w:rsidRDefault="006830FF" w:rsidP="006830FF">
      <w:pPr>
        <w:pStyle w:val="Akapitzlist"/>
        <w:numPr>
          <w:ilvl w:val="0"/>
          <w:numId w:val="27"/>
        </w:numPr>
        <w:shd w:val="clear" w:color="auto" w:fill="FFFFFF"/>
        <w:spacing w:after="0"/>
        <w:rPr>
          <w:rFonts w:cstheme="minorHAnsi"/>
          <w:sz w:val="24"/>
          <w:szCs w:val="24"/>
          <w:lang w:val="pl-PL"/>
        </w:rPr>
      </w:pPr>
      <w:r w:rsidRPr="006830FF">
        <w:rPr>
          <w:rFonts w:cstheme="minorHAnsi"/>
          <w:sz w:val="24"/>
          <w:szCs w:val="24"/>
          <w:lang w:val="pl-PL"/>
        </w:rPr>
        <w:t>Organizator wszystkim uczestnikom konkursu zapewni nocleg</w:t>
      </w:r>
      <w:r w:rsidR="00900459">
        <w:rPr>
          <w:rFonts w:cstheme="minorHAnsi"/>
          <w:sz w:val="24"/>
          <w:szCs w:val="24"/>
          <w:lang w:val="pl-PL"/>
        </w:rPr>
        <w:t xml:space="preserve"> – jeden pokój dwuosobowy na każdą </w:t>
      </w:r>
      <w:proofErr w:type="spellStart"/>
      <w:r w:rsidR="00900459">
        <w:rPr>
          <w:rFonts w:cstheme="minorHAnsi"/>
          <w:sz w:val="24"/>
          <w:szCs w:val="24"/>
          <w:lang w:val="pl-PL"/>
        </w:rPr>
        <w:t>druzynę</w:t>
      </w:r>
      <w:proofErr w:type="spellEnd"/>
      <w:r w:rsidR="00F33700">
        <w:rPr>
          <w:rFonts w:cstheme="minorHAnsi"/>
          <w:sz w:val="24"/>
          <w:szCs w:val="24"/>
          <w:lang w:val="pl-PL"/>
        </w:rPr>
        <w:t xml:space="preserve"> + 1 pokój jednoosobowy dla nauczyciela</w:t>
      </w:r>
      <w:r w:rsidRPr="006830FF">
        <w:rPr>
          <w:rFonts w:cstheme="minorHAnsi"/>
          <w:sz w:val="24"/>
          <w:szCs w:val="24"/>
          <w:lang w:val="pl-PL"/>
        </w:rPr>
        <w:t xml:space="preserve"> </w:t>
      </w:r>
    </w:p>
    <w:p w14:paraId="0820D563" w14:textId="77777777" w:rsidR="00F33700" w:rsidRPr="00F33700" w:rsidRDefault="006830FF" w:rsidP="00F33700">
      <w:pPr>
        <w:pStyle w:val="Akapitzlist"/>
        <w:numPr>
          <w:ilvl w:val="1"/>
          <w:numId w:val="37"/>
        </w:numPr>
        <w:shd w:val="clear" w:color="auto" w:fill="FFFFFF"/>
        <w:spacing w:after="0"/>
        <w:rPr>
          <w:rFonts w:cstheme="minorHAnsi"/>
          <w:sz w:val="24"/>
          <w:szCs w:val="24"/>
          <w:lang w:val="pl-PL"/>
        </w:rPr>
      </w:pPr>
      <w:r w:rsidRPr="00F33700">
        <w:rPr>
          <w:rFonts w:cstheme="minorHAnsi"/>
          <w:sz w:val="24"/>
          <w:szCs w:val="24"/>
          <w:lang w:val="pl-PL"/>
        </w:rPr>
        <w:t>marca 2026)</w:t>
      </w:r>
    </w:p>
    <w:p w14:paraId="6EA6F23B" w14:textId="77777777" w:rsidR="00F33700" w:rsidRPr="00F33700" w:rsidRDefault="00F33700" w:rsidP="00F33700">
      <w:pPr>
        <w:shd w:val="clear" w:color="auto" w:fill="FFFFFF"/>
        <w:spacing w:after="0"/>
        <w:rPr>
          <w:rFonts w:cstheme="minorHAnsi"/>
          <w:sz w:val="24"/>
          <w:szCs w:val="24"/>
          <w:lang w:val="pl-PL"/>
        </w:rPr>
      </w:pPr>
      <w:r>
        <w:rPr>
          <w:rFonts w:cstheme="minorHAnsi"/>
          <w:sz w:val="24"/>
          <w:szCs w:val="24"/>
          <w:lang w:val="pl-PL"/>
        </w:rPr>
        <w:t xml:space="preserve"> * </w:t>
      </w:r>
      <w:r w:rsidRPr="00F33700">
        <w:rPr>
          <w:rFonts w:cstheme="minorHAnsi"/>
          <w:sz w:val="24"/>
          <w:szCs w:val="24"/>
          <w:lang w:val="pl-PL"/>
        </w:rPr>
        <w:t xml:space="preserve">Hotel przysługuje </w:t>
      </w:r>
      <w:r>
        <w:rPr>
          <w:rFonts w:cstheme="minorHAnsi"/>
          <w:sz w:val="24"/>
          <w:szCs w:val="24"/>
          <w:lang w:val="pl-PL"/>
        </w:rPr>
        <w:t>ekipom z poza Warszawy i miejscowości oddalonych minimum w promieniu 50km od Warszawy</w:t>
      </w:r>
    </w:p>
    <w:p w14:paraId="15A7B547" w14:textId="77777777" w:rsidR="006830FF" w:rsidRPr="006830FF" w:rsidRDefault="006830FF" w:rsidP="006830FF">
      <w:pPr>
        <w:shd w:val="clear" w:color="auto" w:fill="FFFFFF"/>
        <w:spacing w:after="0"/>
        <w:rPr>
          <w:rFonts w:cstheme="minorHAnsi"/>
          <w:sz w:val="24"/>
          <w:szCs w:val="24"/>
          <w:lang w:val="pl-PL"/>
        </w:rPr>
      </w:pPr>
    </w:p>
    <w:p w14:paraId="5DE21160" w14:textId="77777777" w:rsidR="006830FF" w:rsidRPr="006830FF" w:rsidRDefault="006830FF" w:rsidP="006830FF">
      <w:pPr>
        <w:pStyle w:val="Akapitzlist"/>
        <w:numPr>
          <w:ilvl w:val="0"/>
          <w:numId w:val="27"/>
        </w:numPr>
        <w:shd w:val="clear" w:color="auto" w:fill="FFFFFF"/>
        <w:spacing w:after="0"/>
        <w:rPr>
          <w:rFonts w:cstheme="minorHAnsi"/>
          <w:sz w:val="24"/>
          <w:szCs w:val="24"/>
          <w:lang w:val="pl-PL"/>
        </w:rPr>
      </w:pPr>
      <w:r w:rsidRPr="006830FF">
        <w:rPr>
          <w:rFonts w:cstheme="minorHAnsi"/>
          <w:sz w:val="24"/>
          <w:szCs w:val="24"/>
          <w:lang w:val="pl-PL"/>
        </w:rPr>
        <w:t xml:space="preserve">Wyniki konkursu zostaną zamieszczone w mediach społecznościowych i do informacji publicznej </w:t>
      </w:r>
    </w:p>
    <w:p w14:paraId="44C16CA3" w14:textId="77777777" w:rsidR="006830FF" w:rsidRPr="006830FF" w:rsidRDefault="006830FF" w:rsidP="006830FF">
      <w:pPr>
        <w:shd w:val="clear" w:color="auto" w:fill="FFFFFF"/>
        <w:spacing w:after="0"/>
        <w:rPr>
          <w:rFonts w:cstheme="minorHAnsi"/>
          <w:sz w:val="24"/>
          <w:szCs w:val="24"/>
          <w:lang w:val="pl-PL"/>
        </w:rPr>
      </w:pPr>
    </w:p>
    <w:p w14:paraId="4B717E1C" w14:textId="77777777" w:rsidR="00FB4546" w:rsidRPr="00663858" w:rsidRDefault="006830FF" w:rsidP="00663858">
      <w:pPr>
        <w:pStyle w:val="Akapitzlist"/>
        <w:numPr>
          <w:ilvl w:val="0"/>
          <w:numId w:val="27"/>
        </w:numPr>
        <w:shd w:val="clear" w:color="auto" w:fill="FFFFFF"/>
        <w:spacing w:after="0"/>
        <w:rPr>
          <w:rFonts w:cstheme="minorHAnsi"/>
          <w:sz w:val="24"/>
          <w:szCs w:val="24"/>
          <w:lang w:val="pl-PL"/>
        </w:rPr>
      </w:pPr>
      <w:r w:rsidRPr="006830FF">
        <w:rPr>
          <w:rFonts w:cstheme="minorHAnsi"/>
          <w:sz w:val="24"/>
          <w:szCs w:val="24"/>
          <w:lang w:val="pl-PL"/>
        </w:rPr>
        <w:t>Organizator konkursu zastrzega sobie prawo do publikacji danych osobowych uczestników, nazw dań, receptur oraz zdjęć jak i filmów poprzez wykorzystanie wizerunków uczestników</w:t>
      </w:r>
    </w:p>
    <w:p w14:paraId="5BFFCA4B" w14:textId="77777777" w:rsidR="006830FF" w:rsidRPr="006830FF" w:rsidRDefault="006830FF" w:rsidP="006830FF">
      <w:pPr>
        <w:pBdr>
          <w:top w:val="nil"/>
          <w:left w:val="nil"/>
          <w:bottom w:val="nil"/>
          <w:right w:val="nil"/>
          <w:between w:val="nil"/>
        </w:pBdr>
        <w:shd w:val="clear" w:color="auto" w:fill="FFFFFF"/>
        <w:spacing w:after="0"/>
        <w:ind w:left="567" w:hanging="510"/>
        <w:rPr>
          <w:rFonts w:cstheme="minorHAnsi"/>
          <w:sz w:val="24"/>
          <w:szCs w:val="24"/>
          <w:lang w:val="pl-PL"/>
        </w:rPr>
      </w:pPr>
    </w:p>
    <w:p w14:paraId="7F007C14" w14:textId="77777777" w:rsidR="006830FF" w:rsidRPr="006830FF" w:rsidRDefault="006830FF" w:rsidP="006830FF">
      <w:pPr>
        <w:pStyle w:val="Akapitzlist"/>
        <w:numPr>
          <w:ilvl w:val="0"/>
          <w:numId w:val="30"/>
        </w:numPr>
        <w:pBdr>
          <w:top w:val="nil"/>
          <w:left w:val="nil"/>
          <w:bottom w:val="nil"/>
          <w:right w:val="nil"/>
          <w:between w:val="nil"/>
        </w:pBdr>
        <w:shd w:val="clear" w:color="auto" w:fill="FFFFFF"/>
        <w:spacing w:after="0"/>
        <w:rPr>
          <w:rFonts w:cstheme="minorHAnsi"/>
          <w:sz w:val="24"/>
          <w:szCs w:val="24"/>
          <w:lang w:val="pl-PL"/>
        </w:rPr>
      </w:pPr>
      <w:r w:rsidRPr="006830FF">
        <w:rPr>
          <w:rFonts w:cstheme="minorHAnsi"/>
          <w:sz w:val="24"/>
          <w:szCs w:val="24"/>
          <w:lang w:val="pl-PL"/>
        </w:rPr>
        <w:t xml:space="preserve">Organizator zastrzega sobie prawo do zdyskwalifikowania uczestnika konkursu lub całego </w:t>
      </w:r>
      <w:proofErr w:type="gramStart"/>
      <w:r w:rsidRPr="006830FF">
        <w:rPr>
          <w:rFonts w:cstheme="minorHAnsi"/>
          <w:sz w:val="24"/>
          <w:szCs w:val="24"/>
          <w:lang w:val="pl-PL"/>
        </w:rPr>
        <w:t>zespołu</w:t>
      </w:r>
      <w:proofErr w:type="gramEnd"/>
      <w:r w:rsidRPr="006830FF">
        <w:rPr>
          <w:rFonts w:cstheme="minorHAnsi"/>
          <w:sz w:val="24"/>
          <w:szCs w:val="24"/>
          <w:lang w:val="pl-PL"/>
        </w:rPr>
        <w:t xml:space="preserve"> gdy:</w:t>
      </w:r>
    </w:p>
    <w:p w14:paraId="50A50D7E" w14:textId="77777777" w:rsidR="006830FF" w:rsidRPr="006830FF" w:rsidRDefault="006830FF" w:rsidP="006830FF">
      <w:pPr>
        <w:pBdr>
          <w:top w:val="nil"/>
          <w:left w:val="nil"/>
          <w:bottom w:val="nil"/>
          <w:right w:val="nil"/>
          <w:between w:val="nil"/>
        </w:pBdr>
        <w:shd w:val="clear" w:color="auto" w:fill="FFFFFF"/>
        <w:spacing w:after="0"/>
        <w:ind w:left="567" w:hanging="510"/>
        <w:rPr>
          <w:rFonts w:cstheme="minorHAnsi"/>
          <w:sz w:val="24"/>
          <w:szCs w:val="24"/>
          <w:lang w:val="pl-PL"/>
        </w:rPr>
      </w:pPr>
      <w:r>
        <w:rPr>
          <w:rFonts w:cstheme="minorHAnsi"/>
          <w:sz w:val="24"/>
          <w:szCs w:val="24"/>
          <w:lang w:val="pl-PL"/>
        </w:rPr>
        <w:t xml:space="preserve">        </w:t>
      </w:r>
      <w:r w:rsidRPr="006830FF">
        <w:rPr>
          <w:rFonts w:cstheme="minorHAnsi"/>
          <w:sz w:val="24"/>
          <w:szCs w:val="24"/>
          <w:lang w:val="pl-PL"/>
        </w:rPr>
        <w:t xml:space="preserve">- </w:t>
      </w:r>
      <w:proofErr w:type="gramStart"/>
      <w:r w:rsidRPr="006830FF">
        <w:rPr>
          <w:rFonts w:cstheme="minorHAnsi"/>
          <w:sz w:val="24"/>
          <w:szCs w:val="24"/>
          <w:lang w:val="pl-PL"/>
        </w:rPr>
        <w:t>uczestnik  jest</w:t>
      </w:r>
      <w:proofErr w:type="gramEnd"/>
      <w:r w:rsidRPr="006830FF">
        <w:rPr>
          <w:rFonts w:cstheme="minorHAnsi"/>
          <w:sz w:val="24"/>
          <w:szCs w:val="24"/>
          <w:lang w:val="pl-PL"/>
        </w:rPr>
        <w:t xml:space="preserve"> pod wpływem alkoholu lub środków odurzających </w:t>
      </w:r>
    </w:p>
    <w:p w14:paraId="670368EC" w14:textId="77777777" w:rsidR="006830FF" w:rsidRPr="006830FF" w:rsidRDefault="006830FF" w:rsidP="006830FF">
      <w:pPr>
        <w:pBdr>
          <w:top w:val="nil"/>
          <w:left w:val="nil"/>
          <w:bottom w:val="nil"/>
          <w:right w:val="nil"/>
          <w:between w:val="nil"/>
        </w:pBdr>
        <w:shd w:val="clear" w:color="auto" w:fill="FFFFFF"/>
        <w:spacing w:after="0"/>
        <w:ind w:left="567" w:hanging="510"/>
        <w:rPr>
          <w:rFonts w:cstheme="minorHAnsi"/>
          <w:sz w:val="24"/>
          <w:szCs w:val="24"/>
          <w:lang w:val="pl-PL"/>
        </w:rPr>
      </w:pPr>
      <w:r>
        <w:rPr>
          <w:rFonts w:cstheme="minorHAnsi"/>
          <w:sz w:val="24"/>
          <w:szCs w:val="24"/>
          <w:lang w:val="pl-PL"/>
        </w:rPr>
        <w:t xml:space="preserve">        </w:t>
      </w:r>
      <w:r w:rsidRPr="006830FF">
        <w:rPr>
          <w:rFonts w:cstheme="minorHAnsi"/>
          <w:sz w:val="24"/>
          <w:szCs w:val="24"/>
          <w:lang w:val="pl-PL"/>
        </w:rPr>
        <w:t xml:space="preserve">- którykolwiek z uczestników konkursu naruszy regulamin </w:t>
      </w:r>
    </w:p>
    <w:p w14:paraId="08DD10E3" w14:textId="77777777" w:rsidR="006830FF" w:rsidRPr="006830FF" w:rsidRDefault="006830FF" w:rsidP="00663858">
      <w:pPr>
        <w:pBdr>
          <w:top w:val="nil"/>
          <w:left w:val="nil"/>
          <w:bottom w:val="nil"/>
          <w:right w:val="nil"/>
          <w:between w:val="nil"/>
        </w:pBdr>
        <w:shd w:val="clear" w:color="auto" w:fill="FFFFFF"/>
        <w:spacing w:after="0"/>
        <w:rPr>
          <w:rFonts w:cstheme="minorHAnsi"/>
          <w:sz w:val="24"/>
          <w:szCs w:val="24"/>
          <w:lang w:val="pl-PL"/>
        </w:rPr>
      </w:pPr>
    </w:p>
    <w:p w14:paraId="23DD7E34" w14:textId="77777777" w:rsidR="006830FF" w:rsidRPr="006830FF" w:rsidRDefault="006830FF" w:rsidP="006830FF">
      <w:pPr>
        <w:pStyle w:val="Akapitzlist"/>
        <w:numPr>
          <w:ilvl w:val="0"/>
          <w:numId w:val="30"/>
        </w:numPr>
        <w:pBdr>
          <w:top w:val="nil"/>
          <w:left w:val="nil"/>
          <w:bottom w:val="nil"/>
          <w:right w:val="nil"/>
          <w:between w:val="nil"/>
        </w:pBdr>
        <w:shd w:val="clear" w:color="auto" w:fill="FFFFFF"/>
        <w:spacing w:after="0"/>
        <w:rPr>
          <w:rFonts w:cstheme="minorHAnsi"/>
          <w:sz w:val="24"/>
          <w:szCs w:val="24"/>
          <w:lang w:val="pl-PL"/>
        </w:rPr>
      </w:pPr>
      <w:r w:rsidRPr="006830FF">
        <w:rPr>
          <w:rFonts w:cstheme="minorHAnsi"/>
          <w:sz w:val="24"/>
          <w:szCs w:val="24"/>
          <w:lang w:val="pl-PL"/>
        </w:rPr>
        <w:t xml:space="preserve">Organizator zastrzega sobie prawo do zmiany terminu i lokalizacji konkursu bez podania przyczyny </w:t>
      </w:r>
    </w:p>
    <w:p w14:paraId="033F4B0A" w14:textId="77777777" w:rsidR="00900459" w:rsidRPr="006830FF" w:rsidRDefault="00900459" w:rsidP="00900459">
      <w:pPr>
        <w:pBdr>
          <w:top w:val="nil"/>
          <w:left w:val="nil"/>
          <w:bottom w:val="nil"/>
          <w:right w:val="nil"/>
          <w:between w:val="nil"/>
        </w:pBdr>
        <w:shd w:val="clear" w:color="auto" w:fill="FFFFFF"/>
        <w:spacing w:after="0"/>
        <w:rPr>
          <w:rFonts w:cstheme="minorHAnsi"/>
          <w:sz w:val="24"/>
          <w:szCs w:val="24"/>
          <w:lang w:val="pl-PL"/>
        </w:rPr>
      </w:pPr>
    </w:p>
    <w:p w14:paraId="2E2E7050" w14:textId="77777777" w:rsidR="00900459" w:rsidRPr="00F33700" w:rsidRDefault="006830FF" w:rsidP="00900459">
      <w:pPr>
        <w:pStyle w:val="Akapitzlist"/>
        <w:numPr>
          <w:ilvl w:val="0"/>
          <w:numId w:val="30"/>
        </w:numPr>
        <w:pBdr>
          <w:top w:val="nil"/>
          <w:left w:val="nil"/>
          <w:bottom w:val="nil"/>
          <w:right w:val="nil"/>
          <w:between w:val="nil"/>
        </w:pBdr>
        <w:shd w:val="clear" w:color="auto" w:fill="FFFFFF"/>
        <w:spacing w:after="0"/>
        <w:rPr>
          <w:rFonts w:cstheme="minorHAnsi"/>
          <w:sz w:val="24"/>
          <w:szCs w:val="24"/>
          <w:lang w:val="pl-PL"/>
        </w:rPr>
      </w:pPr>
      <w:r w:rsidRPr="006830FF">
        <w:rPr>
          <w:rFonts w:cstheme="minorHAnsi"/>
          <w:sz w:val="24"/>
          <w:szCs w:val="24"/>
          <w:lang w:val="pl-PL"/>
        </w:rPr>
        <w:lastRenderedPageBreak/>
        <w:t xml:space="preserve">Organizator zastrzega sobie prawo do zmiany regulaminu po wcześniejszym poinformowaniu uczestników i członków jury </w:t>
      </w:r>
      <w:r w:rsidR="00127E04" w:rsidRPr="00127E04">
        <w:rPr>
          <w:color w:val="000000"/>
          <w:sz w:val="24"/>
          <w:szCs w:val="24"/>
          <w:lang w:val="pl-PL"/>
        </w:rPr>
        <w:t xml:space="preserve">(informacja publikowana na stronie internetowej </w:t>
      </w:r>
      <w:proofErr w:type="spellStart"/>
      <w:r w:rsidR="00127E04" w:rsidRPr="00127E04">
        <w:rPr>
          <w:color w:val="000000"/>
          <w:sz w:val="24"/>
          <w:szCs w:val="24"/>
          <w:lang w:val="pl-PL"/>
        </w:rPr>
        <w:t>OSSKiC</w:t>
      </w:r>
      <w:proofErr w:type="spellEnd"/>
      <w:r w:rsidR="00127E04" w:rsidRPr="00127E04">
        <w:rPr>
          <w:color w:val="000000"/>
          <w:sz w:val="24"/>
          <w:szCs w:val="24"/>
          <w:lang w:val="pl-PL"/>
        </w:rPr>
        <w:t>)</w:t>
      </w:r>
    </w:p>
    <w:p w14:paraId="469770F3" w14:textId="77777777" w:rsidR="00F33700" w:rsidRPr="00F33700" w:rsidRDefault="00F33700" w:rsidP="00F33700">
      <w:pPr>
        <w:pStyle w:val="Akapitzlist"/>
        <w:rPr>
          <w:rFonts w:cstheme="minorHAnsi"/>
          <w:sz w:val="24"/>
          <w:szCs w:val="24"/>
          <w:lang w:val="pl-PL"/>
        </w:rPr>
      </w:pPr>
    </w:p>
    <w:p w14:paraId="3AD4FA7C" w14:textId="77777777" w:rsidR="00F33700" w:rsidRPr="00900459" w:rsidRDefault="00F33700" w:rsidP="00F33700">
      <w:pPr>
        <w:pStyle w:val="Akapitzlist"/>
        <w:pBdr>
          <w:top w:val="nil"/>
          <w:left w:val="nil"/>
          <w:bottom w:val="nil"/>
          <w:right w:val="nil"/>
          <w:between w:val="nil"/>
        </w:pBdr>
        <w:shd w:val="clear" w:color="auto" w:fill="FFFFFF"/>
        <w:spacing w:after="0"/>
        <w:ind w:left="502"/>
        <w:rPr>
          <w:rFonts w:cstheme="minorHAnsi"/>
          <w:sz w:val="24"/>
          <w:szCs w:val="24"/>
          <w:lang w:val="pl-PL"/>
        </w:rPr>
      </w:pPr>
    </w:p>
    <w:p w14:paraId="179A4995" w14:textId="77777777" w:rsidR="006830FF" w:rsidRDefault="006830FF" w:rsidP="006830FF">
      <w:pPr>
        <w:pStyle w:val="Akapitzlist"/>
        <w:numPr>
          <w:ilvl w:val="0"/>
          <w:numId w:val="30"/>
        </w:numPr>
        <w:pBdr>
          <w:top w:val="nil"/>
          <w:left w:val="nil"/>
          <w:bottom w:val="nil"/>
          <w:right w:val="nil"/>
          <w:between w:val="nil"/>
        </w:pBdr>
        <w:shd w:val="clear" w:color="auto" w:fill="FFFFFF"/>
        <w:spacing w:after="0"/>
        <w:rPr>
          <w:rFonts w:cstheme="minorHAnsi"/>
          <w:sz w:val="24"/>
          <w:szCs w:val="24"/>
          <w:lang w:val="pl-PL"/>
        </w:rPr>
      </w:pPr>
      <w:r w:rsidRPr="006830FF">
        <w:rPr>
          <w:rFonts w:cstheme="minorHAnsi"/>
          <w:sz w:val="24"/>
          <w:szCs w:val="24"/>
          <w:lang w:val="pl-PL"/>
        </w:rPr>
        <w:t xml:space="preserve">Organizator zastrzega sobie prawo do odwołania konkursu bez podania przyczyny </w:t>
      </w:r>
    </w:p>
    <w:p w14:paraId="15058723" w14:textId="77777777" w:rsidR="00F33700" w:rsidRDefault="00F33700" w:rsidP="00F33700">
      <w:pPr>
        <w:pBdr>
          <w:top w:val="nil"/>
          <w:left w:val="nil"/>
          <w:bottom w:val="nil"/>
          <w:right w:val="nil"/>
          <w:between w:val="nil"/>
        </w:pBdr>
        <w:shd w:val="clear" w:color="auto" w:fill="FFFFFF"/>
        <w:spacing w:after="0"/>
        <w:rPr>
          <w:rFonts w:cstheme="minorHAnsi"/>
          <w:sz w:val="24"/>
          <w:szCs w:val="24"/>
          <w:lang w:val="pl-PL"/>
        </w:rPr>
      </w:pPr>
    </w:p>
    <w:p w14:paraId="101E116D" w14:textId="77777777" w:rsidR="00F33700" w:rsidRPr="00F33700" w:rsidRDefault="00F33700" w:rsidP="00F33700">
      <w:pPr>
        <w:pBdr>
          <w:top w:val="nil"/>
          <w:left w:val="nil"/>
          <w:bottom w:val="nil"/>
          <w:right w:val="nil"/>
          <w:between w:val="nil"/>
        </w:pBdr>
        <w:shd w:val="clear" w:color="auto" w:fill="FFFFFF"/>
        <w:spacing w:after="0"/>
        <w:rPr>
          <w:rFonts w:cstheme="minorHAnsi"/>
          <w:sz w:val="24"/>
          <w:szCs w:val="24"/>
          <w:lang w:val="pl-PL"/>
        </w:rPr>
      </w:pPr>
    </w:p>
    <w:p w14:paraId="6C8F2F8D" w14:textId="77777777" w:rsidR="003D3961" w:rsidRPr="003109FD" w:rsidRDefault="003D3961" w:rsidP="003109FD">
      <w:pPr>
        <w:pStyle w:val="Akapitzlist"/>
        <w:ind w:left="502"/>
        <w:rPr>
          <w:b/>
          <w:bCs/>
          <w:lang w:val="pl-PL"/>
        </w:rPr>
      </w:pPr>
    </w:p>
    <w:p w14:paraId="4C2033D3" w14:textId="77777777" w:rsidR="00127E04" w:rsidRPr="003268A6" w:rsidRDefault="00663858" w:rsidP="008F48D5">
      <w:pPr>
        <w:pStyle w:val="NormalnyWeb"/>
        <w:jc w:val="center"/>
        <w:rPr>
          <w:rFonts w:asciiTheme="minorHAnsi" w:hAnsiTheme="minorHAnsi"/>
          <w:b/>
          <w:bCs/>
          <w:color w:val="000000"/>
          <w:sz w:val="22"/>
          <w:szCs w:val="22"/>
        </w:rPr>
      </w:pPr>
      <w:r w:rsidRPr="003268A6">
        <w:rPr>
          <w:rFonts w:asciiTheme="minorHAnsi" w:hAnsiTheme="minorHAnsi"/>
          <w:b/>
          <w:bCs/>
          <w:color w:val="000000"/>
          <w:sz w:val="22"/>
          <w:szCs w:val="22"/>
        </w:rPr>
        <w:t>§ 7. OCHRONA DANYCH OSOBOWYCH (RODO)</w:t>
      </w:r>
    </w:p>
    <w:p w14:paraId="0A710C62" w14:textId="77777777" w:rsidR="00127E04" w:rsidRPr="00127E04" w:rsidRDefault="00663858" w:rsidP="00127E04">
      <w:pPr>
        <w:pStyle w:val="NormalnyWeb"/>
        <w:numPr>
          <w:ilvl w:val="0"/>
          <w:numId w:val="31"/>
        </w:numPr>
        <w:rPr>
          <w:rFonts w:asciiTheme="minorHAnsi" w:hAnsiTheme="minorHAnsi"/>
          <w:color w:val="000000"/>
        </w:rPr>
      </w:pPr>
      <w:r w:rsidRPr="003268A6">
        <w:rPr>
          <w:rFonts w:asciiTheme="minorHAnsi" w:hAnsiTheme="minorHAnsi"/>
          <w:color w:val="000000"/>
        </w:rPr>
        <w:t xml:space="preserve">Administratorem danych osobowych uczestników konkursu jest Ogólnopolskie Stowarzyszenie Szefów Kuchni i Cukierni z siedzibą w </w:t>
      </w:r>
      <w:r w:rsidR="00900459">
        <w:rPr>
          <w:rFonts w:asciiTheme="minorHAnsi" w:hAnsiTheme="minorHAnsi"/>
          <w:color w:val="000000"/>
        </w:rPr>
        <w:t>Warszawie</w:t>
      </w:r>
      <w:r w:rsidRPr="003268A6">
        <w:rPr>
          <w:rFonts w:asciiTheme="minorHAnsi" w:hAnsiTheme="minorHAnsi"/>
          <w:color w:val="000000"/>
        </w:rPr>
        <w:t>.</w:t>
      </w:r>
    </w:p>
    <w:p w14:paraId="2DF4C034" w14:textId="77777777" w:rsidR="00900459" w:rsidRDefault="00663858" w:rsidP="00127E04">
      <w:pPr>
        <w:pStyle w:val="NormalnyWeb"/>
        <w:numPr>
          <w:ilvl w:val="0"/>
          <w:numId w:val="31"/>
        </w:numPr>
        <w:rPr>
          <w:rFonts w:asciiTheme="minorHAnsi" w:hAnsiTheme="minorHAnsi"/>
          <w:color w:val="000000"/>
        </w:rPr>
      </w:pPr>
      <w:r w:rsidRPr="003268A6">
        <w:rPr>
          <w:rFonts w:asciiTheme="minorHAnsi" w:hAnsiTheme="minorHAnsi"/>
          <w:color w:val="000000"/>
        </w:rPr>
        <w:t xml:space="preserve">Dane osobowe uczestników będą przetwarzane w celu: </w:t>
      </w:r>
    </w:p>
    <w:p w14:paraId="217E5200" w14:textId="77777777" w:rsidR="00900459" w:rsidRDefault="00663858" w:rsidP="00900459">
      <w:pPr>
        <w:pStyle w:val="NormalnyWeb"/>
        <w:ind w:left="502"/>
        <w:rPr>
          <w:rFonts w:asciiTheme="minorHAnsi" w:hAnsiTheme="minorHAnsi"/>
          <w:color w:val="000000"/>
        </w:rPr>
      </w:pPr>
      <w:r w:rsidRPr="003268A6">
        <w:rPr>
          <w:rFonts w:asciiTheme="minorHAnsi" w:hAnsiTheme="minorHAnsi"/>
          <w:color w:val="000000"/>
        </w:rPr>
        <w:t xml:space="preserve">a) organizacji i przeprowadzenia konkursu, </w:t>
      </w:r>
    </w:p>
    <w:p w14:paraId="061C8BF1" w14:textId="77777777" w:rsidR="00900459" w:rsidRDefault="00663858" w:rsidP="00900459">
      <w:pPr>
        <w:pStyle w:val="NormalnyWeb"/>
        <w:ind w:left="502"/>
        <w:rPr>
          <w:rFonts w:asciiTheme="minorHAnsi" w:hAnsiTheme="minorHAnsi"/>
          <w:color w:val="000000"/>
        </w:rPr>
      </w:pPr>
      <w:r w:rsidRPr="003268A6">
        <w:rPr>
          <w:rFonts w:asciiTheme="minorHAnsi" w:hAnsiTheme="minorHAnsi"/>
          <w:color w:val="000000"/>
        </w:rPr>
        <w:t xml:space="preserve">b) wyłonienia laureatów, </w:t>
      </w:r>
    </w:p>
    <w:p w14:paraId="10314A09" w14:textId="77777777" w:rsidR="00900459" w:rsidRDefault="00663858" w:rsidP="00900459">
      <w:pPr>
        <w:pStyle w:val="NormalnyWeb"/>
        <w:ind w:left="502"/>
        <w:rPr>
          <w:rFonts w:asciiTheme="minorHAnsi" w:hAnsiTheme="minorHAnsi"/>
          <w:color w:val="000000"/>
        </w:rPr>
      </w:pPr>
      <w:r w:rsidRPr="003268A6">
        <w:rPr>
          <w:rFonts w:asciiTheme="minorHAnsi" w:hAnsiTheme="minorHAnsi"/>
          <w:color w:val="000000"/>
        </w:rPr>
        <w:t xml:space="preserve">c) publikacji wyników konkursu, </w:t>
      </w:r>
    </w:p>
    <w:p w14:paraId="4DF1F88F" w14:textId="77777777" w:rsidR="00900459" w:rsidRDefault="00663858" w:rsidP="00900459">
      <w:pPr>
        <w:pStyle w:val="NormalnyWeb"/>
        <w:ind w:left="502"/>
        <w:rPr>
          <w:rFonts w:asciiTheme="minorHAnsi" w:hAnsiTheme="minorHAnsi"/>
          <w:color w:val="000000"/>
        </w:rPr>
      </w:pPr>
      <w:r w:rsidRPr="003268A6">
        <w:rPr>
          <w:rFonts w:asciiTheme="minorHAnsi" w:hAnsiTheme="minorHAnsi"/>
          <w:color w:val="000000"/>
        </w:rPr>
        <w:t xml:space="preserve">d) realizacji obowiązków informacyjnych i archiwizacyjnych, </w:t>
      </w:r>
    </w:p>
    <w:p w14:paraId="56D9761E" w14:textId="77777777" w:rsidR="00127E04" w:rsidRPr="00127E04" w:rsidRDefault="00663858" w:rsidP="00900459">
      <w:pPr>
        <w:pStyle w:val="NormalnyWeb"/>
        <w:ind w:left="502"/>
        <w:rPr>
          <w:rFonts w:asciiTheme="minorHAnsi" w:hAnsiTheme="minorHAnsi"/>
          <w:color w:val="000000"/>
        </w:rPr>
      </w:pPr>
      <w:r w:rsidRPr="003268A6">
        <w:rPr>
          <w:rFonts w:asciiTheme="minorHAnsi" w:hAnsiTheme="minorHAnsi"/>
          <w:color w:val="000000"/>
        </w:rPr>
        <w:t>e) działań promocyjnych i marketingowych związanych z konkursem.</w:t>
      </w:r>
    </w:p>
    <w:p w14:paraId="6F953383" w14:textId="77777777" w:rsidR="00900459" w:rsidRDefault="00663858" w:rsidP="00127E04">
      <w:pPr>
        <w:pStyle w:val="NormalnyWeb"/>
        <w:numPr>
          <w:ilvl w:val="0"/>
          <w:numId w:val="31"/>
        </w:numPr>
        <w:rPr>
          <w:rFonts w:asciiTheme="minorHAnsi" w:hAnsiTheme="minorHAnsi"/>
          <w:color w:val="000000"/>
        </w:rPr>
      </w:pPr>
      <w:r w:rsidRPr="003268A6">
        <w:rPr>
          <w:rFonts w:asciiTheme="minorHAnsi" w:hAnsiTheme="minorHAnsi"/>
          <w:color w:val="000000"/>
        </w:rPr>
        <w:t xml:space="preserve">Podstawą prawną przetwarzania danych osobowych jest: </w:t>
      </w:r>
    </w:p>
    <w:p w14:paraId="49E627E5" w14:textId="77777777" w:rsidR="00900459" w:rsidRDefault="00663858" w:rsidP="00900459">
      <w:pPr>
        <w:pStyle w:val="NormalnyWeb"/>
        <w:ind w:left="502"/>
        <w:rPr>
          <w:rFonts w:asciiTheme="minorHAnsi" w:hAnsiTheme="minorHAnsi"/>
          <w:color w:val="000000"/>
        </w:rPr>
      </w:pPr>
      <w:r w:rsidRPr="003268A6">
        <w:rPr>
          <w:rFonts w:asciiTheme="minorHAnsi" w:hAnsiTheme="minorHAnsi"/>
          <w:color w:val="000000"/>
        </w:rPr>
        <w:t xml:space="preserve">a) zgoda uczestnika (art. 6 ust. 1 lit. a RODO), </w:t>
      </w:r>
    </w:p>
    <w:p w14:paraId="1D95470C" w14:textId="77777777" w:rsidR="00900459" w:rsidRDefault="00663858" w:rsidP="00900459">
      <w:pPr>
        <w:pStyle w:val="NormalnyWeb"/>
        <w:ind w:left="502"/>
        <w:rPr>
          <w:rFonts w:asciiTheme="minorHAnsi" w:hAnsiTheme="minorHAnsi"/>
          <w:color w:val="000000"/>
        </w:rPr>
      </w:pPr>
      <w:r w:rsidRPr="003268A6">
        <w:rPr>
          <w:rFonts w:asciiTheme="minorHAnsi" w:hAnsiTheme="minorHAnsi"/>
          <w:color w:val="000000"/>
        </w:rPr>
        <w:t xml:space="preserve">b) niezbędność do wykonania umowy lub działań podjętych przed jej zawarciem (art. 6 ust. 1 lit. b RODO), </w:t>
      </w:r>
    </w:p>
    <w:p w14:paraId="02D35C73" w14:textId="77777777" w:rsidR="00127E04" w:rsidRPr="00127E04" w:rsidRDefault="00663858" w:rsidP="00900459">
      <w:pPr>
        <w:pStyle w:val="NormalnyWeb"/>
        <w:ind w:left="502"/>
        <w:rPr>
          <w:rFonts w:asciiTheme="minorHAnsi" w:hAnsiTheme="minorHAnsi"/>
          <w:color w:val="000000"/>
        </w:rPr>
      </w:pPr>
      <w:r w:rsidRPr="003268A6">
        <w:rPr>
          <w:rFonts w:asciiTheme="minorHAnsi" w:hAnsiTheme="minorHAnsi"/>
          <w:color w:val="000000"/>
        </w:rPr>
        <w:t>c) prawnie uzasadniony interes administratora (art. 6 ust. 1 lit. f RODO).</w:t>
      </w:r>
    </w:p>
    <w:p w14:paraId="018E4707" w14:textId="77777777" w:rsidR="00127E04" w:rsidRPr="00900459" w:rsidRDefault="00663858" w:rsidP="00900459">
      <w:pPr>
        <w:pStyle w:val="NormalnyWeb"/>
        <w:numPr>
          <w:ilvl w:val="0"/>
          <w:numId w:val="31"/>
        </w:numPr>
        <w:rPr>
          <w:rFonts w:asciiTheme="minorHAnsi" w:hAnsiTheme="minorHAnsi"/>
          <w:color w:val="000000"/>
        </w:rPr>
      </w:pPr>
      <w:r w:rsidRPr="003268A6">
        <w:rPr>
          <w:rFonts w:asciiTheme="minorHAnsi" w:hAnsiTheme="minorHAnsi"/>
          <w:color w:val="000000"/>
        </w:rPr>
        <w:t>Dane osobowe mogą być udostępniane podmiotom współpracującym z Organizatorem wyłącznie w zakresie niezbędnym do realizacji konkursu.</w:t>
      </w:r>
    </w:p>
    <w:p w14:paraId="4A478135" w14:textId="77777777" w:rsidR="00127E04" w:rsidRDefault="00663858" w:rsidP="00900459">
      <w:pPr>
        <w:pStyle w:val="NormalnyWeb"/>
        <w:numPr>
          <w:ilvl w:val="0"/>
          <w:numId w:val="31"/>
        </w:numPr>
        <w:spacing w:after="0" w:afterAutospacing="0"/>
        <w:rPr>
          <w:rFonts w:asciiTheme="minorHAnsi" w:hAnsiTheme="minorHAnsi"/>
          <w:color w:val="000000"/>
        </w:rPr>
      </w:pPr>
      <w:r w:rsidRPr="003268A6">
        <w:rPr>
          <w:rFonts w:asciiTheme="minorHAnsi" w:hAnsiTheme="minorHAnsi"/>
          <w:color w:val="000000"/>
        </w:rPr>
        <w:t>Dane osobowe będą przechowywane przez okres niezbędny do realizacji konkursu oraz po jego zakończeniu przez czas wymagany przepisami prawa lub do momentu cofnięcia zgody.</w:t>
      </w:r>
    </w:p>
    <w:p w14:paraId="3434986E" w14:textId="77777777" w:rsidR="00F33700" w:rsidRDefault="00F33700" w:rsidP="00F33700">
      <w:pPr>
        <w:pStyle w:val="NormalnyWeb"/>
        <w:spacing w:after="0" w:afterAutospacing="0"/>
        <w:rPr>
          <w:rFonts w:asciiTheme="minorHAnsi" w:hAnsiTheme="minorHAnsi"/>
          <w:color w:val="000000"/>
        </w:rPr>
      </w:pPr>
    </w:p>
    <w:p w14:paraId="60C873F3" w14:textId="77777777" w:rsidR="00F33700" w:rsidRDefault="00F33700" w:rsidP="00F33700">
      <w:pPr>
        <w:pStyle w:val="NormalnyWeb"/>
        <w:spacing w:after="0" w:afterAutospacing="0"/>
        <w:rPr>
          <w:rFonts w:asciiTheme="minorHAnsi" w:hAnsiTheme="minorHAnsi"/>
          <w:color w:val="000000"/>
        </w:rPr>
      </w:pPr>
    </w:p>
    <w:p w14:paraId="05150FC4" w14:textId="77777777" w:rsidR="00F33700" w:rsidRPr="00900459" w:rsidRDefault="00F33700" w:rsidP="00F33700">
      <w:pPr>
        <w:pStyle w:val="NormalnyWeb"/>
        <w:spacing w:after="0" w:afterAutospacing="0"/>
        <w:rPr>
          <w:rFonts w:asciiTheme="minorHAnsi" w:hAnsiTheme="minorHAnsi"/>
          <w:color w:val="000000"/>
        </w:rPr>
      </w:pPr>
    </w:p>
    <w:p w14:paraId="140A878E" w14:textId="77777777" w:rsidR="00900459" w:rsidRDefault="00663858" w:rsidP="00900459">
      <w:pPr>
        <w:pStyle w:val="NormalnyWeb"/>
        <w:numPr>
          <w:ilvl w:val="0"/>
          <w:numId w:val="31"/>
        </w:numPr>
        <w:rPr>
          <w:rFonts w:asciiTheme="minorHAnsi" w:hAnsiTheme="minorHAnsi"/>
          <w:color w:val="000000"/>
        </w:rPr>
      </w:pPr>
      <w:r w:rsidRPr="003268A6">
        <w:rPr>
          <w:rFonts w:asciiTheme="minorHAnsi" w:hAnsiTheme="minorHAnsi"/>
          <w:color w:val="000000"/>
        </w:rPr>
        <w:t xml:space="preserve">Uczestnikowi przysługuje prawo do: </w:t>
      </w:r>
    </w:p>
    <w:p w14:paraId="72FF12A6" w14:textId="77777777" w:rsidR="00900459" w:rsidRDefault="00663858" w:rsidP="00900459">
      <w:pPr>
        <w:pStyle w:val="NormalnyWeb"/>
        <w:ind w:left="502"/>
        <w:rPr>
          <w:rFonts w:asciiTheme="minorHAnsi" w:hAnsiTheme="minorHAnsi"/>
          <w:color w:val="000000"/>
        </w:rPr>
      </w:pPr>
      <w:r w:rsidRPr="003268A6">
        <w:rPr>
          <w:rFonts w:asciiTheme="minorHAnsi" w:hAnsiTheme="minorHAnsi"/>
          <w:color w:val="000000"/>
        </w:rPr>
        <w:t xml:space="preserve">a) dostępu do swoich danych, </w:t>
      </w:r>
    </w:p>
    <w:p w14:paraId="3E7B4FC2" w14:textId="77777777" w:rsidR="00900459" w:rsidRDefault="00663858" w:rsidP="00900459">
      <w:pPr>
        <w:pStyle w:val="NormalnyWeb"/>
        <w:ind w:left="502"/>
        <w:rPr>
          <w:rFonts w:asciiTheme="minorHAnsi" w:hAnsiTheme="minorHAnsi"/>
          <w:color w:val="000000"/>
        </w:rPr>
      </w:pPr>
      <w:r w:rsidRPr="003268A6">
        <w:rPr>
          <w:rFonts w:asciiTheme="minorHAnsi" w:hAnsiTheme="minorHAnsi"/>
          <w:color w:val="000000"/>
        </w:rPr>
        <w:t xml:space="preserve">b) ich sprostowania, </w:t>
      </w:r>
    </w:p>
    <w:p w14:paraId="1BAF9D38" w14:textId="77777777" w:rsidR="00900459" w:rsidRDefault="00663858" w:rsidP="00900459">
      <w:pPr>
        <w:pStyle w:val="NormalnyWeb"/>
        <w:ind w:left="502"/>
        <w:rPr>
          <w:rFonts w:asciiTheme="minorHAnsi" w:hAnsiTheme="minorHAnsi"/>
          <w:color w:val="000000"/>
        </w:rPr>
      </w:pPr>
      <w:r w:rsidRPr="003268A6">
        <w:rPr>
          <w:rFonts w:asciiTheme="minorHAnsi" w:hAnsiTheme="minorHAnsi"/>
          <w:color w:val="000000"/>
        </w:rPr>
        <w:t xml:space="preserve">c) usunięcia, </w:t>
      </w:r>
    </w:p>
    <w:p w14:paraId="3B2F3BB8" w14:textId="77777777" w:rsidR="00900459" w:rsidRDefault="00663858" w:rsidP="00900459">
      <w:pPr>
        <w:pStyle w:val="NormalnyWeb"/>
        <w:ind w:left="502"/>
        <w:rPr>
          <w:rFonts w:asciiTheme="minorHAnsi" w:hAnsiTheme="minorHAnsi"/>
          <w:color w:val="000000"/>
        </w:rPr>
      </w:pPr>
      <w:r w:rsidRPr="003268A6">
        <w:rPr>
          <w:rFonts w:asciiTheme="minorHAnsi" w:hAnsiTheme="minorHAnsi"/>
          <w:color w:val="000000"/>
        </w:rPr>
        <w:t xml:space="preserve">d) ograniczenia przetwarzania, </w:t>
      </w:r>
    </w:p>
    <w:p w14:paraId="1E12DB89" w14:textId="77777777" w:rsidR="00900459" w:rsidRDefault="00663858" w:rsidP="00900459">
      <w:pPr>
        <w:pStyle w:val="NormalnyWeb"/>
        <w:ind w:left="502"/>
        <w:rPr>
          <w:rFonts w:asciiTheme="minorHAnsi" w:hAnsiTheme="minorHAnsi"/>
          <w:color w:val="000000"/>
        </w:rPr>
      </w:pPr>
      <w:r w:rsidRPr="003268A6">
        <w:rPr>
          <w:rFonts w:asciiTheme="minorHAnsi" w:hAnsiTheme="minorHAnsi"/>
          <w:color w:val="000000"/>
        </w:rPr>
        <w:t xml:space="preserve">e) przenoszenia danych, </w:t>
      </w:r>
    </w:p>
    <w:p w14:paraId="547CDA81" w14:textId="77777777" w:rsidR="009E3FE8" w:rsidRDefault="009E3FE8" w:rsidP="00900459">
      <w:pPr>
        <w:pStyle w:val="NormalnyWeb"/>
        <w:ind w:left="502"/>
        <w:rPr>
          <w:rFonts w:asciiTheme="minorHAnsi" w:hAnsiTheme="minorHAnsi"/>
          <w:color w:val="000000"/>
        </w:rPr>
      </w:pPr>
    </w:p>
    <w:p w14:paraId="54D7687E" w14:textId="77777777" w:rsidR="00900459" w:rsidRDefault="00663858" w:rsidP="00900459">
      <w:pPr>
        <w:pStyle w:val="NormalnyWeb"/>
        <w:ind w:left="502"/>
        <w:rPr>
          <w:rFonts w:asciiTheme="minorHAnsi" w:hAnsiTheme="minorHAnsi"/>
          <w:color w:val="000000"/>
        </w:rPr>
      </w:pPr>
      <w:r w:rsidRPr="003268A6">
        <w:rPr>
          <w:rFonts w:asciiTheme="minorHAnsi" w:hAnsiTheme="minorHAnsi"/>
          <w:color w:val="000000"/>
        </w:rPr>
        <w:t xml:space="preserve">f) wniesienia sprzeciwu wobec przetwarzania, </w:t>
      </w:r>
    </w:p>
    <w:p w14:paraId="66D09D9C" w14:textId="77777777" w:rsidR="00127E04" w:rsidRPr="00900459" w:rsidRDefault="00663858" w:rsidP="00900459">
      <w:pPr>
        <w:pStyle w:val="NormalnyWeb"/>
        <w:ind w:left="502"/>
        <w:rPr>
          <w:rFonts w:asciiTheme="minorHAnsi" w:hAnsiTheme="minorHAnsi"/>
          <w:color w:val="000000"/>
        </w:rPr>
      </w:pPr>
      <w:r w:rsidRPr="003268A6">
        <w:rPr>
          <w:rFonts w:asciiTheme="minorHAnsi" w:hAnsiTheme="minorHAnsi"/>
          <w:color w:val="000000"/>
        </w:rPr>
        <w:t>g) cofnięcia zgody w dowolnym momencie bez wpływu na zgodność z prawem przetwarzania dokonanego przed jej cofnięciem</w:t>
      </w:r>
      <w:r w:rsidR="00900459">
        <w:rPr>
          <w:rFonts w:asciiTheme="minorHAnsi" w:hAnsiTheme="minorHAnsi"/>
          <w:color w:val="000000"/>
        </w:rPr>
        <w:t>.</w:t>
      </w:r>
    </w:p>
    <w:p w14:paraId="6C3B62D4" w14:textId="77777777" w:rsidR="00127E04" w:rsidRPr="00900459" w:rsidRDefault="00663858" w:rsidP="00900459">
      <w:pPr>
        <w:pStyle w:val="NormalnyWeb"/>
        <w:numPr>
          <w:ilvl w:val="0"/>
          <w:numId w:val="31"/>
        </w:numPr>
        <w:rPr>
          <w:rFonts w:asciiTheme="minorHAnsi" w:hAnsiTheme="minorHAnsi"/>
          <w:color w:val="000000"/>
        </w:rPr>
      </w:pPr>
      <w:r w:rsidRPr="003268A6">
        <w:rPr>
          <w:rFonts w:asciiTheme="minorHAnsi" w:hAnsiTheme="minorHAnsi"/>
          <w:color w:val="000000"/>
        </w:rPr>
        <w:t>Uczestnik ma prawo wniesienia skargi do Prezesa Urzędu Ochrony Danych Osobowych.</w:t>
      </w:r>
    </w:p>
    <w:p w14:paraId="3D4B5434" w14:textId="77777777" w:rsidR="00663858" w:rsidRPr="003268A6" w:rsidRDefault="00663858" w:rsidP="00663858">
      <w:pPr>
        <w:pStyle w:val="NormalnyWeb"/>
        <w:numPr>
          <w:ilvl w:val="0"/>
          <w:numId w:val="31"/>
        </w:numPr>
        <w:rPr>
          <w:rFonts w:asciiTheme="minorHAnsi" w:hAnsiTheme="minorHAnsi"/>
          <w:color w:val="000000"/>
        </w:rPr>
      </w:pPr>
      <w:r w:rsidRPr="003268A6">
        <w:rPr>
          <w:rFonts w:asciiTheme="minorHAnsi" w:hAnsiTheme="minorHAnsi"/>
          <w:color w:val="000000"/>
        </w:rPr>
        <w:t>Podanie danych osobowych jest dobrowolne, jednak niezbędne do udziału w konkursie.</w:t>
      </w:r>
    </w:p>
    <w:p w14:paraId="0DEA2C08" w14:textId="77777777" w:rsidR="00663858" w:rsidRPr="003268A6" w:rsidRDefault="00663858" w:rsidP="00663858">
      <w:pPr>
        <w:pStyle w:val="NormalnyWeb"/>
        <w:jc w:val="center"/>
        <w:rPr>
          <w:rFonts w:asciiTheme="minorHAnsi" w:hAnsiTheme="minorHAnsi"/>
          <w:b/>
          <w:bCs/>
          <w:color w:val="000000"/>
          <w:sz w:val="22"/>
          <w:szCs w:val="22"/>
        </w:rPr>
      </w:pPr>
    </w:p>
    <w:p w14:paraId="6BA7D9EA" w14:textId="77777777" w:rsidR="00663858" w:rsidRPr="003268A6" w:rsidRDefault="00663858" w:rsidP="00663858">
      <w:pPr>
        <w:pStyle w:val="NormalnyWeb"/>
        <w:jc w:val="center"/>
        <w:rPr>
          <w:rFonts w:asciiTheme="minorHAnsi" w:hAnsiTheme="minorHAnsi"/>
          <w:b/>
          <w:bCs/>
          <w:color w:val="000000"/>
          <w:sz w:val="22"/>
          <w:szCs w:val="22"/>
        </w:rPr>
      </w:pPr>
    </w:p>
    <w:p w14:paraId="215FC9E4" w14:textId="77777777" w:rsidR="00663858" w:rsidRPr="003268A6" w:rsidRDefault="00663858" w:rsidP="003268A6">
      <w:pPr>
        <w:pStyle w:val="NormalnyWeb"/>
        <w:rPr>
          <w:rFonts w:asciiTheme="minorHAnsi" w:hAnsiTheme="minorHAnsi"/>
          <w:b/>
          <w:bCs/>
          <w:color w:val="000000"/>
          <w:sz w:val="22"/>
          <w:szCs w:val="22"/>
        </w:rPr>
      </w:pPr>
    </w:p>
    <w:p w14:paraId="72D0E83F" w14:textId="77777777" w:rsidR="00663858" w:rsidRPr="003268A6" w:rsidRDefault="00663858" w:rsidP="00663858">
      <w:pPr>
        <w:pStyle w:val="NormalnyWeb"/>
        <w:jc w:val="center"/>
        <w:rPr>
          <w:rFonts w:asciiTheme="minorHAnsi" w:hAnsiTheme="minorHAnsi"/>
          <w:b/>
          <w:bCs/>
          <w:color w:val="000000"/>
          <w:sz w:val="22"/>
          <w:szCs w:val="22"/>
        </w:rPr>
      </w:pPr>
      <w:r w:rsidRPr="003268A6">
        <w:rPr>
          <w:rFonts w:asciiTheme="minorHAnsi" w:hAnsiTheme="minorHAnsi"/>
          <w:b/>
          <w:bCs/>
          <w:color w:val="000000"/>
          <w:sz w:val="22"/>
          <w:szCs w:val="22"/>
        </w:rPr>
        <w:t>§ 8. ODPOWIEDZIALNOŚĆ I ZAPISY OCHRONNE</w:t>
      </w:r>
    </w:p>
    <w:p w14:paraId="536AB079" w14:textId="77777777" w:rsidR="003268A6" w:rsidRDefault="00663858" w:rsidP="003268A6">
      <w:pPr>
        <w:pStyle w:val="NormalnyWeb"/>
        <w:numPr>
          <w:ilvl w:val="0"/>
          <w:numId w:val="32"/>
        </w:numPr>
        <w:rPr>
          <w:rFonts w:asciiTheme="minorHAnsi" w:hAnsiTheme="minorHAnsi"/>
          <w:color w:val="000000"/>
        </w:rPr>
      </w:pPr>
      <w:r w:rsidRPr="003268A6">
        <w:rPr>
          <w:rFonts w:asciiTheme="minorHAnsi" w:hAnsiTheme="minorHAnsi"/>
          <w:color w:val="000000"/>
        </w:rPr>
        <w:t>Organizator nie ponosi odpowiedzialności za rzeczy osobiste uczestników wniesione na teren konkursu, w tym za ich zagubienie, zniszczenie lub kradzież.</w:t>
      </w:r>
    </w:p>
    <w:p w14:paraId="3F00E7E6" w14:textId="77777777" w:rsidR="003268A6" w:rsidRPr="003268A6" w:rsidRDefault="003268A6" w:rsidP="003268A6">
      <w:pPr>
        <w:pStyle w:val="NormalnyWeb"/>
        <w:spacing w:after="0" w:afterAutospacing="0"/>
        <w:ind w:left="720"/>
        <w:rPr>
          <w:rFonts w:asciiTheme="minorHAnsi" w:hAnsiTheme="minorHAnsi"/>
          <w:color w:val="000000"/>
        </w:rPr>
      </w:pPr>
    </w:p>
    <w:p w14:paraId="20CD4982" w14:textId="77777777" w:rsidR="003268A6" w:rsidRDefault="00663858" w:rsidP="003268A6">
      <w:pPr>
        <w:pStyle w:val="NormalnyWeb"/>
        <w:numPr>
          <w:ilvl w:val="0"/>
          <w:numId w:val="32"/>
        </w:numPr>
        <w:rPr>
          <w:rFonts w:asciiTheme="minorHAnsi" w:hAnsiTheme="minorHAnsi"/>
          <w:color w:val="000000"/>
        </w:rPr>
      </w:pPr>
      <w:r w:rsidRPr="003268A6">
        <w:rPr>
          <w:rFonts w:asciiTheme="minorHAnsi" w:hAnsiTheme="minorHAnsi"/>
          <w:color w:val="000000"/>
        </w:rPr>
        <w:lastRenderedPageBreak/>
        <w:t>Uczestnicy biorą udział w konkursie na własną odpowiedzialność i zobowiązani są do przestrzegania zasad bezpieczeństwa, przepisów BHP oraz zaleceń Organizatora.</w:t>
      </w:r>
    </w:p>
    <w:p w14:paraId="7E89C9BA" w14:textId="77777777" w:rsidR="003268A6" w:rsidRPr="003268A6" w:rsidRDefault="003268A6" w:rsidP="003268A6">
      <w:pPr>
        <w:pStyle w:val="NormalnyWeb"/>
        <w:spacing w:after="0" w:afterAutospacing="0"/>
        <w:ind w:left="720"/>
        <w:rPr>
          <w:rFonts w:asciiTheme="minorHAnsi" w:hAnsiTheme="minorHAnsi"/>
          <w:color w:val="000000"/>
        </w:rPr>
      </w:pPr>
    </w:p>
    <w:p w14:paraId="070CEC0B" w14:textId="77777777" w:rsidR="00663858" w:rsidRDefault="00663858" w:rsidP="00663858">
      <w:pPr>
        <w:pStyle w:val="NormalnyWeb"/>
        <w:numPr>
          <w:ilvl w:val="0"/>
          <w:numId w:val="32"/>
        </w:numPr>
        <w:rPr>
          <w:rFonts w:asciiTheme="minorHAnsi" w:hAnsiTheme="minorHAnsi"/>
          <w:color w:val="000000"/>
        </w:rPr>
      </w:pPr>
      <w:r w:rsidRPr="003268A6">
        <w:rPr>
          <w:rFonts w:asciiTheme="minorHAnsi" w:hAnsiTheme="minorHAnsi"/>
          <w:color w:val="000000"/>
        </w:rPr>
        <w:t>Organizator nie ponosi odpowiedzialności za szkody powstałe na skutek zdarzeń losowych, w tym siły wyższej, niezależnych od Organizatora.</w:t>
      </w:r>
    </w:p>
    <w:p w14:paraId="15C8250F" w14:textId="77777777" w:rsidR="003268A6" w:rsidRPr="003268A6" w:rsidRDefault="003268A6" w:rsidP="003268A6">
      <w:pPr>
        <w:pStyle w:val="NormalnyWeb"/>
        <w:spacing w:after="0" w:afterAutospacing="0"/>
        <w:rPr>
          <w:rFonts w:asciiTheme="minorHAnsi" w:hAnsiTheme="minorHAnsi"/>
          <w:color w:val="000000"/>
        </w:rPr>
      </w:pPr>
    </w:p>
    <w:p w14:paraId="3A4279BB" w14:textId="77777777" w:rsidR="00663858" w:rsidRDefault="00663858" w:rsidP="00663858">
      <w:pPr>
        <w:pStyle w:val="NormalnyWeb"/>
        <w:numPr>
          <w:ilvl w:val="0"/>
          <w:numId w:val="32"/>
        </w:numPr>
        <w:rPr>
          <w:rFonts w:asciiTheme="minorHAnsi" w:hAnsiTheme="minorHAnsi"/>
          <w:color w:val="000000"/>
        </w:rPr>
      </w:pPr>
      <w:r w:rsidRPr="003268A6">
        <w:rPr>
          <w:rFonts w:asciiTheme="minorHAnsi" w:hAnsiTheme="minorHAnsi"/>
          <w:color w:val="000000"/>
        </w:rPr>
        <w:t>Organizator nie odpowiada za przerwy w przebiegu konkursu spowodowane przyczynami technicznymi lub organizacyjnymi, na które nie miał wpływu.</w:t>
      </w:r>
    </w:p>
    <w:p w14:paraId="2344C723" w14:textId="77777777" w:rsidR="003268A6" w:rsidRDefault="003268A6" w:rsidP="003268A6">
      <w:pPr>
        <w:pStyle w:val="NormalnyWeb"/>
        <w:spacing w:after="0" w:afterAutospacing="0"/>
        <w:rPr>
          <w:rFonts w:asciiTheme="minorHAnsi" w:hAnsiTheme="minorHAnsi"/>
          <w:color w:val="000000"/>
        </w:rPr>
      </w:pPr>
    </w:p>
    <w:p w14:paraId="20985924" w14:textId="77777777" w:rsidR="009E3FE8" w:rsidRPr="003268A6" w:rsidRDefault="009E3FE8" w:rsidP="003268A6">
      <w:pPr>
        <w:pStyle w:val="NormalnyWeb"/>
        <w:spacing w:after="0" w:afterAutospacing="0"/>
        <w:rPr>
          <w:rFonts w:asciiTheme="minorHAnsi" w:hAnsiTheme="minorHAnsi"/>
          <w:color w:val="000000"/>
        </w:rPr>
      </w:pPr>
    </w:p>
    <w:p w14:paraId="0FA0823D" w14:textId="77777777" w:rsidR="00663858" w:rsidRDefault="00663858" w:rsidP="00663858">
      <w:pPr>
        <w:pStyle w:val="NormalnyWeb"/>
        <w:numPr>
          <w:ilvl w:val="0"/>
          <w:numId w:val="32"/>
        </w:numPr>
        <w:rPr>
          <w:rFonts w:asciiTheme="minorHAnsi" w:hAnsiTheme="minorHAnsi"/>
          <w:color w:val="000000"/>
        </w:rPr>
      </w:pPr>
      <w:r w:rsidRPr="003268A6">
        <w:rPr>
          <w:rFonts w:asciiTheme="minorHAnsi" w:hAnsiTheme="minorHAnsi"/>
          <w:color w:val="000000"/>
        </w:rPr>
        <w:t>Organizator zastrzega sobie prawo do wprowadzenia zmian organizacyjnych w przebiegu konkursu, jeżeli nie wpłyną one na prawa nabyte uczestników.</w:t>
      </w:r>
    </w:p>
    <w:p w14:paraId="1BB10E91" w14:textId="77777777" w:rsidR="003268A6" w:rsidRPr="003268A6" w:rsidRDefault="003268A6" w:rsidP="003268A6">
      <w:pPr>
        <w:pStyle w:val="NormalnyWeb"/>
        <w:spacing w:after="0" w:afterAutospacing="0"/>
        <w:rPr>
          <w:rFonts w:asciiTheme="minorHAnsi" w:hAnsiTheme="minorHAnsi"/>
          <w:color w:val="000000"/>
        </w:rPr>
      </w:pPr>
    </w:p>
    <w:p w14:paraId="72889130" w14:textId="77777777" w:rsidR="00663858" w:rsidRPr="003268A6" w:rsidRDefault="00663858" w:rsidP="00663858">
      <w:pPr>
        <w:pStyle w:val="NormalnyWeb"/>
        <w:numPr>
          <w:ilvl w:val="0"/>
          <w:numId w:val="32"/>
        </w:numPr>
        <w:rPr>
          <w:rFonts w:asciiTheme="minorHAnsi" w:hAnsiTheme="minorHAnsi"/>
          <w:color w:val="000000"/>
        </w:rPr>
      </w:pPr>
      <w:r w:rsidRPr="003268A6">
        <w:rPr>
          <w:rFonts w:asciiTheme="minorHAnsi" w:hAnsiTheme="minorHAnsi"/>
          <w:color w:val="000000"/>
        </w:rPr>
        <w:t>Wszelkie spory wynikające z organizacji konkursu będą rozstrzygane przez Organizatora, a w przypadku braku porozumienia – przez sąd właściwy miejscowo dla siedziby Organizatora.</w:t>
      </w:r>
    </w:p>
    <w:p w14:paraId="7C36C755" w14:textId="77777777" w:rsidR="007D3EA8" w:rsidRPr="00E77508" w:rsidRDefault="007D3EA8">
      <w:pPr>
        <w:rPr>
          <w:lang w:val="pl-PL"/>
        </w:rPr>
      </w:pPr>
    </w:p>
    <w:sectPr w:rsidR="007D3EA8" w:rsidRPr="00E77508" w:rsidSect="00FB4546">
      <w:headerReference w:type="default" r:id="rId14"/>
      <w:footerReference w:type="even" r:id="rId15"/>
      <w:footerReference w:type="default" r:id="rId16"/>
      <w:footerReference w:type="first" r:id="rId17"/>
      <w:pgSz w:w="12240" w:h="15840"/>
      <w:pgMar w:top="1440" w:right="1800" w:bottom="1440" w:left="1800" w:header="56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A89F2" w14:textId="77777777" w:rsidR="00F94459" w:rsidRDefault="00F94459" w:rsidP="00E468B7">
      <w:pPr>
        <w:spacing w:after="0" w:line="240" w:lineRule="auto"/>
      </w:pPr>
      <w:r>
        <w:separator/>
      </w:r>
    </w:p>
  </w:endnote>
  <w:endnote w:type="continuationSeparator" w:id="0">
    <w:p w14:paraId="128DBCB8" w14:textId="77777777" w:rsidR="00F94459" w:rsidRDefault="00F94459" w:rsidP="00E46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swiss"/>
    <w:pitch w:val="variable"/>
    <w:sig w:usb0="E00082FF" w:usb1="400078FF" w:usb2="0000002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140264227"/>
      <w:docPartObj>
        <w:docPartGallery w:val="Page Numbers (Bottom of Page)"/>
        <w:docPartUnique/>
      </w:docPartObj>
    </w:sdtPr>
    <w:sdtContent>
      <w:p w14:paraId="406A42A0" w14:textId="77777777" w:rsidR="00FB4546" w:rsidRDefault="00FB4546" w:rsidP="006904F9">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478ABAB5" w14:textId="77777777" w:rsidR="00E468B7" w:rsidRDefault="00E468B7" w:rsidP="00FB4546">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767956664"/>
      <w:docPartObj>
        <w:docPartGallery w:val="Page Numbers (Bottom of Page)"/>
        <w:docPartUnique/>
      </w:docPartObj>
    </w:sdtPr>
    <w:sdtContent>
      <w:p w14:paraId="457850E8" w14:textId="77777777" w:rsidR="00FB4546" w:rsidRDefault="00FB4546" w:rsidP="006904F9">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1</w:t>
        </w:r>
        <w:r>
          <w:rPr>
            <w:rStyle w:val="Numerstrony"/>
          </w:rPr>
          <w:fldChar w:fldCharType="end"/>
        </w:r>
      </w:p>
    </w:sdtContent>
  </w:sdt>
  <w:p w14:paraId="33C4B551" w14:textId="77777777" w:rsidR="00E468B7" w:rsidRDefault="00E468B7" w:rsidP="00FB4546">
    <w:pPr>
      <w:pStyle w:val="Stopk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496193315"/>
      <w:docPartObj>
        <w:docPartGallery w:val="Page Numbers (Bottom of Page)"/>
        <w:docPartUnique/>
      </w:docPartObj>
    </w:sdtPr>
    <w:sdtContent>
      <w:p w14:paraId="0E56DBB8" w14:textId="77777777" w:rsidR="00FB4546" w:rsidRDefault="00FB4546" w:rsidP="006904F9">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1</w:t>
        </w:r>
        <w:r>
          <w:rPr>
            <w:rStyle w:val="Numerstrony"/>
          </w:rPr>
          <w:fldChar w:fldCharType="end"/>
        </w:r>
      </w:p>
    </w:sdtContent>
  </w:sdt>
  <w:p w14:paraId="3537EDAC" w14:textId="77777777" w:rsidR="00E468B7" w:rsidRDefault="00E468B7" w:rsidP="00FB4546">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D04DF" w14:textId="77777777" w:rsidR="00F94459" w:rsidRDefault="00F94459" w:rsidP="00E468B7">
      <w:pPr>
        <w:spacing w:after="0" w:line="240" w:lineRule="auto"/>
      </w:pPr>
      <w:r>
        <w:separator/>
      </w:r>
    </w:p>
  </w:footnote>
  <w:footnote w:type="continuationSeparator" w:id="0">
    <w:p w14:paraId="3A7654ED" w14:textId="77777777" w:rsidR="00F94459" w:rsidRDefault="00F94459" w:rsidP="00E468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58AA3" w14:textId="77777777" w:rsidR="00E468B7" w:rsidRPr="00E468B7" w:rsidRDefault="00E468B7" w:rsidP="00E468B7">
    <w:pPr>
      <w:pStyle w:val="Nagwek"/>
      <w:jc w:val="both"/>
      <w:rPr>
        <w:lang w:val="pl-PL"/>
        <w14:shadow w14:blurRad="50800" w14:dist="50800" w14:dir="5400000" w14:sx="0" w14:sy="0" w14:kx="0" w14:ky="0" w14:algn="ctr">
          <w14:srgbClr w14:val="000000">
            <w14:alpha w14:val="52002"/>
          </w14:srgbClr>
        </w14:shadow>
      </w:rPr>
    </w:pPr>
    <w:r w:rsidRPr="00E468B7">
      <w:rPr>
        <w:noProof/>
        <w:lang w:val="pl-PL"/>
      </w:rPr>
      <w:drawing>
        <wp:inline distT="0" distB="0" distL="0" distR="0" wp14:anchorId="59644819" wp14:editId="772EDF90">
          <wp:extent cx="571500" cy="571500"/>
          <wp:effectExtent l="0" t="0" r="0" b="0"/>
          <wp:docPr id="1821632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02888" name=""/>
                  <pic:cNvPicPr/>
                </pic:nvPicPr>
                <pic:blipFill>
                  <a:blip r:embed="rId1"/>
                  <a:stretch>
                    <a:fillRect/>
                  </a:stretch>
                </pic:blipFill>
                <pic:spPr>
                  <a:xfrm>
                    <a:off x="0" y="0"/>
                    <a:ext cx="571500" cy="571500"/>
                  </a:xfrm>
                  <a:prstGeom prst="rect">
                    <a:avLst/>
                  </a:prstGeom>
                  <a:effectLst>
                    <a:glow>
                      <a:schemeClr val="accent1">
                        <a:alpha val="40000"/>
                      </a:schemeClr>
                    </a:glow>
                    <a:outerShdw dir="9180000" sx="1000" sy="1000" algn="ctr" rotWithShape="0">
                      <a:srgbClr val="000000">
                        <a:alpha val="43137"/>
                      </a:srgbClr>
                    </a:outerShdw>
                    <a:softEdge rad="0"/>
                  </a:effectLst>
                </pic:spPr>
              </pic:pic>
            </a:graphicData>
          </a:graphic>
        </wp:inline>
      </w:drawing>
    </w:r>
    <w:r w:rsidR="001F6756" w:rsidRPr="00D5790B">
      <w:rPr>
        <w:rFonts w:cstheme="minorHAnsi"/>
        <w:b/>
        <w:noProof/>
      </w:rPr>
      <w:drawing>
        <wp:inline distT="0" distB="0" distL="0" distR="0" wp14:anchorId="5C439A83" wp14:editId="288B6F87">
          <wp:extent cx="660367" cy="436228"/>
          <wp:effectExtent l="0" t="0" r="635" b="0"/>
          <wp:docPr id="170474818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3798" name=""/>
                  <pic:cNvPicPr/>
                </pic:nvPicPr>
                <pic:blipFill rotWithShape="1">
                  <a:blip r:embed="rId2"/>
                  <a:srcRect l="39443" t="47277" r="21821" b="859"/>
                  <a:stretch/>
                </pic:blipFill>
                <pic:spPr bwMode="auto">
                  <a:xfrm>
                    <a:off x="0" y="0"/>
                    <a:ext cx="775856" cy="512518"/>
                  </a:xfrm>
                  <a:prstGeom prst="rect">
                    <a:avLst/>
                  </a:prstGeom>
                  <a:ln>
                    <a:noFill/>
                  </a:ln>
                  <a:extLst>
                    <a:ext uri="{53640926-AAD7-44D8-BBD7-CCE9431645EC}">
                      <a14:shadowObscured xmlns:a14="http://schemas.microsoft.com/office/drawing/2010/main"/>
                    </a:ext>
                  </a:extLst>
                </pic:spPr>
              </pic:pic>
            </a:graphicData>
          </a:graphic>
        </wp:inline>
      </w:drawing>
    </w:r>
    <w:r>
      <w:rPr>
        <w14:shadow w14:blurRad="50800" w14:dist="50800" w14:dir="5400000" w14:sx="0" w14:sy="0" w14:kx="0" w14:ky="0" w14:algn="ctr">
          <w14:srgbClr w14:val="000000">
            <w14:alpha w14:val="52002"/>
          </w14:srgbClr>
        </w14:shadow>
      </w:rPr>
      <w:t xml:space="preserve">              </w:t>
    </w:r>
    <w:r w:rsidR="00FB4546">
      <w:rPr>
        <w14:shadow w14:blurRad="50800" w14:dist="50800" w14:dir="5400000" w14:sx="0" w14:sy="0" w14:kx="0" w14:ky="0" w14:algn="ctr">
          <w14:srgbClr w14:val="000000">
            <w14:alpha w14:val="52002"/>
          </w14:srgbClr>
        </w14:shadow>
      </w:rPr>
      <w:t xml:space="preserve">            </w:t>
    </w:r>
    <w:r>
      <w:rPr>
        <w14:shadow w14:blurRad="50800" w14:dist="50800" w14:dir="5400000" w14:sx="0" w14:sy="0" w14:kx="0" w14:ky="0" w14:algn="ctr">
          <w14:srgbClr w14:val="000000">
            <w14:alpha w14:val="52002"/>
          </w14:srgbClr>
        </w14:shadow>
      </w:rPr>
      <w:t xml:space="preserve"> </w:t>
    </w:r>
    <w:r w:rsidRPr="00E468B7">
      <w:rPr>
        <w:noProof/>
        <w:lang w:val="pl-PL"/>
      </w:rPr>
      <w:drawing>
        <wp:inline distT="0" distB="0" distL="0" distR="0" wp14:anchorId="08426304" wp14:editId="75DD432D">
          <wp:extent cx="1104900" cy="1104900"/>
          <wp:effectExtent l="0" t="0" r="0" b="0"/>
          <wp:docPr id="147962606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69598" name=""/>
                  <pic:cNvPicPr/>
                </pic:nvPicPr>
                <pic:blipFill>
                  <a:blip r:embed="rId3"/>
                  <a:stretch>
                    <a:fillRect/>
                  </a:stretch>
                </pic:blipFill>
                <pic:spPr>
                  <a:xfrm>
                    <a:off x="0" y="0"/>
                    <a:ext cx="1104900" cy="1104900"/>
                  </a:xfrm>
                  <a:prstGeom prst="rect">
                    <a:avLst/>
                  </a:prstGeom>
                </pic:spPr>
              </pic:pic>
            </a:graphicData>
          </a:graphic>
        </wp:inline>
      </w:drawing>
    </w:r>
    <w:r>
      <w:rPr>
        <w14:shadow w14:blurRad="50800" w14:dist="50800" w14:dir="5400000" w14:sx="0" w14:sy="0" w14:kx="0" w14:ky="0" w14:algn="ctr">
          <w14:srgbClr w14:val="000000">
            <w14:alpha w14:val="52002"/>
          </w14:srgbClr>
        </w14:shadow>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numerowana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numerowana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punktowana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punktowana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numerowan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punktowana"/>
      <w:lvlText w:val=""/>
      <w:lvlJc w:val="left"/>
      <w:pPr>
        <w:tabs>
          <w:tab w:val="num" w:pos="360"/>
        </w:tabs>
        <w:ind w:left="360" w:hanging="360"/>
      </w:pPr>
      <w:rPr>
        <w:rFonts w:ascii="Symbol" w:hAnsi="Symbol" w:hint="default"/>
      </w:rPr>
    </w:lvl>
  </w:abstractNum>
  <w:abstractNum w:abstractNumId="9" w15:restartNumberingAfterBreak="0">
    <w:nsid w:val="006609C5"/>
    <w:multiLevelType w:val="multilevel"/>
    <w:tmpl w:val="8312CF8E"/>
    <w:lvl w:ilvl="0">
      <w:start w:val="1"/>
      <w:numFmt w:val="decimal"/>
      <w:lvlText w:val="8.%1"/>
      <w:lvlJc w:val="left"/>
      <w:pPr>
        <w:ind w:left="720" w:hanging="360"/>
      </w:pPr>
      <w:rPr>
        <w:rFonts w:hint="default"/>
        <w:b/>
        <w:bCs/>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3A62AB2"/>
    <w:multiLevelType w:val="multilevel"/>
    <w:tmpl w:val="3DF43AE0"/>
    <w:lvl w:ilvl="0">
      <w:start w:val="1"/>
      <w:numFmt w:val="decimal"/>
      <w:lvlText w:val="%1."/>
      <w:lvlJc w:val="left"/>
      <w:pPr>
        <w:ind w:left="1425" w:hanging="360"/>
      </w:pPr>
      <w:rPr>
        <w:rFonts w:ascii="Noto Sans Symbols" w:eastAsia="Noto Sans Symbols" w:hAnsi="Noto Sans Symbols" w:cs="Noto Sans Symbols"/>
      </w:rPr>
    </w:lvl>
    <w:lvl w:ilvl="1">
      <w:start w:val="1"/>
      <w:numFmt w:val="lowerLetter"/>
      <w:lvlText w:val="%2."/>
      <w:lvlJc w:val="left"/>
      <w:pPr>
        <w:ind w:left="2145" w:hanging="360"/>
      </w:pPr>
      <w:rPr>
        <w:rFonts w:ascii="Courier New" w:eastAsia="Courier New" w:hAnsi="Courier New" w:cs="Courier New"/>
      </w:rPr>
    </w:lvl>
    <w:lvl w:ilvl="2">
      <w:start w:val="1"/>
      <w:numFmt w:val="lowerRoman"/>
      <w:lvlText w:val="%3."/>
      <w:lvlJc w:val="right"/>
      <w:pPr>
        <w:ind w:left="2865" w:hanging="360"/>
      </w:pPr>
      <w:rPr>
        <w:rFonts w:ascii="Noto Sans Symbols" w:eastAsia="Noto Sans Symbols" w:hAnsi="Noto Sans Symbols" w:cs="Noto Sans Symbols"/>
      </w:rPr>
    </w:lvl>
    <w:lvl w:ilvl="3">
      <w:start w:val="1"/>
      <w:numFmt w:val="decimal"/>
      <w:lvlText w:val="%4."/>
      <w:lvlJc w:val="left"/>
      <w:pPr>
        <w:ind w:left="3585" w:hanging="360"/>
      </w:pPr>
      <w:rPr>
        <w:rFonts w:ascii="Noto Sans Symbols" w:eastAsia="Noto Sans Symbols" w:hAnsi="Noto Sans Symbols" w:cs="Noto Sans Symbols"/>
      </w:rPr>
    </w:lvl>
    <w:lvl w:ilvl="4">
      <w:start w:val="1"/>
      <w:numFmt w:val="lowerLetter"/>
      <w:lvlText w:val="%5."/>
      <w:lvlJc w:val="left"/>
      <w:pPr>
        <w:ind w:left="4305" w:hanging="360"/>
      </w:pPr>
      <w:rPr>
        <w:rFonts w:ascii="Courier New" w:eastAsia="Courier New" w:hAnsi="Courier New" w:cs="Courier New"/>
      </w:rPr>
    </w:lvl>
    <w:lvl w:ilvl="5">
      <w:start w:val="1"/>
      <w:numFmt w:val="lowerRoman"/>
      <w:lvlText w:val="%6."/>
      <w:lvlJc w:val="right"/>
      <w:pPr>
        <w:ind w:left="5025" w:hanging="360"/>
      </w:pPr>
      <w:rPr>
        <w:rFonts w:ascii="Noto Sans Symbols" w:eastAsia="Noto Sans Symbols" w:hAnsi="Noto Sans Symbols" w:cs="Noto Sans Symbols"/>
      </w:rPr>
    </w:lvl>
    <w:lvl w:ilvl="6">
      <w:start w:val="1"/>
      <w:numFmt w:val="decimal"/>
      <w:lvlText w:val="%7."/>
      <w:lvlJc w:val="left"/>
      <w:pPr>
        <w:ind w:left="5745" w:hanging="360"/>
      </w:pPr>
      <w:rPr>
        <w:rFonts w:ascii="Noto Sans Symbols" w:eastAsia="Noto Sans Symbols" w:hAnsi="Noto Sans Symbols" w:cs="Noto Sans Symbols"/>
      </w:rPr>
    </w:lvl>
    <w:lvl w:ilvl="7">
      <w:start w:val="1"/>
      <w:numFmt w:val="lowerLetter"/>
      <w:lvlText w:val="%8."/>
      <w:lvlJc w:val="left"/>
      <w:pPr>
        <w:ind w:left="6465" w:hanging="360"/>
      </w:pPr>
      <w:rPr>
        <w:rFonts w:ascii="Courier New" w:eastAsia="Courier New" w:hAnsi="Courier New" w:cs="Courier New"/>
      </w:rPr>
    </w:lvl>
    <w:lvl w:ilvl="8">
      <w:start w:val="1"/>
      <w:numFmt w:val="lowerRoman"/>
      <w:lvlText w:val="%9."/>
      <w:lvlJc w:val="right"/>
      <w:pPr>
        <w:ind w:left="7185" w:hanging="360"/>
      </w:pPr>
      <w:rPr>
        <w:rFonts w:ascii="Noto Sans Symbols" w:eastAsia="Noto Sans Symbols" w:hAnsi="Noto Sans Symbols" w:cs="Noto Sans Symbols"/>
      </w:rPr>
    </w:lvl>
  </w:abstractNum>
  <w:abstractNum w:abstractNumId="11" w15:restartNumberingAfterBreak="0">
    <w:nsid w:val="09786C3C"/>
    <w:multiLevelType w:val="multilevel"/>
    <w:tmpl w:val="10E8189E"/>
    <w:lvl w:ilvl="0">
      <w:start w:val="1"/>
      <w:numFmt w:val="decimal"/>
      <w:lvlText w:val="7.%1"/>
      <w:lvlJc w:val="left"/>
      <w:pPr>
        <w:ind w:left="502" w:hanging="360"/>
      </w:pPr>
      <w:rPr>
        <w:rFonts w:hint="default"/>
        <w:b/>
        <w:bCs/>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13000E9"/>
    <w:multiLevelType w:val="multilevel"/>
    <w:tmpl w:val="517EDCB0"/>
    <w:lvl w:ilvl="0">
      <w:start w:val="1"/>
      <w:numFmt w:val="decimal"/>
      <w:lvlText w:val="%1."/>
      <w:lvlJc w:val="left"/>
      <w:pPr>
        <w:ind w:left="720" w:hanging="360"/>
      </w:pPr>
    </w:lvl>
    <w:lvl w:ilvl="1">
      <w:start w:val="1"/>
      <w:numFmt w:val="decimal"/>
      <w:lvlText w:val="%1.%2"/>
      <w:lvlJc w:val="left"/>
      <w:pPr>
        <w:ind w:left="735" w:hanging="375"/>
      </w:pPr>
      <w:rPr>
        <w:b/>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rPr>
        <w:b/>
      </w:rPr>
    </w:lvl>
    <w:lvl w:ilvl="5">
      <w:start w:val="1"/>
      <w:numFmt w:val="decimal"/>
      <w:lvlText w:val="%1.%2.%3.%4.%5.%6"/>
      <w:lvlJc w:val="left"/>
      <w:pPr>
        <w:ind w:left="1440" w:hanging="1080"/>
      </w:pPr>
      <w:rPr>
        <w:b/>
      </w:rPr>
    </w:lvl>
    <w:lvl w:ilvl="6">
      <w:start w:val="1"/>
      <w:numFmt w:val="decimal"/>
      <w:lvlText w:val="%1.%2.%3.%4.%5.%6.%7"/>
      <w:lvlJc w:val="left"/>
      <w:pPr>
        <w:ind w:left="1800" w:hanging="1440"/>
      </w:pPr>
      <w:rPr>
        <w:b/>
      </w:rPr>
    </w:lvl>
    <w:lvl w:ilvl="7">
      <w:start w:val="1"/>
      <w:numFmt w:val="decimal"/>
      <w:lvlText w:val="%1.%2.%3.%4.%5.%6.%7.%8"/>
      <w:lvlJc w:val="left"/>
      <w:pPr>
        <w:ind w:left="1800" w:hanging="1440"/>
      </w:pPr>
      <w:rPr>
        <w:b/>
      </w:rPr>
    </w:lvl>
    <w:lvl w:ilvl="8">
      <w:start w:val="1"/>
      <w:numFmt w:val="decimal"/>
      <w:lvlText w:val="%1.%2.%3.%4.%5.%6.%7.%8.%9"/>
      <w:lvlJc w:val="left"/>
      <w:pPr>
        <w:ind w:left="1800" w:hanging="1440"/>
      </w:pPr>
      <w:rPr>
        <w:b/>
      </w:rPr>
    </w:lvl>
  </w:abstractNum>
  <w:abstractNum w:abstractNumId="13" w15:restartNumberingAfterBreak="0">
    <w:nsid w:val="160B51BC"/>
    <w:multiLevelType w:val="hybridMultilevel"/>
    <w:tmpl w:val="D4E6FFAE"/>
    <w:lvl w:ilvl="0" w:tplc="0415000F">
      <w:start w:val="1"/>
      <w:numFmt w:val="decimal"/>
      <w:lvlText w:val="%1."/>
      <w:lvlJc w:val="left"/>
      <w:pPr>
        <w:ind w:left="684" w:hanging="360"/>
      </w:pPr>
    </w:lvl>
    <w:lvl w:ilvl="1" w:tplc="04150019" w:tentative="1">
      <w:start w:val="1"/>
      <w:numFmt w:val="lowerLetter"/>
      <w:lvlText w:val="%2."/>
      <w:lvlJc w:val="left"/>
      <w:pPr>
        <w:ind w:left="1404" w:hanging="360"/>
      </w:pPr>
    </w:lvl>
    <w:lvl w:ilvl="2" w:tplc="0415001B" w:tentative="1">
      <w:start w:val="1"/>
      <w:numFmt w:val="lowerRoman"/>
      <w:lvlText w:val="%3."/>
      <w:lvlJc w:val="right"/>
      <w:pPr>
        <w:ind w:left="2124" w:hanging="180"/>
      </w:pPr>
    </w:lvl>
    <w:lvl w:ilvl="3" w:tplc="0415000F" w:tentative="1">
      <w:start w:val="1"/>
      <w:numFmt w:val="decimal"/>
      <w:lvlText w:val="%4."/>
      <w:lvlJc w:val="left"/>
      <w:pPr>
        <w:ind w:left="2844" w:hanging="360"/>
      </w:pPr>
    </w:lvl>
    <w:lvl w:ilvl="4" w:tplc="04150019" w:tentative="1">
      <w:start w:val="1"/>
      <w:numFmt w:val="lowerLetter"/>
      <w:lvlText w:val="%5."/>
      <w:lvlJc w:val="left"/>
      <w:pPr>
        <w:ind w:left="3564" w:hanging="360"/>
      </w:pPr>
    </w:lvl>
    <w:lvl w:ilvl="5" w:tplc="0415001B" w:tentative="1">
      <w:start w:val="1"/>
      <w:numFmt w:val="lowerRoman"/>
      <w:lvlText w:val="%6."/>
      <w:lvlJc w:val="right"/>
      <w:pPr>
        <w:ind w:left="4284" w:hanging="180"/>
      </w:pPr>
    </w:lvl>
    <w:lvl w:ilvl="6" w:tplc="0415000F" w:tentative="1">
      <w:start w:val="1"/>
      <w:numFmt w:val="decimal"/>
      <w:lvlText w:val="%7."/>
      <w:lvlJc w:val="left"/>
      <w:pPr>
        <w:ind w:left="5004" w:hanging="360"/>
      </w:pPr>
    </w:lvl>
    <w:lvl w:ilvl="7" w:tplc="04150019" w:tentative="1">
      <w:start w:val="1"/>
      <w:numFmt w:val="lowerLetter"/>
      <w:lvlText w:val="%8."/>
      <w:lvlJc w:val="left"/>
      <w:pPr>
        <w:ind w:left="5724" w:hanging="360"/>
      </w:pPr>
    </w:lvl>
    <w:lvl w:ilvl="8" w:tplc="0415001B" w:tentative="1">
      <w:start w:val="1"/>
      <w:numFmt w:val="lowerRoman"/>
      <w:lvlText w:val="%9."/>
      <w:lvlJc w:val="right"/>
      <w:pPr>
        <w:ind w:left="6444" w:hanging="180"/>
      </w:pPr>
    </w:lvl>
  </w:abstractNum>
  <w:abstractNum w:abstractNumId="14" w15:restartNumberingAfterBreak="0">
    <w:nsid w:val="214E778C"/>
    <w:multiLevelType w:val="hybridMultilevel"/>
    <w:tmpl w:val="2CBA45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2490783"/>
    <w:multiLevelType w:val="hybridMultilevel"/>
    <w:tmpl w:val="93F45B10"/>
    <w:lvl w:ilvl="0" w:tplc="8070C688">
      <w:start w:val="1"/>
      <w:numFmt w:val="decimal"/>
      <w:lvlText w:val="5.%1"/>
      <w:lvlJc w:val="left"/>
      <w:pPr>
        <w:ind w:left="502" w:hanging="360"/>
      </w:pPr>
      <w:rPr>
        <w:rFonts w:hint="default"/>
        <w:b/>
        <w:bCs/>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5197AA1"/>
    <w:multiLevelType w:val="hybridMultilevel"/>
    <w:tmpl w:val="76FC08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6536D5C"/>
    <w:multiLevelType w:val="multilevel"/>
    <w:tmpl w:val="40B6EEA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273B44E8"/>
    <w:multiLevelType w:val="hybridMultilevel"/>
    <w:tmpl w:val="652812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AEE24BD"/>
    <w:multiLevelType w:val="hybridMultilevel"/>
    <w:tmpl w:val="3162E704"/>
    <w:lvl w:ilvl="0" w:tplc="04150001">
      <w:start w:val="1"/>
      <w:numFmt w:val="bullet"/>
      <w:lvlText w:val=""/>
      <w:lvlJc w:val="left"/>
      <w:pPr>
        <w:ind w:left="1200" w:hanging="360"/>
      </w:pPr>
      <w:rPr>
        <w:rFonts w:ascii="Symbol" w:hAnsi="Symbol" w:hint="default"/>
      </w:rPr>
    </w:lvl>
    <w:lvl w:ilvl="1" w:tplc="04150003" w:tentative="1">
      <w:start w:val="1"/>
      <w:numFmt w:val="bullet"/>
      <w:lvlText w:val="o"/>
      <w:lvlJc w:val="left"/>
      <w:pPr>
        <w:ind w:left="1920" w:hanging="360"/>
      </w:pPr>
      <w:rPr>
        <w:rFonts w:ascii="Courier New" w:hAnsi="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20" w15:restartNumberingAfterBreak="0">
    <w:nsid w:val="2D1B3333"/>
    <w:multiLevelType w:val="multilevel"/>
    <w:tmpl w:val="F2869A8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36CB42C4"/>
    <w:multiLevelType w:val="multilevel"/>
    <w:tmpl w:val="0960EAFE"/>
    <w:styleLink w:val="Biecalista1"/>
    <w:lvl w:ilvl="0">
      <w:start w:val="1"/>
      <w:numFmt w:val="decimal"/>
      <w:lvlText w:val="3.%1"/>
      <w:lvlJc w:val="left"/>
      <w:pPr>
        <w:ind w:left="502" w:hanging="360"/>
      </w:pPr>
      <w:rPr>
        <w:rFonts w:hint="default"/>
        <w:b/>
        <w:bCs/>
        <w:sz w:val="22"/>
        <w:szCs w:val="22"/>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2" w15:restartNumberingAfterBreak="0">
    <w:nsid w:val="3A050F15"/>
    <w:multiLevelType w:val="multilevel"/>
    <w:tmpl w:val="96A01C0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3B503A2F"/>
    <w:multiLevelType w:val="multilevel"/>
    <w:tmpl w:val="DB722A32"/>
    <w:lvl w:ilvl="0">
      <w:start w:val="9"/>
      <w:numFmt w:val="decimal"/>
      <w:lvlText w:val="(%1"/>
      <w:lvlJc w:val="left"/>
      <w:pPr>
        <w:ind w:left="560" w:hanging="560"/>
      </w:pPr>
      <w:rPr>
        <w:rFonts w:hint="default"/>
      </w:rPr>
    </w:lvl>
    <w:lvl w:ilvl="1">
      <w:start w:val="10"/>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24" w15:restartNumberingAfterBreak="0">
    <w:nsid w:val="3BE34392"/>
    <w:multiLevelType w:val="hybridMultilevel"/>
    <w:tmpl w:val="0E6493B6"/>
    <w:lvl w:ilvl="0" w:tplc="F8EC01E0">
      <w:start w:val="7"/>
      <w:numFmt w:val="decimal"/>
      <w:lvlText w:val="6.%1"/>
      <w:lvlJc w:val="left"/>
      <w:pPr>
        <w:ind w:left="502" w:hanging="360"/>
      </w:pPr>
      <w:rPr>
        <w:rFonts w:hint="default"/>
        <w:b/>
        <w:bCs/>
        <w:sz w:val="22"/>
        <w:szCs w:val="22"/>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 w15:restartNumberingAfterBreak="0">
    <w:nsid w:val="52066F51"/>
    <w:multiLevelType w:val="multilevel"/>
    <w:tmpl w:val="7CFE8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59D2C98"/>
    <w:multiLevelType w:val="hybridMultilevel"/>
    <w:tmpl w:val="EB248638"/>
    <w:lvl w:ilvl="0" w:tplc="3B4644EA">
      <w:start w:val="1"/>
      <w:numFmt w:val="decimal"/>
      <w:lvlText w:val="4.%1"/>
      <w:lvlJc w:val="left"/>
      <w:pPr>
        <w:ind w:left="502" w:hanging="360"/>
      </w:pPr>
      <w:rPr>
        <w:rFonts w:hint="default"/>
        <w:b/>
        <w:bCs/>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D030D4F"/>
    <w:multiLevelType w:val="multilevel"/>
    <w:tmpl w:val="81BA2B82"/>
    <w:lvl w:ilvl="0">
      <w:start w:val="2"/>
      <w:numFmt w:val="decimal"/>
      <w:lvlText w:val="%1"/>
      <w:lvlJc w:val="left"/>
      <w:pPr>
        <w:ind w:left="360" w:hanging="360"/>
      </w:pPr>
    </w:lvl>
    <w:lvl w:ilvl="1">
      <w:start w:val="1"/>
      <w:numFmt w:val="decimal"/>
      <w:lvlText w:val="%1.%2"/>
      <w:lvlJc w:val="left"/>
      <w:pPr>
        <w:ind w:left="360" w:hanging="360"/>
      </w:pPr>
      <w:rPr>
        <w:b/>
        <w:sz w:val="22"/>
        <w:szCs w:val="22"/>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28" w15:restartNumberingAfterBreak="0">
    <w:nsid w:val="69342FB6"/>
    <w:multiLevelType w:val="multilevel"/>
    <w:tmpl w:val="11E4B4FC"/>
    <w:lvl w:ilvl="0">
      <w:start w:val="2"/>
      <w:numFmt w:val="decimal"/>
      <w:lvlText w:val="%1"/>
      <w:lvlJc w:val="left"/>
      <w:pPr>
        <w:ind w:left="360" w:hanging="360"/>
      </w:pPr>
    </w:lvl>
    <w:lvl w:ilvl="1">
      <w:start w:val="1"/>
      <w:numFmt w:val="decimal"/>
      <w:lvlText w:val="%1.%2"/>
      <w:lvlJc w:val="left"/>
      <w:pPr>
        <w:ind w:left="720" w:hanging="360"/>
      </w:pPr>
      <w:rPr>
        <w:b/>
        <w:sz w:val="22"/>
        <w:szCs w:val="22"/>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29" w15:restartNumberingAfterBreak="0">
    <w:nsid w:val="6F1245D0"/>
    <w:multiLevelType w:val="hybridMultilevel"/>
    <w:tmpl w:val="0960EAFE"/>
    <w:lvl w:ilvl="0" w:tplc="EB548C88">
      <w:start w:val="1"/>
      <w:numFmt w:val="decimal"/>
      <w:lvlText w:val="3.%1"/>
      <w:lvlJc w:val="left"/>
      <w:pPr>
        <w:ind w:left="502" w:hanging="360"/>
      </w:pPr>
      <w:rPr>
        <w:rFonts w:hint="default"/>
        <w:b/>
        <w:bCs/>
        <w:sz w:val="22"/>
        <w:szCs w:val="22"/>
      </w:rPr>
    </w:lvl>
    <w:lvl w:ilvl="1" w:tplc="04150019">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0" w15:restartNumberingAfterBreak="0">
    <w:nsid w:val="720759C9"/>
    <w:multiLevelType w:val="hybridMultilevel"/>
    <w:tmpl w:val="9B244E66"/>
    <w:lvl w:ilvl="0" w:tplc="EB548C88">
      <w:start w:val="1"/>
      <w:numFmt w:val="decimal"/>
      <w:lvlText w:val="3.%1"/>
      <w:lvlJc w:val="left"/>
      <w:pPr>
        <w:ind w:left="502" w:hanging="360"/>
      </w:pPr>
      <w:rPr>
        <w:rFonts w:hint="default"/>
        <w:b/>
        <w:bCs/>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2130587"/>
    <w:multiLevelType w:val="multilevel"/>
    <w:tmpl w:val="75B883DA"/>
    <w:lvl w:ilvl="0">
      <w:start w:val="1"/>
      <w:numFmt w:val="decimal"/>
      <w:lvlText w:val="%1."/>
      <w:lvlJc w:val="left"/>
      <w:pPr>
        <w:ind w:left="720" w:hanging="360"/>
      </w:pPr>
    </w:lvl>
    <w:lvl w:ilvl="1">
      <w:start w:val="1"/>
      <w:numFmt w:val="decimal"/>
      <w:lvlText w:val="%1.%2"/>
      <w:lvlJc w:val="left"/>
      <w:pPr>
        <w:ind w:left="735" w:hanging="375"/>
      </w:pPr>
      <w:rPr>
        <w:b/>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rPr>
        <w:b/>
      </w:rPr>
    </w:lvl>
    <w:lvl w:ilvl="5">
      <w:start w:val="1"/>
      <w:numFmt w:val="decimal"/>
      <w:lvlText w:val="%1.%2.%3.%4.%5.%6"/>
      <w:lvlJc w:val="left"/>
      <w:pPr>
        <w:ind w:left="1440" w:hanging="1080"/>
      </w:pPr>
      <w:rPr>
        <w:b/>
      </w:rPr>
    </w:lvl>
    <w:lvl w:ilvl="6">
      <w:start w:val="1"/>
      <w:numFmt w:val="decimal"/>
      <w:lvlText w:val="%1.%2.%3.%4.%5.%6.%7"/>
      <w:lvlJc w:val="left"/>
      <w:pPr>
        <w:ind w:left="1800" w:hanging="1440"/>
      </w:pPr>
      <w:rPr>
        <w:b/>
      </w:rPr>
    </w:lvl>
    <w:lvl w:ilvl="7">
      <w:start w:val="1"/>
      <w:numFmt w:val="decimal"/>
      <w:lvlText w:val="%1.%2.%3.%4.%5.%6.%7.%8"/>
      <w:lvlJc w:val="left"/>
      <w:pPr>
        <w:ind w:left="1800" w:hanging="1440"/>
      </w:pPr>
      <w:rPr>
        <w:b/>
      </w:rPr>
    </w:lvl>
    <w:lvl w:ilvl="8">
      <w:start w:val="1"/>
      <w:numFmt w:val="decimal"/>
      <w:lvlText w:val="%1.%2.%3.%4.%5.%6.%7.%8.%9"/>
      <w:lvlJc w:val="left"/>
      <w:pPr>
        <w:ind w:left="1800" w:hanging="1440"/>
      </w:pPr>
      <w:rPr>
        <w:b/>
      </w:rPr>
    </w:lvl>
  </w:abstractNum>
  <w:abstractNum w:abstractNumId="32" w15:restartNumberingAfterBreak="0">
    <w:nsid w:val="73251D96"/>
    <w:multiLevelType w:val="hybridMultilevel"/>
    <w:tmpl w:val="6A0A99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63C2BAC"/>
    <w:multiLevelType w:val="hybridMultilevel"/>
    <w:tmpl w:val="CDCE132A"/>
    <w:lvl w:ilvl="0" w:tplc="72708E38">
      <w:start w:val="1"/>
      <w:numFmt w:val="decimal"/>
      <w:lvlText w:val="6.%1"/>
      <w:lvlJc w:val="left"/>
      <w:pPr>
        <w:ind w:left="502" w:hanging="360"/>
      </w:pPr>
      <w:rPr>
        <w:rFonts w:hint="default"/>
        <w:b/>
        <w:bCs/>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A030581"/>
    <w:multiLevelType w:val="multilevel"/>
    <w:tmpl w:val="626C34DC"/>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b/>
        <w:bCs/>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7B43157E"/>
    <w:multiLevelType w:val="hybridMultilevel"/>
    <w:tmpl w:val="57689A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F7A2D5F"/>
    <w:multiLevelType w:val="multilevel"/>
    <w:tmpl w:val="AF6C3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81170567">
    <w:abstractNumId w:val="8"/>
  </w:num>
  <w:num w:numId="2" w16cid:durableId="1007486213">
    <w:abstractNumId w:val="6"/>
  </w:num>
  <w:num w:numId="3" w16cid:durableId="324478307">
    <w:abstractNumId w:val="5"/>
  </w:num>
  <w:num w:numId="4" w16cid:durableId="1164514767">
    <w:abstractNumId w:val="4"/>
  </w:num>
  <w:num w:numId="5" w16cid:durableId="149833393">
    <w:abstractNumId w:val="7"/>
  </w:num>
  <w:num w:numId="6" w16cid:durableId="1282496944">
    <w:abstractNumId w:val="3"/>
  </w:num>
  <w:num w:numId="7" w16cid:durableId="243610737">
    <w:abstractNumId w:val="2"/>
  </w:num>
  <w:num w:numId="8" w16cid:durableId="1806045607">
    <w:abstractNumId w:val="1"/>
  </w:num>
  <w:num w:numId="9" w16cid:durableId="2026470106">
    <w:abstractNumId w:val="0"/>
  </w:num>
  <w:num w:numId="10" w16cid:durableId="751396621">
    <w:abstractNumId w:val="16"/>
  </w:num>
  <w:num w:numId="11" w16cid:durableId="1433815602">
    <w:abstractNumId w:val="14"/>
  </w:num>
  <w:num w:numId="12" w16cid:durableId="1389569981">
    <w:abstractNumId w:val="18"/>
  </w:num>
  <w:num w:numId="13" w16cid:durableId="1912227323">
    <w:abstractNumId w:val="35"/>
  </w:num>
  <w:num w:numId="14" w16cid:durableId="1632174560">
    <w:abstractNumId w:val="31"/>
  </w:num>
  <w:num w:numId="15" w16cid:durableId="1304389449">
    <w:abstractNumId w:val="27"/>
  </w:num>
  <w:num w:numId="16" w16cid:durableId="1857495379">
    <w:abstractNumId w:val="17"/>
  </w:num>
  <w:num w:numId="17" w16cid:durableId="571891060">
    <w:abstractNumId w:val="34"/>
  </w:num>
  <w:num w:numId="18" w16cid:durableId="1397627874">
    <w:abstractNumId w:val="20"/>
  </w:num>
  <w:num w:numId="19" w16cid:durableId="1803767955">
    <w:abstractNumId w:val="10"/>
  </w:num>
  <w:num w:numId="20" w16cid:durableId="967783418">
    <w:abstractNumId w:val="36"/>
  </w:num>
  <w:num w:numId="21" w16cid:durableId="355891328">
    <w:abstractNumId w:val="25"/>
  </w:num>
  <w:num w:numId="22" w16cid:durableId="891573252">
    <w:abstractNumId w:val="29"/>
  </w:num>
  <w:num w:numId="23" w16cid:durableId="842739771">
    <w:abstractNumId w:val="30"/>
  </w:num>
  <w:num w:numId="24" w16cid:durableId="657733537">
    <w:abstractNumId w:val="26"/>
  </w:num>
  <w:num w:numId="25" w16cid:durableId="2103724107">
    <w:abstractNumId w:val="15"/>
  </w:num>
  <w:num w:numId="26" w16cid:durableId="776634000">
    <w:abstractNumId w:val="19"/>
  </w:num>
  <w:num w:numId="27" w16cid:durableId="1496843697">
    <w:abstractNumId w:val="33"/>
  </w:num>
  <w:num w:numId="28" w16cid:durableId="650985853">
    <w:abstractNumId w:val="13"/>
  </w:num>
  <w:num w:numId="29" w16cid:durableId="1170489073">
    <w:abstractNumId w:val="32"/>
  </w:num>
  <w:num w:numId="30" w16cid:durableId="1934166304">
    <w:abstractNumId w:val="24"/>
  </w:num>
  <w:num w:numId="31" w16cid:durableId="228198369">
    <w:abstractNumId w:val="11"/>
  </w:num>
  <w:num w:numId="32" w16cid:durableId="1179615229">
    <w:abstractNumId w:val="9"/>
  </w:num>
  <w:num w:numId="33" w16cid:durableId="805393442">
    <w:abstractNumId w:val="12"/>
  </w:num>
  <w:num w:numId="34" w16cid:durableId="1667049359">
    <w:abstractNumId w:val="28"/>
  </w:num>
  <w:num w:numId="35" w16cid:durableId="1805081964">
    <w:abstractNumId w:val="22"/>
  </w:num>
  <w:num w:numId="36" w16cid:durableId="583563657">
    <w:abstractNumId w:val="21"/>
  </w:num>
  <w:num w:numId="37" w16cid:durableId="28111077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663C3"/>
    <w:rsid w:val="000F2A12"/>
    <w:rsid w:val="00127E04"/>
    <w:rsid w:val="0015074B"/>
    <w:rsid w:val="001F6756"/>
    <w:rsid w:val="0029639D"/>
    <w:rsid w:val="003109FD"/>
    <w:rsid w:val="003268A6"/>
    <w:rsid w:val="00326F90"/>
    <w:rsid w:val="003D3961"/>
    <w:rsid w:val="005227CC"/>
    <w:rsid w:val="005B7FCD"/>
    <w:rsid w:val="00603CEF"/>
    <w:rsid w:val="00620607"/>
    <w:rsid w:val="0063335D"/>
    <w:rsid w:val="00663858"/>
    <w:rsid w:val="006830FF"/>
    <w:rsid w:val="00771EC9"/>
    <w:rsid w:val="0078525C"/>
    <w:rsid w:val="007945CB"/>
    <w:rsid w:val="007A6386"/>
    <w:rsid w:val="007D3EA8"/>
    <w:rsid w:val="008E0FD6"/>
    <w:rsid w:val="008F48D5"/>
    <w:rsid w:val="00900459"/>
    <w:rsid w:val="00933BEE"/>
    <w:rsid w:val="009E3FE8"/>
    <w:rsid w:val="00A013A9"/>
    <w:rsid w:val="00A86BBC"/>
    <w:rsid w:val="00AA1D8D"/>
    <w:rsid w:val="00B029F0"/>
    <w:rsid w:val="00B038CD"/>
    <w:rsid w:val="00B47730"/>
    <w:rsid w:val="00BC1AE3"/>
    <w:rsid w:val="00C830E5"/>
    <w:rsid w:val="00CA2471"/>
    <w:rsid w:val="00CB0664"/>
    <w:rsid w:val="00E26C03"/>
    <w:rsid w:val="00E468B7"/>
    <w:rsid w:val="00E65CC4"/>
    <w:rsid w:val="00E77508"/>
    <w:rsid w:val="00EE3C68"/>
    <w:rsid w:val="00F33700"/>
    <w:rsid w:val="00F94459"/>
    <w:rsid w:val="00FB454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8775D6"/>
  <w14:defaultImageDpi w14:val="300"/>
  <w15:docId w15:val="{247E93ED-DFE3-4241-A7BB-A36894ED0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C693F"/>
  </w:style>
  <w:style w:type="paragraph" w:styleId="Nagwek1">
    <w:name w:val="heading 1"/>
    <w:basedOn w:val="Normalny"/>
    <w:next w:val="Normalny"/>
    <w:link w:val="Nagwek1Znak"/>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Nagwek9">
    <w:name w:val="heading 9"/>
    <w:basedOn w:val="Normalny"/>
    <w:next w:val="Normalny"/>
    <w:link w:val="Nagwek9Znak"/>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618BF"/>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E618BF"/>
  </w:style>
  <w:style w:type="paragraph" w:styleId="Stopka">
    <w:name w:val="footer"/>
    <w:basedOn w:val="Normalny"/>
    <w:link w:val="StopkaZnak"/>
    <w:uiPriority w:val="99"/>
    <w:unhideWhenUsed/>
    <w:rsid w:val="00E618BF"/>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E618BF"/>
  </w:style>
  <w:style w:type="paragraph" w:styleId="Bezodstpw">
    <w:name w:val="No Spacing"/>
    <w:uiPriority w:val="1"/>
    <w:qFormat/>
    <w:rsid w:val="00FC693F"/>
    <w:pPr>
      <w:spacing w:after="0" w:line="240" w:lineRule="auto"/>
    </w:pPr>
  </w:style>
  <w:style w:type="character" w:customStyle="1" w:styleId="Nagwek1Znak">
    <w:name w:val="Nagłówek 1 Znak"/>
    <w:basedOn w:val="Domylnaczcionkaakapitu"/>
    <w:link w:val="Nagwe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FC693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C693F"/>
    <w:rPr>
      <w:rFonts w:asciiTheme="majorHAnsi" w:eastAsiaTheme="majorEastAsia" w:hAnsiTheme="majorHAnsi" w:cstheme="majorBidi"/>
      <w:b/>
      <w:bCs/>
      <w:color w:val="4F81BD" w:themeColor="accent1"/>
    </w:rPr>
  </w:style>
  <w:style w:type="paragraph" w:styleId="Tytu">
    <w:name w:val="Title"/>
    <w:basedOn w:val="Normalny"/>
    <w:next w:val="Normalny"/>
    <w:link w:val="TytuZnak"/>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FC693F"/>
    <w:rPr>
      <w:rFonts w:asciiTheme="majorHAnsi" w:eastAsiaTheme="majorEastAsia" w:hAnsiTheme="majorHAnsi" w:cstheme="majorBidi"/>
      <w:i/>
      <w:iCs/>
      <w:color w:val="4F81BD" w:themeColor="accent1"/>
      <w:spacing w:val="15"/>
      <w:sz w:val="24"/>
      <w:szCs w:val="24"/>
    </w:rPr>
  </w:style>
  <w:style w:type="paragraph" w:styleId="Akapitzlist">
    <w:name w:val="List Paragraph"/>
    <w:basedOn w:val="Normalny"/>
    <w:uiPriority w:val="34"/>
    <w:qFormat/>
    <w:rsid w:val="00FC693F"/>
    <w:pPr>
      <w:ind w:left="720"/>
      <w:contextualSpacing/>
    </w:pPr>
  </w:style>
  <w:style w:type="paragraph" w:styleId="Tekstpodstawowy">
    <w:name w:val="Body Text"/>
    <w:basedOn w:val="Normalny"/>
    <w:link w:val="TekstpodstawowyZnak"/>
    <w:uiPriority w:val="99"/>
    <w:unhideWhenUsed/>
    <w:rsid w:val="00AA1D8D"/>
    <w:pPr>
      <w:spacing w:after="120"/>
    </w:pPr>
  </w:style>
  <w:style w:type="character" w:customStyle="1" w:styleId="TekstpodstawowyZnak">
    <w:name w:val="Tekst podstawowy Znak"/>
    <w:basedOn w:val="Domylnaczcionkaakapitu"/>
    <w:link w:val="Tekstpodstawowy"/>
    <w:uiPriority w:val="99"/>
    <w:rsid w:val="00AA1D8D"/>
  </w:style>
  <w:style w:type="paragraph" w:styleId="Tekstpodstawowy2">
    <w:name w:val="Body Text 2"/>
    <w:basedOn w:val="Normalny"/>
    <w:link w:val="Tekstpodstawowy2Znak"/>
    <w:uiPriority w:val="99"/>
    <w:unhideWhenUsed/>
    <w:rsid w:val="00AA1D8D"/>
    <w:pPr>
      <w:spacing w:after="120" w:line="480" w:lineRule="auto"/>
    </w:pPr>
  </w:style>
  <w:style w:type="character" w:customStyle="1" w:styleId="Tekstpodstawowy2Znak">
    <w:name w:val="Tekst podstawowy 2 Znak"/>
    <w:basedOn w:val="Domylnaczcionkaakapitu"/>
    <w:link w:val="Tekstpodstawowy2"/>
    <w:uiPriority w:val="99"/>
    <w:rsid w:val="00AA1D8D"/>
  </w:style>
  <w:style w:type="paragraph" w:styleId="Tekstpodstawowy3">
    <w:name w:val="Body Text 3"/>
    <w:basedOn w:val="Normalny"/>
    <w:link w:val="Tekstpodstawowy3Znak"/>
    <w:uiPriority w:val="99"/>
    <w:unhideWhenUsed/>
    <w:rsid w:val="00AA1D8D"/>
    <w:pPr>
      <w:spacing w:after="120"/>
    </w:pPr>
    <w:rPr>
      <w:sz w:val="16"/>
      <w:szCs w:val="16"/>
    </w:rPr>
  </w:style>
  <w:style w:type="character" w:customStyle="1" w:styleId="Tekstpodstawowy3Znak">
    <w:name w:val="Tekst podstawowy 3 Znak"/>
    <w:basedOn w:val="Domylnaczcionkaakapitu"/>
    <w:link w:val="Tekstpodstawowy3"/>
    <w:uiPriority w:val="99"/>
    <w:rsid w:val="00AA1D8D"/>
    <w:rPr>
      <w:sz w:val="16"/>
      <w:szCs w:val="16"/>
    </w:rPr>
  </w:style>
  <w:style w:type="paragraph" w:styleId="Lista">
    <w:name w:val="List"/>
    <w:basedOn w:val="Normalny"/>
    <w:uiPriority w:val="99"/>
    <w:unhideWhenUsed/>
    <w:rsid w:val="00AA1D8D"/>
    <w:pPr>
      <w:ind w:left="360" w:hanging="360"/>
      <w:contextualSpacing/>
    </w:pPr>
  </w:style>
  <w:style w:type="paragraph" w:styleId="Lista2">
    <w:name w:val="List 2"/>
    <w:basedOn w:val="Normalny"/>
    <w:uiPriority w:val="99"/>
    <w:unhideWhenUsed/>
    <w:rsid w:val="00326F90"/>
    <w:pPr>
      <w:ind w:left="720" w:hanging="360"/>
      <w:contextualSpacing/>
    </w:pPr>
  </w:style>
  <w:style w:type="paragraph" w:styleId="Lista3">
    <w:name w:val="List 3"/>
    <w:basedOn w:val="Normalny"/>
    <w:uiPriority w:val="99"/>
    <w:unhideWhenUsed/>
    <w:rsid w:val="00326F90"/>
    <w:pPr>
      <w:ind w:left="1080" w:hanging="360"/>
      <w:contextualSpacing/>
    </w:pPr>
  </w:style>
  <w:style w:type="paragraph" w:styleId="Listapunktowana">
    <w:name w:val="List Bullet"/>
    <w:basedOn w:val="Normalny"/>
    <w:uiPriority w:val="99"/>
    <w:unhideWhenUsed/>
    <w:rsid w:val="00326F90"/>
    <w:pPr>
      <w:numPr>
        <w:numId w:val="1"/>
      </w:numPr>
      <w:contextualSpacing/>
    </w:pPr>
  </w:style>
  <w:style w:type="paragraph" w:styleId="Listapunktowana2">
    <w:name w:val="List Bullet 2"/>
    <w:basedOn w:val="Normalny"/>
    <w:uiPriority w:val="99"/>
    <w:unhideWhenUsed/>
    <w:rsid w:val="00326F90"/>
    <w:pPr>
      <w:numPr>
        <w:numId w:val="2"/>
      </w:numPr>
      <w:contextualSpacing/>
    </w:pPr>
  </w:style>
  <w:style w:type="paragraph" w:styleId="Listapunktowana3">
    <w:name w:val="List Bullet 3"/>
    <w:basedOn w:val="Normalny"/>
    <w:uiPriority w:val="99"/>
    <w:unhideWhenUsed/>
    <w:rsid w:val="00326F90"/>
    <w:pPr>
      <w:numPr>
        <w:numId w:val="3"/>
      </w:numPr>
      <w:contextualSpacing/>
    </w:pPr>
  </w:style>
  <w:style w:type="paragraph" w:styleId="Listanumerowana">
    <w:name w:val="List Number"/>
    <w:basedOn w:val="Normalny"/>
    <w:uiPriority w:val="99"/>
    <w:unhideWhenUsed/>
    <w:rsid w:val="00326F90"/>
    <w:pPr>
      <w:numPr>
        <w:numId w:val="5"/>
      </w:numPr>
      <w:contextualSpacing/>
    </w:pPr>
  </w:style>
  <w:style w:type="paragraph" w:styleId="Listanumerowana2">
    <w:name w:val="List Number 2"/>
    <w:basedOn w:val="Normalny"/>
    <w:uiPriority w:val="99"/>
    <w:unhideWhenUsed/>
    <w:rsid w:val="0029639D"/>
    <w:pPr>
      <w:numPr>
        <w:numId w:val="6"/>
      </w:numPr>
      <w:contextualSpacing/>
    </w:pPr>
  </w:style>
  <w:style w:type="paragraph" w:styleId="Listanumerowana3">
    <w:name w:val="List Number 3"/>
    <w:basedOn w:val="Normalny"/>
    <w:uiPriority w:val="99"/>
    <w:unhideWhenUsed/>
    <w:rsid w:val="0029639D"/>
    <w:pPr>
      <w:numPr>
        <w:numId w:val="7"/>
      </w:numPr>
      <w:contextualSpacing/>
    </w:pPr>
  </w:style>
  <w:style w:type="paragraph" w:styleId="Lista-kontynuacja">
    <w:name w:val="List Continue"/>
    <w:basedOn w:val="Normalny"/>
    <w:uiPriority w:val="99"/>
    <w:unhideWhenUsed/>
    <w:rsid w:val="0029639D"/>
    <w:pPr>
      <w:spacing w:after="120"/>
      <w:ind w:left="360"/>
      <w:contextualSpacing/>
    </w:pPr>
  </w:style>
  <w:style w:type="paragraph" w:styleId="Lista-kontynuacja2">
    <w:name w:val="List Continue 2"/>
    <w:basedOn w:val="Normalny"/>
    <w:uiPriority w:val="99"/>
    <w:unhideWhenUsed/>
    <w:rsid w:val="0029639D"/>
    <w:pPr>
      <w:spacing w:after="120"/>
      <w:ind w:left="720"/>
      <w:contextualSpacing/>
    </w:pPr>
  </w:style>
  <w:style w:type="paragraph" w:styleId="Lista-kontynuacja3">
    <w:name w:val="List Continue 3"/>
    <w:basedOn w:val="Normalny"/>
    <w:uiPriority w:val="99"/>
    <w:unhideWhenUsed/>
    <w:rsid w:val="0029639D"/>
    <w:pPr>
      <w:spacing w:after="120"/>
      <w:ind w:left="1080"/>
      <w:contextualSpacing/>
    </w:pPr>
  </w:style>
  <w:style w:type="paragraph" w:styleId="Tekstmakra">
    <w:name w:val="macro"/>
    <w:link w:val="TekstmakraZnak"/>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kstmakraZnak">
    <w:name w:val="Tekst makra Znak"/>
    <w:basedOn w:val="Domylnaczcionkaakapitu"/>
    <w:link w:val="Tekstmakra"/>
    <w:uiPriority w:val="99"/>
    <w:rsid w:val="0029639D"/>
    <w:rPr>
      <w:rFonts w:ascii="Courier" w:hAnsi="Courier"/>
      <w:sz w:val="20"/>
      <w:szCs w:val="20"/>
    </w:rPr>
  </w:style>
  <w:style w:type="paragraph" w:styleId="Cytat">
    <w:name w:val="Quote"/>
    <w:basedOn w:val="Normalny"/>
    <w:next w:val="Normalny"/>
    <w:link w:val="CytatZnak"/>
    <w:uiPriority w:val="29"/>
    <w:qFormat/>
    <w:rsid w:val="00FC693F"/>
    <w:rPr>
      <w:i/>
      <w:iCs/>
      <w:color w:val="000000" w:themeColor="text1"/>
    </w:rPr>
  </w:style>
  <w:style w:type="character" w:customStyle="1" w:styleId="CytatZnak">
    <w:name w:val="Cytat Znak"/>
    <w:basedOn w:val="Domylnaczcionkaakapitu"/>
    <w:link w:val="Cytat"/>
    <w:uiPriority w:val="29"/>
    <w:rsid w:val="00FC693F"/>
    <w:rPr>
      <w:i/>
      <w:iCs/>
      <w:color w:val="000000" w:themeColor="text1"/>
    </w:rPr>
  </w:style>
  <w:style w:type="character" w:customStyle="1" w:styleId="Nagwek4Znak">
    <w:name w:val="Nagłówek 4 Znak"/>
    <w:basedOn w:val="Domylnaczcionkaakapitu"/>
    <w:link w:val="Nagwek4"/>
    <w:uiPriority w:val="9"/>
    <w:semiHidden/>
    <w:rsid w:val="00FC693F"/>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FC693F"/>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FC693F"/>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FC693F"/>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FC693F"/>
    <w:rPr>
      <w:rFonts w:asciiTheme="majorHAnsi" w:eastAsiaTheme="majorEastAsia" w:hAnsiTheme="majorHAnsi" w:cstheme="majorBidi"/>
      <w:color w:val="4F81BD" w:themeColor="accent1"/>
      <w:sz w:val="20"/>
      <w:szCs w:val="20"/>
    </w:rPr>
  </w:style>
  <w:style w:type="character" w:customStyle="1" w:styleId="Nagwek9Znak">
    <w:name w:val="Nagłówek 9 Znak"/>
    <w:basedOn w:val="Domylnaczcionkaakapitu"/>
    <w:link w:val="Nagwek9"/>
    <w:uiPriority w:val="9"/>
    <w:semiHidden/>
    <w:rsid w:val="00FC693F"/>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semiHidden/>
    <w:unhideWhenUsed/>
    <w:qFormat/>
    <w:rsid w:val="00FC693F"/>
    <w:pPr>
      <w:spacing w:line="240" w:lineRule="auto"/>
    </w:pPr>
    <w:rPr>
      <w:b/>
      <w:bCs/>
      <w:color w:val="4F81BD" w:themeColor="accent1"/>
      <w:sz w:val="18"/>
      <w:szCs w:val="18"/>
    </w:rPr>
  </w:style>
  <w:style w:type="character" w:styleId="Pogrubienie">
    <w:name w:val="Strong"/>
    <w:basedOn w:val="Domylnaczcionkaakapitu"/>
    <w:uiPriority w:val="22"/>
    <w:qFormat/>
    <w:rsid w:val="00FC693F"/>
    <w:rPr>
      <w:b/>
      <w:bCs/>
    </w:rPr>
  </w:style>
  <w:style w:type="character" w:styleId="Uwydatnienie">
    <w:name w:val="Emphasis"/>
    <w:basedOn w:val="Domylnaczcionkaakapitu"/>
    <w:uiPriority w:val="20"/>
    <w:qFormat/>
    <w:rsid w:val="00FC693F"/>
    <w:rPr>
      <w:i/>
      <w:iCs/>
    </w:rPr>
  </w:style>
  <w:style w:type="paragraph" w:styleId="Cytatintensywny">
    <w:name w:val="Intense Quote"/>
    <w:basedOn w:val="Normalny"/>
    <w:next w:val="Normalny"/>
    <w:link w:val="CytatintensywnyZnak"/>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FC693F"/>
    <w:rPr>
      <w:b/>
      <w:bCs/>
      <w:i/>
      <w:iCs/>
      <w:color w:val="4F81BD" w:themeColor="accent1"/>
    </w:rPr>
  </w:style>
  <w:style w:type="character" w:styleId="Wyrnieniedelikatne">
    <w:name w:val="Subtle Emphasis"/>
    <w:basedOn w:val="Domylnaczcionkaakapitu"/>
    <w:uiPriority w:val="19"/>
    <w:qFormat/>
    <w:rsid w:val="00FC693F"/>
    <w:rPr>
      <w:i/>
      <w:iCs/>
      <w:color w:val="808080" w:themeColor="text1" w:themeTint="7F"/>
    </w:rPr>
  </w:style>
  <w:style w:type="character" w:styleId="Wyrnienieintensywne">
    <w:name w:val="Intense Emphasis"/>
    <w:basedOn w:val="Domylnaczcionkaakapitu"/>
    <w:uiPriority w:val="21"/>
    <w:qFormat/>
    <w:rsid w:val="00FC693F"/>
    <w:rPr>
      <w:b/>
      <w:bCs/>
      <w:i/>
      <w:iCs/>
      <w:color w:val="4F81BD" w:themeColor="accent1"/>
    </w:rPr>
  </w:style>
  <w:style w:type="character" w:styleId="Odwoaniedelikatne">
    <w:name w:val="Subtle Reference"/>
    <w:basedOn w:val="Domylnaczcionkaakapitu"/>
    <w:uiPriority w:val="31"/>
    <w:qFormat/>
    <w:rsid w:val="00FC693F"/>
    <w:rPr>
      <w:smallCaps/>
      <w:color w:val="C0504D" w:themeColor="accent2"/>
      <w:u w:val="single"/>
    </w:rPr>
  </w:style>
  <w:style w:type="character" w:styleId="Odwoanieintensywne">
    <w:name w:val="Intense Reference"/>
    <w:basedOn w:val="Domylnaczcionkaakapitu"/>
    <w:uiPriority w:val="32"/>
    <w:qFormat/>
    <w:rsid w:val="00FC693F"/>
    <w:rPr>
      <w:b/>
      <w:bCs/>
      <w:smallCaps/>
      <w:color w:val="C0504D" w:themeColor="accent2"/>
      <w:spacing w:val="5"/>
      <w:u w:val="single"/>
    </w:rPr>
  </w:style>
  <w:style w:type="character" w:styleId="Tytuksiki">
    <w:name w:val="Book Title"/>
    <w:basedOn w:val="Domylnaczcionkaakapitu"/>
    <w:uiPriority w:val="33"/>
    <w:qFormat/>
    <w:rsid w:val="00FC693F"/>
    <w:rPr>
      <w:b/>
      <w:bCs/>
      <w:smallCaps/>
      <w:spacing w:val="5"/>
    </w:rPr>
  </w:style>
  <w:style w:type="paragraph" w:styleId="Nagwekspisutreci">
    <w:name w:val="TOC Heading"/>
    <w:basedOn w:val="Nagwek1"/>
    <w:next w:val="Normalny"/>
    <w:uiPriority w:val="39"/>
    <w:semiHidden/>
    <w:unhideWhenUsed/>
    <w:qFormat/>
    <w:rsid w:val="00FC693F"/>
    <w:pPr>
      <w:outlineLvl w:val="9"/>
    </w:pPr>
  </w:style>
  <w:style w:type="table" w:styleId="Tabela-Siatka">
    <w:name w:val="Table Grid"/>
    <w:basedOn w:val="Standardowy"/>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
    <w:name w:val="Light Shading"/>
    <w:basedOn w:val="Standardowy"/>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Jasnalista">
    <w:name w:val="Light List"/>
    <w:basedOn w:val="Standardowy"/>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redniecieniowanie1">
    <w:name w:val="Medium Shading 1"/>
    <w:basedOn w:val="Standardowy"/>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1">
    <w:name w:val="Medium List 1"/>
    <w:basedOn w:val="Standardowy"/>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iemnalista">
    <w:name w:val="Dark List"/>
    <w:basedOn w:val="Standardowy"/>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2akcent1">
    <w:name w:val="Dark List Accent 1"/>
    <w:basedOn w:val="Standardowy"/>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iemnalistaakcent2">
    <w:name w:val="Dark List Accent 2"/>
    <w:basedOn w:val="Standardowy"/>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olorowecieniowanie">
    <w:name w:val="Colorful Shading"/>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olorowalista">
    <w:name w:val="Colorful List"/>
    <w:basedOn w:val="Standardowy"/>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cze">
    <w:name w:val="Hyperlink"/>
    <w:basedOn w:val="Domylnaczcionkaakapitu"/>
    <w:uiPriority w:val="99"/>
    <w:unhideWhenUsed/>
    <w:rsid w:val="00620607"/>
    <w:rPr>
      <w:color w:val="0000FF" w:themeColor="hyperlink"/>
      <w:u w:val="single"/>
    </w:rPr>
  </w:style>
  <w:style w:type="character" w:styleId="Nierozpoznanawzmianka">
    <w:name w:val="Unresolved Mention"/>
    <w:basedOn w:val="Domylnaczcionkaakapitu"/>
    <w:uiPriority w:val="99"/>
    <w:semiHidden/>
    <w:unhideWhenUsed/>
    <w:rsid w:val="00B038CD"/>
    <w:rPr>
      <w:color w:val="605E5C"/>
      <w:shd w:val="clear" w:color="auto" w:fill="E1DFDD"/>
    </w:rPr>
  </w:style>
  <w:style w:type="character" w:styleId="Numerstrony">
    <w:name w:val="page number"/>
    <w:basedOn w:val="Domylnaczcionkaakapitu"/>
    <w:uiPriority w:val="99"/>
    <w:semiHidden/>
    <w:unhideWhenUsed/>
    <w:rsid w:val="00E468B7"/>
  </w:style>
  <w:style w:type="paragraph" w:styleId="NormalnyWeb">
    <w:name w:val="Normal (Web)"/>
    <w:basedOn w:val="Normalny"/>
    <w:uiPriority w:val="99"/>
    <w:unhideWhenUsed/>
    <w:rsid w:val="00663858"/>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numbering" w:customStyle="1" w:styleId="Biecalista1">
    <w:name w:val="Bieżąca lista1"/>
    <w:uiPriority w:val="99"/>
    <w:rsid w:val="0078525C"/>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580884">
      <w:bodyDiv w:val="1"/>
      <w:marLeft w:val="0"/>
      <w:marRight w:val="0"/>
      <w:marTop w:val="0"/>
      <w:marBottom w:val="0"/>
      <w:divBdr>
        <w:top w:val="none" w:sz="0" w:space="0" w:color="auto"/>
        <w:left w:val="none" w:sz="0" w:space="0" w:color="auto"/>
        <w:bottom w:val="none" w:sz="0" w:space="0" w:color="auto"/>
        <w:right w:val="none" w:sz="0" w:space="0" w:color="auto"/>
      </w:divBdr>
    </w:div>
    <w:div w:id="1932229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kretariat@osskic.org.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sskic.org.pl/konkursy/kon_2026_01_06/pliki/regulamin%20tradycje%20kuchni%20polskiej%202026.docx"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kretariat@osskic.org.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2364</Words>
  <Characters>14185</Characters>
  <Application>Microsoft Office Word</Application>
  <DocSecurity>0</DocSecurity>
  <Lines>118</Lines>
  <Paragraphs>33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16516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Robert Steciuk</cp:lastModifiedBy>
  <cp:revision>5</cp:revision>
  <dcterms:created xsi:type="dcterms:W3CDTF">2025-12-16T21:44:00Z</dcterms:created>
  <dcterms:modified xsi:type="dcterms:W3CDTF">2026-01-07T18:07:00Z</dcterms:modified>
  <cp:category/>
</cp:coreProperties>
</file>